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Adli raporu düzenleyen doktorun dinlenmesi talebi</w:t>
      </w:r>
    </w:p>
    <w:p>
      <w:pPr>
        <w:keepNext/>
      </w:pPr>
      <w:r>
        <w:rPr>
          <w:b w:val="0"/>
        </w:rPr>
      </w:r>
      <w:r>
        <w:rPr>
          <w:b/>
        </w:rPr>
        <w:t>[İL / İLÇE] [NUMARA] [ASLİYE CEZA / AĞIR CEZA] MAHKEMESİNE</w:t>
      </w:r>
      <w:r>
        <w:rPr>
          <w:b w:val="0"/>
        </w:rPr>
      </w:r>
    </w:p>
    <w:p>
      <w:r>
        <w:rPr>
          <w:b w:val="0"/>
        </w:rPr>
      </w:r>
      <w:r>
        <w:rPr>
          <w:b/>
        </w:rPr>
        <w:t>DOSYA NO:</w:t>
      </w:r>
      <w:r>
        <w:rPr>
          <w:b w:val="0"/>
        </w:rPr>
        <w:t xml:space="preserve"> [Yıl / Esas]</w:t>
      </w:r>
    </w:p>
    <w:p>
      <w:r>
        <w:rPr>
          <w:b w:val="0"/>
        </w:rPr>
      </w:r>
      <w:r>
        <w:rPr>
          <w:b/>
        </w:rPr>
        <w:t>TALEPTE BULUNAN SANIK:</w:t>
      </w:r>
      <w:r>
        <w:rPr>
          <w:b w:val="0"/>
        </w:rPr>
        <w:t xml:space="preserve"> [Adı soyadı, T.C. kimlik numarası ve adres]</w:t>
      </w:r>
    </w:p>
    <w:p>
      <w:r>
        <w:rPr>
          <w:b w:val="0"/>
        </w:rPr>
      </w:r>
      <w:r>
        <w:rPr>
          <w:b/>
        </w:rPr>
        <w:t>MÜDAFİİ:</w:t>
      </w:r>
      <w:r>
        <w:rPr>
          <w:b w:val="0"/>
        </w:rPr>
        <w:t xml:space="preserve"> [Avukat adı soyadı, baro, sicil ve adres; müdafi yoksa alanı siliniz]</w:t>
      </w:r>
    </w:p>
    <w:p>
      <w:r>
        <w:rPr>
          <w:b w:val="0"/>
        </w:rPr>
      </w:r>
      <w:r>
        <w:rPr>
          <w:b/>
        </w:rPr>
        <w:t>KONU:</w:t>
      </w:r>
      <w:r>
        <w:rPr>
          <w:b w:val="0"/>
        </w:rPr>
        <w:t xml:space="preserve"> [Kurum] tarafından düzenlenen [tarih ve numara] adli raporunda imzası bulunan Dr. [adı soyadı] adlı hekimin CMK m.214/1 uyarınca aşağıda belirlenen hususları açıklamak üzere duruşmaya çağrılması talebidir.</w:t>
      </w:r>
    </w:p>
    <w:p>
      <w:pPr>
        <w:keepNext/>
      </w:pPr>
      <w:r>
        <w:rPr>
          <w:b w:val="0"/>
        </w:rPr>
      </w:r>
      <w:r>
        <w:rPr>
          <w:b/>
        </w:rPr>
        <w:t>AÇIKLAMALAR</w:t>
      </w:r>
      <w:r>
        <w:rPr>
          <w:b w:val="0"/>
        </w:rPr>
      </w:r>
    </w:p>
    <w:p>
      <w:r>
        <w:rPr>
          <w:b w:val="0"/>
        </w:rPr>
        <w:t>1. Mahkemenizin yukarıda belirtilen dosyasında [raporun ilişkin olduğu kişi ve inceleme konusu] hakkında [kurum] tarafından düzenlenen [tarih ve numara] rapor bulunmaktadır. Belge dosyada [evrak numarası ve konum] içinde yer almaktadır. Rapor [tarih] oturumunda okunmuştur. [Henüz okunmadıysa son cümleyi çıkarıp gerçek durumu yazınız.] Raporda imzası bulunan kişi Dr. [adı soyadı] olarak gösterilmiştir.</w:t>
      </w:r>
    </w:p>
    <w:p>
      <w:r>
        <w:rPr>
          <w:b w:val="0"/>
        </w:rPr>
        <w:t>2. Raporun [sayfa ve bölüm] kısmındaki [ilgili tıbbi değerlendirmeyi doğru biçimde aktarınız] açıklamasının dayandığı [bulgu, tetkik, veri kaynağı veya inceleme yöntemi] dosyadaki mevcut belgelerle açıklığa kavuşmamıştır. Eksik kalan somut husus [cevaplanmamış noktayı yazınız] şeklindedir. Bu konu iddianamede anlatılan [ilgili olay veya unsur] bakımından önem taşımaktadır; bağlantısı [dosyadaki bilgiyle açıklayınız] nedenidir.</w:t>
      </w:r>
    </w:p>
    <w:p>
      <w:r>
        <w:rPr>
          <w:b w:val="0"/>
        </w:rPr>
        <w:t>3. Rapor imza sahibine açıklattırılmasını istediğimiz hususlar şunlardır: [Birinci soru ve rapordaki yeri]; [ikinci soru ve rapordaki yeri]; [gerekli üçüncü soru ve rapordaki yeri]. Ek 1 soru çizelgesinde her soru, rapor bölümü ve dosyadaki önem ayrı gösterilmiştir. Talebimiz mevcut raporun belirtilen teknik noktalarının açıklanmasına yöneliktir.</w:t>
      </w:r>
    </w:p>
    <w:p>
      <w:r>
        <w:rPr>
          <w:b w:val="0"/>
        </w:rPr>
        <w:t>4. Açıklama ihtiyacı [önceki oturumda alınan açıklama / dosyaya gelen ek belge / diğer rapor] ile karşılanmamıştır. [Gerçek dosya durumunu, önceki ara karar varsa tarihini ve cevapsız kalan soruyu belirtiniz.] İmza sahibinin daveti için bilinen kurum bilgisi [doğrulanmış kurum ve görev yeri] şeklindedir. Güncel görev yerinin kurumdan sorularak davet işleminin doğru kişiye yöneltilmesini talep ediyoruz.</w:t>
      </w:r>
    </w:p>
    <w:p>
      <w:r>
        <w:br w:type="page"/>
      </w:r>
    </w:p>
    <w:p>
      <w:r>
        <w:rPr>
          <w:b w:val="0"/>
        </w:rPr>
        <w:t>5. CMK m.214/1 kapsamında rapor imza sahibinin çağrılmasına; soruların CMK m.201 çerçevesinde yöneltilmesine; açıklama sonrasında CMK m.215 uyarınca diyeceklerimizin sorulmasına; istem, açıklama ve kararın CMK m.219 ve m.221 uyarınca tutanağa geçirilmesine karar verilmesini istiyoruz.</w:t>
      </w:r>
    </w:p>
    <w:p>
      <w:r>
        <w:rPr>
          <w:b w:val="0"/>
        </w:rPr>
      </w:r>
      <w:r>
        <w:rPr>
          <w:b/>
        </w:rPr>
        <w:t>HUKUKİ DAYANAKLAR:</w:t>
      </w:r>
      <w:r>
        <w:rPr>
          <w:b w:val="0"/>
        </w:rPr>
        <w:t xml:space="preserve"> 5271 sayılı CMK m.201, m.214/1, m.215, m.217, m.219 ve m.221.</w:t>
      </w:r>
    </w:p>
    <w:p>
      <w:r>
        <w:rPr>
          <w:b w:val="0"/>
        </w:rPr>
      </w:r>
      <w:r>
        <w:rPr>
          <w:b/>
        </w:rPr>
        <w:t>DAYANAK BELGELER:</w:t>
      </w:r>
      <w:r>
        <w:rPr>
          <w:b w:val="0"/>
        </w:rPr>
        <w:t xml:space="preserve"> [Tarih ve numara] rapor; [tarih] duruşma tutanağı; Ek 1 soru çizelgesi; [gerçekten mevcut ilgili tetkik veya diğer belge].</w:t>
      </w:r>
    </w:p>
    <w:p>
      <w:r>
        <w:rPr>
          <w:b w:val="0"/>
        </w:rPr>
      </w:r>
      <w:r>
        <w:rPr>
          <w:b/>
        </w:rPr>
        <w:t>SONUÇ VE İSTEM:</w:t>
      </w:r>
      <w:r>
        <w:rPr>
          <w:b w:val="0"/>
        </w:rPr>
        <w:t xml:space="preserve"> Açıklanan nedenlerle, [tarih ve numara] raporda imzası bulunan Dr. [adı soyadı] adlı hekimin belirtilen hususları açıklamak üzere duruşmaya çağrılmasına, sorularımızın usulüne uygun yöneltilmesine, açıklama sonrasında diyeceklerimizin sorulmasına, istemimiz ile verilen karar ve yapılan işlemlerin duruşma tutanağında gösterilmesine karar verilmesini arz ve talep ederim.</w:t>
      </w:r>
    </w:p>
    <w:p>
      <w:r>
        <w:rPr>
          <w:b w:val="0"/>
        </w:rPr>
      </w:r>
      <w:r>
        <w:rPr>
          <w:b/>
        </w:rPr>
        <w:t>TARİH:</w:t>
      </w:r>
      <w:r>
        <w:rPr>
          <w:b w:val="0"/>
        </w:rPr>
        <w:t xml:space="preserve"> [Başvuru tarihi]</w:t>
      </w:r>
      <w:r>
        <w:br/>
      </w:r>
      <w:r>
        <w:rPr>
          <w:b w:val="0"/>
        </w:rPr>
      </w:r>
      <w:r>
        <w:rPr>
          <w:b/>
        </w:rPr>
        <w:t>TALEPTE BULUNAN:</w:t>
      </w:r>
      <w:r>
        <w:rPr>
          <w:b w:val="0"/>
        </w:rPr>
        <w:t xml:space="preserve"> [Sanık / sanık müdafii adı soyadı]</w:t>
      </w:r>
      <w:r>
        <w:br/>
      </w:r>
      <w:r>
        <w:rPr>
          <w:b w:val="0"/>
        </w:rPr>
      </w:r>
      <w:r>
        <w:rPr>
          <w:b/>
        </w:rPr>
        <w:t>İMZA:</w:t>
      </w:r>
      <w:r>
        <w:rPr>
          <w:b w:val="0"/>
        </w:rPr>
        <w:t xml:space="preserve"> [İmza / güvenli elektronik imza]</w:t>
      </w:r>
    </w:p>
    <w:p>
      <w:r>
        <w:rPr>
          <w:b w:val="0"/>
        </w:rPr>
      </w:r>
      <w:r>
        <w:rPr>
          <w:b/>
        </w:rPr>
        <w:t>EKLER:</w:t>
      </w:r>
      <w:r>
        <w:rPr>
          <w:b w:val="0"/>
        </w:rPr>
        <w:t xml:space="preserve"> 1. Rapor açıklama soru çizelgesi. 2. Rapor örneği [dosyada mevcutsa evrak konumu]. 3. [Gerçekten sunulan ilgili belge].</w:t>
      </w:r>
    </w:p>
    <w:p>
      <w:pPr>
        <w:pStyle w:val="Heading2"/>
      </w:pPr>
      <w:r>
        <w:t>Ek 1 Rapor açıklama soru çizelgesi</w:t>
      </w:r>
    </w:p>
    <w:p>
      <w:r>
        <w:t>Rapor tarihi ve numarası: [................................]</w:t>
      </w:r>
    </w:p>
    <w:tbl>
      <w:tblPr>
        <w:tblStyle w:val="TableGrid"/>
        <w:tblW w:type="auto" w:w="0"/>
        <w:tblLook w:firstColumn="1" w:firstRow="1" w:lastColumn="0" w:lastRow="0" w:noHBand="0" w:noVBand="1" w:val="04A0"/>
      </w:tblPr>
      <w:tblGrid>
        <w:gridCol w:w="4968"/>
        <w:gridCol w:w="4968"/>
      </w:tblGrid>
      <w:tr>
        <w:tc>
          <w:tcPr>
            <w:tcW w:type="dxa" w:w="4968"/>
          </w:tcPr>
          <w:p>
            <w:r>
              <w:t>İnceleme alanı</w:t>
            </w:r>
          </w:p>
        </w:tc>
        <w:tc>
          <w:tcPr>
            <w:tcW w:type="dxa" w:w="4968"/>
          </w:tcPr>
          <w:p>
            <w:r>
              <w:t>Dosyaya özgü bilgi</w:t>
            </w:r>
          </w:p>
        </w:tc>
      </w:tr>
      <w:tr>
        <w:tc>
          <w:tcPr>
            <w:tcW w:type="dxa" w:w="4968"/>
          </w:tcPr>
          <w:p>
            <w:r>
              <w:t>Rapor bölümü</w:t>
            </w:r>
          </w:p>
        </w:tc>
        <w:tc>
          <w:tcPr>
            <w:tcW w:type="dxa" w:w="4968"/>
          </w:tcPr>
          <w:p>
            <w:r>
              <w:t>[Sayfa, paragraf ve ilgili tıbbi açıklama]</w:t>
            </w:r>
          </w:p>
        </w:tc>
      </w:tr>
      <w:tr>
        <w:tc>
          <w:tcPr>
            <w:tcW w:type="dxa" w:w="4968"/>
          </w:tcPr>
          <w:p>
            <w:r>
              <w:t>Cevapsız teknik nokta</w:t>
            </w:r>
          </w:p>
        </w:tc>
        <w:tc>
          <w:tcPr>
            <w:tcW w:type="dxa" w:w="4968"/>
          </w:tcPr>
          <w:p>
            <w:r>
              <w:t>[Bulgu, veri kaynağı veya yönteme ilişkin açıklama ihtiyacı]</w:t>
            </w:r>
          </w:p>
        </w:tc>
      </w:tr>
      <w:tr>
        <w:tc>
          <w:tcPr>
            <w:tcW w:type="dxa" w:w="4968"/>
          </w:tcPr>
          <w:p>
            <w:r>
              <w:t>Somut soru</w:t>
            </w:r>
          </w:p>
        </w:tc>
        <w:tc>
          <w:tcPr>
            <w:tcW w:type="dxa" w:w="4968"/>
          </w:tcPr>
          <w:p>
            <w:r>
              <w:t>[İmza sahibine yöneltilecek kısa soru]</w:t>
            </w:r>
          </w:p>
        </w:tc>
      </w:tr>
      <w:tr>
        <w:tc>
          <w:tcPr>
            <w:tcW w:type="dxa" w:w="4968"/>
          </w:tcPr>
          <w:p>
            <w:r>
              <w:t>Hükümle bağlantı</w:t>
            </w:r>
          </w:p>
        </w:tc>
        <w:tc>
          <w:tcPr>
            <w:tcW w:type="dxa" w:w="4968"/>
          </w:tcPr>
          <w:p>
            <w:r>
              <w:t>[İddianamedeki hangi olayın değerlendirilmesi için gerekli olduğu]</w:t>
            </w:r>
          </w:p>
        </w:tc>
      </w:tr>
    </w:tbl>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Adli raporu düzenleyen doktorun dinlenmesi talebi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