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[YER] [NUMARA] [MAHKEME TÜRÜ] MAHKEMESİNE</w:t>
      </w:r>
    </w:p>
    <w:p>
      <w:pPr>
        <w:keepLines/>
      </w:pPr>
      <w:r>
        <w:rPr>
          <w:b/>
        </w:rPr>
        <w:t>DOSYA NO:</w:t>
      </w:r>
      <w:r>
        <w:rPr>
          <w:b w:val="0"/>
        </w:rPr>
        <w:t xml:space="preserve"> [Yıl/Esas numarası]</w:t>
      </w:r>
    </w:p>
    <w:p>
      <w:pPr>
        <w:keepLines/>
      </w:pPr>
      <w:r>
        <w:rPr>
          <w:b/>
        </w:rPr>
        <w:t>TALEP EDEN:</w:t>
      </w:r>
      <w:r>
        <w:rPr>
          <w:b w:val="0"/>
        </w:rPr>
        <w:t xml:space="preserve"> [Davacı veya davalı sıfatı, ad soyad ve adres]</w:t>
      </w:r>
    </w:p>
    <w:p>
      <w:pPr>
        <w:keepLines/>
      </w:pPr>
      <w:r>
        <w:rPr>
          <w:b/>
        </w:rPr>
        <w:t>VEKİLİ:</w:t>
      </w:r>
      <w:r>
        <w:rPr>
          <w:b w:val="0"/>
        </w:rPr>
        <w:t xml:space="preserve"> [Varsa avukatın adı soyadı ve adresi]</w:t>
      </w:r>
    </w:p>
    <w:p>
      <w:pPr>
        <w:keepLines/>
      </w:pPr>
      <w:r>
        <w:rPr>
          <w:b/>
        </w:rPr>
        <w:t>KARŞI TARAF:</w:t>
      </w:r>
      <w:r>
        <w:rPr>
          <w:b w:val="0"/>
        </w:rPr>
        <w:t xml:space="preserve"> [Dosyadaki adı soyadı veya unvanı]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Dosyaya sunduğum, aşağıda tanımlanan belge aslının HMK m.216/4 uyarınca onaylı örneği dosyada bırakılarak tarafıma geri verilmesi talebidir.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Mahkemenizin yukarıda belirtilen dosyasına [sunum tarihi] tarihli [dilekçe veya duruşma tutanağı] kapsamında, [ek numarası veya teslim kaydı] ile [belgenin türü, tarihi, numarası, düzenleyen ve imzalayan kişiler] belgesinin aslını sundum. Belge [sayfa sayısı] sayfadan ve [ayrıca teslim edilmiş eklerin tanımı] eklerinden oluşmaktadır.</w:t>
      </w:r>
    </w:p>
    <w:p>
      <w:pPr>
        <w:keepLines/>
      </w:pPr>
      <w:r>
        <w:rPr>
          <w:b w:val="0"/>
        </w:rPr>
        <w:t>2. İadesini istediğim belge, dosyaya sunduğum yukarıda tanımlanan asıldır. Dosyadaki inceleme durumu [ilgili ara karar tarihi, yapılan ve devam eden işlemler] şeklindedir. [Varsa sahtelik veya imza inkârı ile saklama tedbirine ilişkin kararın bilgileri] hususlarını mahkemenizin değerlendirmesine sunuyorum.</w:t>
      </w:r>
    </w:p>
    <w:p>
      <w:pPr>
        <w:keepLines/>
      </w:pPr>
      <w:r>
        <w:rPr>
          <w:b w:val="0"/>
        </w:rPr>
        <w:t>3. Belgenin aslının geri verilmesini isteme nedenim [belgenin kullanılacağı gerçek işlem ve somut ihtiyaç]tır. [Varsa kurumun belge isteme yazısının tarihi, sayısı ve ek numarası] talebimin dayanağıdır. [Varsa gerçek son tarih ve bunu gösteren belge] bilgisini bildiriyorum.</w:t>
      </w:r>
    </w:p>
    <w:p>
      <w:r>
        <w:br w:type="page"/>
      </w:r>
    </w:p>
    <w:p>
      <w:pPr>
        <w:keepLines/>
      </w:pPr>
      <w:r>
        <w:rPr>
          <w:b w:val="0"/>
        </w:rPr>
        <w:t>4. Talebim belgenin delil olarak değerlendirilmesinden vazgeçme veya dosyadaki belge içeriğinin çıkarılması istemi değildir. HMK m.216/4 uyarınca aslına uygunluğu mahkeme mührü ve yazı işleri müdürünün imzasıyla onanmış örneğinin dosyaya konulmasını talep ediyorum.</w:t>
      </w:r>
    </w:p>
    <w:p>
      <w:pPr>
        <w:keepLines/>
      </w:pPr>
      <w:r>
        <w:rPr>
          <w:b w:val="0"/>
        </w:rPr>
        <w:t>5. Mahkemenizce iade uygun görülürse belgenin [talep edenin veya yetkili vekilin adı soyadı] tarafından teslim alınması için gerekli işlemlerin yapılmasını istiyorum. Belgeyi koruyacağımı ve mahkemenizce yeniden ibrazı istendiğinde kanuni yükümlülüğümü yerine getireceğimi bildiriyorum.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6100 sayılı HMK m.196, 216 ve 219 ile dosyanın inceleme durumuna uygulanacak ilgili hükümler.</w:t>
      </w:r>
    </w:p>
    <w:p>
      <w:pPr>
        <w:keepLines/>
      </w:pPr>
      <w:r>
        <w:rPr>
          <w:b/>
        </w:rPr>
        <w:t>DAYANILAN KAYITLAR:</w:t>
      </w:r>
      <w:r>
        <w:rPr>
          <w:b w:val="0"/>
        </w:rPr>
        <w:t xml:space="preserve"> [Belgenin sunulduğu dilekçe]; [teslim veya duruşma tutanağı]; [ilgili ara karar]; [varsa aslı isteyen kurumun yazısı].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[Belgenin açık tanımı] aslının geri verilmesine; HMK m.216/4 gereğince aslına uygunluğu mahkeme mührü ve yazı işleri müdürünün imzasıyla onanmış örneğinin dosyada bırakılmasına; iade işleminin dosyada kayda alınarak belgenin yetkili kişiye teslimine karar verilmesini arz ve talep ederim.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Talep eden / Vekili [Ad soyad]</w:t>
      </w:r>
      <w:r>
        <w:br/>
      </w:r>
      <w:r>
        <w:rPr>
          <w:b w:val="0"/>
        </w:rPr>
        <w:t>[İmza]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[Gerçekten eklenen belgeler numaralarıyla yazılır.]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Belge Aslının İadesi Dilekçesi Örneği | HMK 216, Word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