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MUHATAP SATICI: [TAM UNVAN]</w:t>
      </w:r>
      <w:r>
        <w:br/>
      </w:r>
      <w:r>
        <w:rPr>
          <w:b w:val="0"/>
        </w:rPr>
        <w:t>[Adres]</w:t>
      </w:r>
    </w:p>
    <w:p>
      <w:pPr>
        <w:keepLines/>
      </w:pPr>
      <w:r>
        <w:rPr>
          <w:b/>
        </w:rPr>
        <w:t>TÜKETİCİ:</w:t>
      </w:r>
      <w:r>
        <w:rPr>
          <w:b w:val="0"/>
        </w:rPr>
        <w:t xml:space="preserve"> [Ad soyad, adres, iletişim]</w:t>
      </w:r>
      <w:r>
        <w:br/>
      </w:r>
      <w:r>
        <w:rPr>
          <w:b/>
        </w:rPr>
        <w:t>ÜRÜN:</w:t>
      </w:r>
      <w:r>
        <w:rPr>
          <w:b w:val="0"/>
        </w:rPr>
        <w:t xml:space="preserve"> [Buzdolabı marka/model/seri numarası]</w:t>
      </w:r>
      <w:r>
        <w:br/>
      </w:r>
      <w:r>
        <w:rPr>
          <w:b/>
        </w:rPr>
        <w:t>SÖZLEŞME:</w:t>
      </w:r>
      <w:r>
        <w:rPr>
          <w:b w:val="0"/>
        </w:rPr>
        <w:t xml:space="preserve"> [Satış tarihi, fatura ve bedel]</w:t>
      </w:r>
      <w:r>
        <w:br/>
      </w:r>
      <w:r>
        <w:rPr>
          <w:b/>
        </w:rPr>
        <w:t>KONU:</w:t>
      </w:r>
      <w:r>
        <w:rPr>
          <w:b w:val="0"/>
        </w:rPr>
        <w:t xml:space="preserve"> Kurulumdan itibaren soğutma sorunu bulunan ve ücretsiz onarımdan sonra garanti içinde yeniden arızalanan buzdolabı için ayıpsız misliyle değişim talebi.</w:t>
      </w:r>
    </w:p>
    <w:p>
      <w:pPr>
        <w:keepLines/>
      </w:pPr>
      <w:r>
        <w:rPr>
          <w:b/>
        </w:rPr>
        <w:t>OLAY VE DAYANAK</w:t>
      </w:r>
    </w:p>
    <w:p>
      <w:pPr>
        <w:keepLines/>
      </w:pPr>
      <w:r>
        <w:rPr>
          <w:b w:val="0"/>
        </w:rPr>
        <w:t>1. Sizden aldığım ürün [tarih] tarihinde teslim edilmiş, [servis/unvan] tarafından [tarih] tarihinde kurulmuştur. Teslim, kurulum ve seri numarası belgeleri ektedir.</w:t>
      </w:r>
    </w:p>
    <w:p>
      <w:pPr>
        <w:keepLines/>
      </w:pPr>
      <w:r>
        <w:rPr>
          <w:b w:val="0"/>
        </w:rPr>
        <w:t>2. Kurulumdan sonra [soğutma sorununun gözlenen biçimi] oluşmuştur. [Tarih/servis numarası] ile ücretsiz onarım yapılmış; servis [işlem ve ölçüm] kaydını düzenlemiştir. [Tarih] tarihinde garanti süresi içinde [yeni arıza ve etkisi] yeniden ortaya çıkmıştır.</w:t>
      </w:r>
    </w:p>
    <w:p>
      <w:pPr>
        <w:keepLines/>
      </w:pPr>
      <w:r>
        <w:rPr>
          <w:b w:val="0"/>
        </w:rPr>
        <w:t>3. Ekteki [ölçüm, fotoğraf, servis fişi, yazışma] kayıtları ürünün durumunu göstermektedir. [Varsa satıcının veya servisin açıklaması]na ilişkin cevabım [somut belgeye dayanan açıklama]dır. İnceleme ve teslim için ürün [adres]te hazırdır.</w:t>
      </w:r>
    </w:p>
    <w:p>
      <w:pPr>
        <w:keepLines/>
      </w:pPr>
      <w:r>
        <w:rPr>
          <w:b w:val="0"/>
        </w:rPr>
        <w:t>4. 6502 sayılı Kanun m.8–11 ve Garanti Belgesi Yönetmeliği m.9/1-a uyarınca ayıpsız misliyle değişim hakkımı kullanıyorum. Ürünün imkân varsa ayıpsız misliyle değiştirilmesini, bu işlem için gerekli nakliye ve kurulumun tarafımdan masraf alınmadan yapılmasını istiyorum.</w:t>
      </w:r>
    </w:p>
    <w:p>
      <w:pPr>
        <w:keepLines/>
      </w:pPr>
      <w:r>
        <w:rPr>
          <w:b/>
        </w:rPr>
        <w:t>TALEP:</w:t>
      </w:r>
      <w:r>
        <w:rPr>
          <w:b w:val="0"/>
        </w:rPr>
        <w:t xml:space="preserve"> Seçtiğim hakkın yukarıda belirtilen kapsamda yerine getirilmesini; söküm, teslim ve gerekiyorsa kurulum işlemlerinin tarih ve seri numarası içeren belgelerle yapılmasını; cevabın [iletişim adresi]ne yazılı olarak iletilmesini talep ederim.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[Fatura/ödeme, teslim ve kurulum, garanti, servis fişleri, arıza ve bildirim kayıtları]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Ayıplı Buzdolabı Değişim Talebi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