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[İL] ÇEVRE, ŞEHİRCİLİK VE İKLİM DEĞİŞİKLİĞİ İL MÜDÜRLÜĞÜNE</w:t>
      </w:r>
    </w:p>
    <w:p>
      <w:pPr/>
      <w:r>
        <w:rPr>
          <w:b/>
        </w:rPr>
        <w:t>BAŞVURAN:</w:t>
      </w:r>
      <w:r>
        <w:rPr>
          <w:b w:val="0"/>
        </w:rPr>
        <w:t xml:space="preserve"> [Ad soyad]</w:t>
      </w:r>
      <w:r>
        <w:br/>
      </w:r>
      <w:r>
        <w:rPr>
          <w:b/>
        </w:rPr>
        <w:t>İŞ / İKAMETGÂH ADRESİ:</w:t>
      </w:r>
      <w:r>
        <w:rPr>
          <w:b w:val="0"/>
        </w:rPr>
        <w:t xml:space="preserve"> [Açık adres]</w:t>
      </w:r>
      <w:r>
        <w:br/>
      </w:r>
      <w:r>
        <w:rPr>
          <w:b/>
        </w:rPr>
        <w:t>İLETİŞİM:</w:t>
      </w:r>
      <w:r>
        <w:rPr>
          <w:b w:val="0"/>
        </w:rPr>
        <w:t xml:space="preserve"> [Telefon / e-posta]</w:t>
      </w:r>
      <w:r>
        <w:br/>
      </w:r>
      <w:r>
        <w:rPr>
          <w:b/>
        </w:rPr>
        <w:t>OLAY YERİ:</w:t>
      </w:r>
      <w:r>
        <w:rPr>
          <w:b w:val="0"/>
        </w:rPr>
        <w:t xml:space="preserve"> [İl, ilçe, açık konum ve yer tarifi]</w:t>
      </w:r>
    </w:p>
    <w:p>
      <w:pPr/>
      <w:r>
        <w:rPr>
          <w:b/>
        </w:rPr>
        <w:t>KONU:</w:t>
      </w:r>
      <w:r>
        <w:rPr>
          <w:b w:val="0"/>
        </w:rPr>
        <w:t xml:space="preserve"> 2872 sayılı Çevre Kanunu m.30 kapsamında, belirtilen yerdeki çevresel kirlilik hakkında denetim yapılması ve gerekli önlemlerin alınması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[Tarih ve saat] itibarıyla [açık konum] yerinde [doğrudan gözlenen olay] görülmüştür. Bilgimin kaynağı [kendi gözlemim / belirtilen belge veya bildirim] olup olayın tarih ve konum bilgileri ek çizelgede gösterilmiştir.</w:t>
      </w:r>
    </w:p>
    <w:p>
      <w:pPr/>
      <w:r>
        <w:rPr>
          <w:b w:val="0"/>
        </w:rPr>
        <w:t>2. Gözlenen faaliyetin veya alanın tanımı [gerçek bilgiler] şeklindedir. Araştırılmasını istediğim çevresel durum [su, toprak, hava veya diğer etkiyi tarif ediniz] olup teknik niteliği ve kaynağı yetkili incelemeyle belirlenmelidir.</w:t>
      </w:r>
    </w:p>
    <w:p>
      <w:pPr/>
      <w:r>
        <w:rPr>
          <w:b w:val="0"/>
        </w:rPr>
        <w:t>3. Olayın tekrarına ilişkin kayıtlar [tarih aralıkları] ve eldeki fotoğraf / belgeler ektedir. Önceki başvurum [varsa tarih, kurum ve kayıt numarası] olup bu başvurunun önceki kayıtla ilişkilendirilmesini istiyorum.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Belirtilen yerde yetkili denetim yapılmasını; olayın niteliğine göre gerekli ölçüm ve numune işlemlerinin değerlendirilmesini; kirliliği önleyici ve giderici tedbirlerin alınmasını, kanuni koşulları oluşmuşsa faaliyetin durdurulmasını talep ederim. Konu başka idarenin görev alanındaysa 3071 sayılı Kanun m.5 uyarınca yetkili makama gönderilmesini ve tarafıma bilgi verilmesini; başvurunun sonucu veya işlem safahatının aynı Kanun m.7 kapsamında gerekçeli olarak bildirilmesini isterim.</w:t>
      </w:r>
    </w:p>
    <w:p>
      <w:pPr/>
      <w:r>
        <w:rPr>
          <w:b/>
        </w:rPr>
        <w:t>EKLER:</w:t>
      </w:r>
      <w:r>
        <w:rPr>
          <w:b w:val="0"/>
        </w:rPr>
        <w:t xml:space="preserve"> 1. Olay gözlem ve konum çizelgesi. 2. Numaralı fotoğraf / video ve belge listesi. 3. Önceki başvuru ve cevap örnekleri [varsa].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Çevresel olay gözlem ve konum çizelgesi</w:t>
      </w:r>
    </w:p>
    <w:p>
      <w:r>
        <w:t>Bu çizelge teknik ölçüm veya laboratuvar raporu değildir. Yalnız gerçek gözlemleri yazın. Başkasından gelen bilgiyi kendi gözleminizden ayırın; bilinmeyen teknik değerleri doldurmayın.</w:t>
      </w:r>
    </w:p>
    <w:p>
      <w:pPr>
        <w:pStyle w:val="Heading2"/>
      </w:pPr>
      <w:r>
        <w:t>Olay alanı</w:t>
      </w:r>
    </w:p>
    <w:p>
      <w:r>
        <w:t>İl / ilçe / mahalle veya köy: [Doldurunuz]</w:t>
        <w:br/>
        <w:t>Açık adres ve ulaşım tarifi: [Doldurunuz]</w:t>
        <w:br/>
        <w:t>Bilinen koordinat / harita işareti: [Varsa]</w:t>
        <w:br/>
        <w:t>Gözlem noktası ile araştırılacak alanın ilişkisi: [Açıklayınız]</w:t>
        <w:br/>
        <w:t>Görünen tesis veya faaliyet bilgisi: [Bilinen gerçek bilgi]</w:t>
      </w:r>
    </w:p>
    <w:p>
      <w:pPr>
        <w:pStyle w:val="Heading2"/>
      </w:pPr>
      <w:r>
        <w:t>Gözlem kaydı 1</w:t>
      </w:r>
    </w:p>
    <w:p>
      <w:r>
        <w:t>Tarih ve saat aralığı: [Doldurunuz]</w:t>
        <w:br/>
        <w:t>Bilgi kaynağı: [Kendi gözlemi / belirtilen başka kaynak]</w:t>
        <w:br/>
        <w:t>Gözlenen durum: [Renk, koku, akış, duman, atık vb.]</w:t>
        <w:br/>
        <w:t>Gözlemin sürdüğü bilinen aralık: [Doldurunuz]</w:t>
        <w:br/>
        <w:t>İlgili fotoğraf / video / belge numarası: [Doldurunuz]</w:t>
        <w:br/>
        <w:t>Teknik inceleme gerektiren konu: [Doldurunuz]</w:t>
      </w:r>
    </w:p>
    <w:p>
      <w:pPr>
        <w:pStyle w:val="Heading2"/>
      </w:pPr>
      <w:r>
        <w:t>Gözlem kaydı 2</w:t>
      </w:r>
    </w:p>
    <w:p>
      <w:r>
        <w:t>Tarih ve saat aralığı: [Doldurunuz]</w:t>
        <w:br/>
        <w:t>Bilgi kaynağı: [Kendi gözlemi / belirtilen başka kaynak]</w:t>
        <w:br/>
        <w:t>Gözlenen durum: [Renk, koku, akış, duman, atık vb.]</w:t>
        <w:br/>
        <w:t>Gözlemin sürdüğü bilinen aralık: [Doldurunuz]</w:t>
        <w:br/>
        <w:t>İlgili fotoğraf / video / belge numarası: [Doldurunuz]</w:t>
        <w:br/>
        <w:t>Teknik inceleme gerektiren konu: [Doldurunuz]</w:t>
      </w:r>
    </w:p>
    <w:p>
      <w:pPr>
        <w:pStyle w:val="Heading2"/>
      </w:pPr>
      <w:r>
        <w:t>Ek dizini ve önceki bildirim</w:t>
      </w:r>
    </w:p>
    <w:p>
      <w:r>
        <w:t>Dosya adı — olay tarihi — açıklama: [Her dosyayı ayrı yazınız]</w:t>
        <w:br/>
        <w:t>Önceki ihbar / başvuru tarihi: [Varsa]</w:t>
        <w:br/>
        <w:t>Kurum ve kayıt numarası: [Varsa]</w:t>
        <w:br/>
        <w:t>Yeni başvuruyla eklenen bilgi: [Doldurunuz]</w:t>
      </w:r>
    </w:p>
    <w:p>
      <w:r>
        <w:br w:type="page"/>
      </w:r>
    </w:p>
    <w:p>
      <w:pPr>
        <w:pStyle w:val="Title"/>
      </w:pPr>
      <w:r>
        <w:t>Başvuru, sevk ve sonuç takip formu</w:t>
      </w:r>
    </w:p>
    <w:p>
      <w:r>
        <w:t>Bu sayfa başvuranda kalır. Kurumun sevk bildirimi, işlem safahatı cevabı ve nihai sonucu ayrı kaydedin. Yeni gözlem ortaya çıkarsa ilk dosyayla ilişkilendirin.</w:t>
      </w:r>
    </w:p>
    <w:p>
      <w:pPr>
        <w:pStyle w:val="Heading2"/>
      </w:pPr>
      <w:r>
        <w:t>Başvurunun teslimi</w:t>
      </w:r>
    </w:p>
    <w:p>
      <w:r>
        <w:t>Muhatap kurum: [Tam adı]</w:t>
        <w:br/>
        <w:t>Gönderim ve kayıt tarihi: [Doldurunuz]</w:t>
        <w:br/>
        <w:t>Başvuru numarası: [Doldurunuz]</w:t>
        <w:br/>
        <w:t>Sunulan ekler: [Adları ve sayıları]</w:t>
        <w:br/>
        <w:t>Başka makama sevk: [Varsa tarih, kurum ve yeni kayıt]</w:t>
      </w:r>
    </w:p>
    <w:p>
      <w:pPr>
        <w:pStyle w:val="Heading2"/>
      </w:pPr>
      <w:r>
        <w:t>Kurum cevabı</w:t>
      </w:r>
    </w:p>
    <w:p>
      <w:r>
        <w:t>Cevap tarihi / ulaşma tarihi: [Doldurunuz]</w:t>
        <w:br/>
        <w:t>Cevap türü: [Sevk / safahat / sonuç]</w:t>
        <w:br/>
        <w:t>Bildirilen denetim yeri ve tarihi: [Doldurunuz]</w:t>
        <w:br/>
        <w:t>Açıklanan teknik işlem: [Cevaba göre]</w:t>
        <w:br/>
        <w:t>Alındığı bildirilen önlem: [Cevaba göre]</w:t>
        <w:br/>
        <w:t>Tamamlanması beklenen işlem: [Varsa]</w:t>
      </w:r>
    </w:p>
    <w:p>
      <w:pPr>
        <w:pStyle w:val="Heading2"/>
      </w:pPr>
      <w:r>
        <w:t>Devam ve sonuç kontrolü</w:t>
      </w:r>
    </w:p>
    <w:p>
      <w:r>
        <w:t>Cevap doğru olayla ilgili mi? [Sonuç]</w:t>
        <w:br/>
        <w:t>Açıklanmayan talep: [Varsa]</w:t>
        <w:br/>
        <w:t>Yeni olay veya tekrar gözlemi: [Tarih ve bilgi]</w:t>
        <w:br/>
        <w:t>Ek başvuru tarihi ve numarası: [Varsa]</w:t>
        <w:br/>
        <w:t>Ayrı bilgi edinme talebi: [Varsa konusu ve tarihi]</w:t>
        <w:br/>
        <w:t>Sonuç cevabının tarihi: [Doldurunuz]</w:t>
      </w:r>
    </w:p>
    <w:p>
      <w:r>
        <w:rPr>
          <w:sz w:val="20"/>
        </w:rPr>
        <w:t>Dayanak: Çevre Kanunu m.30; 3071 sayılı Kanun m.4, 5 ve 7. Otuz günlük gerekçeli cevap, sonuç veya işlem safahatı hakkındadır; safahat bildirilmişse sonuç ayrıca bildirilir.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Çevre kirliliği şikâyet ve denetim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