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[İŞYERİ ADI] İŞ SAĞLIĞI VE GÜVENLİĞİ KURULUNA</w:t>
      </w:r>
      <w:r>
        <w:br/>
      </w:r>
      <w:r>
        <w:rPr>
          <w:b w:val="0"/>
        </w:rPr>
        <w:t>[Kurul yoksa: İşverenin tam adı / unvanına]</w:t>
      </w:r>
    </w:p>
    <w:p>
      <w:pPr/>
      <w:r>
        <w:rPr>
          <w:b/>
        </w:rPr>
        <w:t>BAŞVURAN:</w:t>
      </w:r>
      <w:r>
        <w:rPr>
          <w:b w:val="0"/>
        </w:rPr>
        <w:t xml:space="preserve"> [Ad soyad]</w:t>
      </w:r>
      <w:r>
        <w:br/>
      </w:r>
      <w:r>
        <w:rPr>
          <w:b/>
        </w:rPr>
        <w:t>PERSONEL NUMARASI:</w:t>
      </w:r>
      <w:r>
        <w:rPr>
          <w:b w:val="0"/>
        </w:rPr>
        <w:t xml:space="preserve"> [Varsa]</w:t>
      </w:r>
      <w:r>
        <w:br/>
      </w:r>
      <w:r>
        <w:rPr>
          <w:b/>
        </w:rPr>
        <w:t>GÖREV / BÖLÜM:</w:t>
      </w:r>
      <w:r>
        <w:rPr>
          <w:b w:val="0"/>
        </w:rPr>
        <w:t xml:space="preserve"> [Doldurunuz]</w:t>
      </w:r>
      <w:r>
        <w:br/>
      </w:r>
      <w:r>
        <w:rPr>
          <w:b/>
        </w:rPr>
        <w:t>İLETİŞİM:</w:t>
      </w:r>
      <w:r>
        <w:rPr>
          <w:b w:val="0"/>
        </w:rPr>
        <w:t xml:space="preserve"> [Doldurunuz]</w:t>
      </w:r>
    </w:p>
    <w:p>
      <w:pPr/>
      <w:r>
        <w:rPr>
          <w:b/>
        </w:rPr>
        <w:t>KONU:</w:t>
      </w:r>
      <w:r>
        <w:rPr>
          <w:b w:val="0"/>
        </w:rPr>
        <w:t xml:space="preserve"> 6331 sayılı Kanun m.13/1 kapsamında ciddi ve yakın tehlikenin tespiti ve gerekli tedbirlerin alınmasına karar verilmesi talebidir.</w:t>
      </w:r>
    </w:p>
    <w:p>
      <w:pPr/>
      <w:r>
        <w:rPr>
          <w:b/>
        </w:rPr>
        <w:t>AÇIKLAMALAR</w:t>
      </w:r>
    </w:p>
    <w:p>
      <w:pPr/>
      <w:r>
        <w:rPr>
          <w:b w:val="0"/>
        </w:rPr>
        <w:t>1. [Tarih ve saat] itibarıyla [bölüm / ekipman / çalışma alanı] içinde [yürütülen iş] sırasında [doğrudan gözlenen tehlike ve eksiklik] ile karşı karşıya kaldım. Durumun güncel ve ciddi niteliğine ilişkin somut açıklamam [gerçek olgular] şeklindedir.</w:t>
      </w:r>
    </w:p>
    <w:p>
      <w:pPr/>
      <w:r>
        <w:rPr>
          <w:b w:val="0"/>
        </w:rPr>
        <w:t>2. İlgili önceki bildirim veya kayıt [varsa tarih, kayıt ve içerik] olup eldeki belgeler ekler listesinde gösterilmiştir. Başvurum, belirtilen iş ve tehlikenin tespitine ve gerekli koruyucu tedbirlerin alınmasına yöneliktir.</w:t>
      </w:r>
    </w:p>
    <w:p>
      <w:pPr/>
      <w:r>
        <w:rPr>
          <w:b w:val="0"/>
        </w:rPr>
        <w:t>3. Durumun acilen değerlendirilmesini, kararın tutanağa bağlanmasını, tarafıma ve çalışan temsilcisine yazılı bildirilmesini istiyorum. Karar ve tedbirlerin hangi çalışma alanını ve işi kapsadığının açıklanmasını talep ediyorum.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6331 sayılı Kanun m.13/1 uyarınca belirtilen ciddi ve yakın tehlikenin tespitine ve gerekli tedbirlerin alınmasına karar verilmesini; kararın ve alınan tedbirlerin yazılı bildirilmesini talep ederim. Talebim yönünde karar verilmesi hâlinde gerekli tedbirler alınana kadar m.13/2 kapsamındaki çalışmaktan kaçınma hakkım ile ücret ve diğer haklarımın korunmasını isterim. Bu başvuru fesih veya ücretsiz izin talebi değildir; m.13/3 kapsamındaki güvenli yere geçiş hakkım saklıdır.</w:t>
      </w:r>
    </w:p>
    <w:p>
      <w:pPr/>
      <w:r>
        <w:rPr>
          <w:b/>
        </w:rPr>
        <w:t>EKLER:</w:t>
      </w:r>
      <w:r>
        <w:rPr>
          <w:b w:val="0"/>
        </w:rPr>
        <w:t xml:space="preserve"> 1. Tehlike ve bildirim kayıt çizelgesi. 2. Eldeki arıza / bakım / uzman bildirimleri. 3. Güvenli ve hukuka uygun biçimde elde edilmiş ilgili görsel veya belgeler.</w:t>
      </w:r>
    </w:p>
    <w:p>
      <w:pPr/>
      <w:r>
        <w:rPr>
          <w:b w:val="0"/>
        </w:rPr>
        <w:t>[Tarih ve saat]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Tehlike ve önceki bildirim kayıt çizelgesi</w:t>
      </w:r>
    </w:p>
    <w:p>
      <w:r>
        <w:t>Önlenemez ciddi ve yakın tehlikede formu tamamlamayı veya karar beklemeyi güvenli yere geçişin ön şartı yapmayın. Bu sayfa teknik güvenlik raporu değildir.</w:t>
      </w:r>
    </w:p>
    <w:p>
      <w:pPr>
        <w:pStyle w:val="Heading2"/>
      </w:pPr>
      <w:r>
        <w:t>İş ve alan bilgileri</w:t>
      </w:r>
    </w:p>
    <w:p>
      <w:r>
        <w:t>İşyeri / bölüm: [Doldurunuz]</w:t>
        <w:br/>
        <w:t>Çalışanın görevi: [Doldurunuz]</w:t>
        <w:br/>
        <w:t>İlgili ekipman veya çalışma alanı: [Ayırt edici bilgi]</w:t>
        <w:br/>
        <w:t>İşin yürütüldüğü tarih ve vardiya: [Doldurunuz]</w:t>
      </w:r>
    </w:p>
    <w:p>
      <w:pPr>
        <w:pStyle w:val="Heading2"/>
      </w:pPr>
      <w:r>
        <w:t>Güncel tehlike kaydı</w:t>
      </w:r>
    </w:p>
    <w:p>
      <w:r>
        <w:t>Gözlem tarihi ve saati: [Doldurunuz]</w:t>
        <w:br/>
        <w:t>Doğrudan gözlenen eksiklik veya tehlike: [Somut olgu]</w:t>
        <w:br/>
        <w:t>Tehlikenin güncel ve ciddi niteliğinin açıklaması: [Gerçek bilgiler]</w:t>
        <w:br/>
        <w:t>Bilginin kaynağı: [Kendi gözlemi / belirtilen belge]</w:t>
        <w:br/>
        <w:t>İlgili fotoğraf, arıza veya bakım kaydı: [Eldeki belge]</w:t>
        <w:br/>
        <w:t>Tespiti ve giderilmesi istenen konu: [Doldurunuz]</w:t>
      </w:r>
    </w:p>
    <w:p>
      <w:pPr>
        <w:pStyle w:val="Heading2"/>
      </w:pPr>
      <w:r>
        <w:t>Önceki bildirimler</w:t>
      </w:r>
    </w:p>
    <w:p>
      <w:r>
        <w:t>Bildirim tarihi / saati ve muhatabı: [Varsa]</w:t>
        <w:br/>
        <w:t>Yöntem / kayıt numarası: [Varsa]</w:t>
        <w:br/>
        <w:t>Verilen cevap: [Gerçek içerik]</w:t>
        <w:br/>
        <w:t>Bildirilen tedbir ve tarihi: [Varsa]</w:t>
        <w:br/>
        <w:t>Devam eden veya değişen durum: [Somut olgu]</w:t>
        <w:br/>
        <w:t>Başvuru eklerinin adı ve numarası: [Doldurunuz]</w:t>
      </w:r>
    </w:p>
    <w:p>
      <w:r>
        <w:br w:type="page"/>
      </w:r>
    </w:p>
    <w:p>
      <w:pPr>
        <w:pStyle w:val="Title"/>
      </w:pPr>
      <w:r>
        <w:t>Karar ve tedbir uygulama takip formu</w:t>
      </w:r>
    </w:p>
    <w:p>
      <w:r>
        <w:t>Bu sayfa çalışanın takibi içindir. Kurul veya işveren kararı yerine geçmez; teknik kabul ve güvenlik onayı içermez. Her alanı gerçek kayıt oluştuğunda doldurun.</w:t>
      </w:r>
    </w:p>
    <w:p>
      <w:pPr>
        <w:pStyle w:val="Heading2"/>
      </w:pPr>
      <w:r>
        <w:t>Başvuru ve karar</w:t>
      </w:r>
    </w:p>
    <w:p>
      <w:r>
        <w:t>Başvuru teslim tarihi ve saati: [Doldurunuz]</w:t>
        <w:br/>
        <w:t>Teslim alan / kayıt numarası: [Doldurunuz]</w:t>
        <w:br/>
        <w:t>Kurul veya işveren karar tarihi ve numarası: [Doldurunuz]</w:t>
        <w:br/>
        <w:t>Kararın çalışana bildirim tarihi: [Doldurunuz]</w:t>
        <w:br/>
        <w:t>Çalışan temsilcisine bildirim bilgisi: [Bilinen kayıt]</w:t>
        <w:br/>
        <w:t>Kararın kapsamı ve sonucu: [Yazılı karara göre]</w:t>
      </w:r>
    </w:p>
    <w:p>
      <w:pPr>
        <w:pStyle w:val="Heading2"/>
      </w:pPr>
      <w:r>
        <w:t>Tedbir ve görevlendirme</w:t>
      </w:r>
    </w:p>
    <w:p>
      <w:r>
        <w:t>Öngörülen tedbir: [Karara göre]</w:t>
        <w:br/>
        <w:t>Tedbirin uygulandığına ilişkin bildirim: [Tarih ve belge]</w:t>
        <w:br/>
        <w:t>Teknik kontrol / bakım belgesi bilgisi: [Varsa]</w:t>
        <w:br/>
        <w:t>Bildirilen güvenli görev veya alan: [Varsa]</w:t>
        <w:br/>
        <w:t>Devam eden eksiklik hakkında yeni bildirim: [Tarih ve kayıt]</w:t>
      </w:r>
    </w:p>
    <w:p>
      <w:pPr>
        <w:pStyle w:val="Heading2"/>
      </w:pPr>
      <w:r>
        <w:t>Dönem ve hak takibi</w:t>
      </w:r>
    </w:p>
    <w:p>
      <w:r>
        <w:t>Kararın kapsadığı çalışmaktan kaçınma dönemi: [Kayıtlara göre]</w:t>
        <w:br/>
        <w:t>Tedbir sonrası çalışma bildirimi: [Tarih ve içerik]</w:t>
        <w:br/>
        <w:t>İlgili ücret / personel kaydı kontrolü: [Sonuç]</w:t>
        <w:br/>
        <w:t>Düzeltme veya ek açıklama talebi: [Varsa]</w:t>
        <w:br/>
        <w:t>Son kayıt tarihi: [Doldurunuz]</w:t>
      </w:r>
    </w:p>
    <w:p>
      <w:r>
        <w:rPr>
          <w:sz w:val="20"/>
        </w:rPr>
        <w:t>Dayanak: 6331 sayılı Kanun m.13. Talep yönünde karar üzerine tedbirler alınana kadar çalışmaktan kaçınmada ücret ve diğer haklar saklıdır. Önlenemez ciddi ve yakın tehlikede m.13/3 kapsamındaki güvenli yere geçiş için başvuru usulü beklenmez.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Ciddi ve yakın tehlikede İSG kuruluna başvuru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