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[DERNEĞİN TAM ADI] YÖNETİM KURULUNA</w:t>
      </w:r>
    </w:p>
    <w:p>
      <w:pPr/>
      <w:r>
        <w:rPr>
          <w:b/>
        </w:rPr>
        <w:t>BİLDİRİMDE BULUNAN:</w:t>
      </w:r>
      <w:r>
        <w:rPr>
          <w:b w:val="0"/>
        </w:rPr>
        <w:t xml:space="preserve"> [Ad soyad]</w:t>
      </w:r>
      <w:r>
        <w:br/>
      </w:r>
      <w:r>
        <w:rPr>
          <w:b/>
        </w:rPr>
        <w:t>ÜYE NUMARASI:</w:t>
      </w:r>
      <w:r>
        <w:rPr>
          <w:b w:val="0"/>
        </w:rPr>
        <w:t xml:space="preserve"> [Biliniyorsa numara]</w:t>
      </w:r>
      <w:r>
        <w:br/>
      </w:r>
      <w:r>
        <w:rPr>
          <w:b/>
        </w:rPr>
        <w:t>ÜYELİK KABUL TARİHİ:</w:t>
      </w:r>
      <w:r>
        <w:rPr>
          <w:b w:val="0"/>
        </w:rPr>
        <w:t xml:space="preserve"> [Biliniyorsa tarih]</w:t>
      </w:r>
      <w:r>
        <w:br/>
      </w:r>
      <w:r>
        <w:rPr>
          <w:b/>
        </w:rPr>
        <w:t>ADRES:</w:t>
      </w:r>
      <w:r>
        <w:rPr>
          <w:b w:val="0"/>
        </w:rPr>
        <w:t xml:space="preserve"> [Yazılı cevap için adres]</w:t>
      </w:r>
      <w:r>
        <w:br/>
      </w:r>
      <w:r>
        <w:rPr>
          <w:b/>
        </w:rPr>
        <w:t>İLETİŞİM:</w:t>
      </w:r>
      <w:r>
        <w:rPr>
          <w:b w:val="0"/>
        </w:rPr>
        <w:t xml:space="preserve"> [Tercih edilen iletişim bilgisi]</w:t>
      </w:r>
    </w:p>
    <w:p>
      <w:pPr/>
      <w:r>
        <w:rPr>
          <w:b/>
        </w:rPr>
        <w:t>KONU:</w:t>
      </w:r>
      <w:r>
        <w:rPr>
          <w:b w:val="0"/>
        </w:rPr>
        <w:t xml:space="preserve"> Türk Medenî Kanunu m.66 uyarınca dernek üyeliğinden çıkma bildirimi ve ilgili kayıtların güncellenmesi talebidir.</w:t>
      </w:r>
    </w:p>
    <w:p>
      <w:pPr/>
      <w:r>
        <w:rPr>
          <w:b/>
        </w:rPr>
        <w:t>AÇIKLAMALAR</w:t>
      </w:r>
    </w:p>
    <w:p>
      <w:pPr/>
      <w:r>
        <w:rPr>
          <w:b w:val="0"/>
        </w:rPr>
        <w:t>1. Derneğinizin [varsa şube bilgisi] nezdindeki üyeliğimden, 4721 sayılı Türk Medenî Kanunu’nun 66. maddesinde düzenlenen hakkımı kullanarak çıkıyorum. Bu dilekçe üyelikten ayrılma irademin açık ve yazılı bildirimidir.</w:t>
      </w:r>
    </w:p>
    <w:p>
      <w:pPr/>
      <w:r>
        <w:rPr>
          <w:b w:val="0"/>
        </w:rPr>
        <w:t>2. Bildirimin derneğinize ulaştığı tarihin kayda alınmasını, üyeliğin sona ermesine ilişkin üye kayıtlarının bu bildirim esas alınarak güncellenmesini ve mevzuatın gerektirdiği bildirim işlemlerinin yapılmasını talep ediyorum. Gerçekleşen kayıt işleminin tarafıma yazılı olarak bildirilmesini istiyorum.</w:t>
      </w:r>
    </w:p>
    <w:p>
      <w:pPr/>
      <w:r>
        <w:rPr>
          <w:b w:val="0"/>
        </w:rPr>
        <w:t>3. TMK m.70 kapsamındaki üyelik dönemime ilişkin bir ödenti talebiniz bulunuyorsa, talebin dayandığı tüzük hükmünün, dönemlerin, tahakkukların, yapılmış ödemelerin ve kalan tutarın ayrı gösterildiği hesap dökümünün tarafıma iletilmesini talep ediyorum. Hesap dökümü talebim, üyelikten çıkma beyanımı bir şarta bağlamamaktadır; incelenmemiş bir borcun kabulü niteliğinde de değildir.</w:t>
      </w:r>
    </w:p>
    <w:p>
      <w:pPr/>
      <w:r>
        <w:rPr>
          <w:b w:val="0"/>
        </w:rPr>
        <w:t>4. Üyelik kaydımın güncellenmesiyle bağlantılı işlemlerde bu bildirimin tarihi ve teslim kaydı esas alınmalıdır. Tarafıma yapılacak yazılı bildirim için yukarıdaki adres kullanılabilir.</w:t>
      </w:r>
    </w:p>
    <w:p>
      <w:pPr/>
      <w:r>
        <w:rPr>
          <w:b/>
        </w:rPr>
        <w:t>BİLDİRİM VE TALEP:</w:t>
      </w:r>
      <w:r>
        <w:rPr>
          <w:b w:val="0"/>
        </w:rPr>
        <w:t xml:space="preserve"> TMK m.66 uyarınca dernek üyeliğimden çıktığımı bildirir; bildirimin teslim tarihinin kaydedilmesini, üyelik kayıtlarının güncellenmesini, gerekli bildirimlerin yapılmasını ve varsa üyelik dönemime ilişkin ödenti hesabının dayanaklarıyla birlikte tarafıma iletilmesini talep ederim.</w:t>
      </w:r>
    </w:p>
    <w:p>
      <w:pPr/>
      <w:r>
        <w:rPr>
          <w:b/>
        </w:rPr>
        <w:t>EKLER:</w:t>
      </w:r>
      <w:r>
        <w:rPr>
          <w:b w:val="0"/>
        </w:rPr>
        <w:t xml:space="preserve"> [Varsa üyelik kaydını belirlemeye yarayan belge ve ilgili ödeme makbuzları; ek yoksa bu satırı kaldırınız.]</w:t>
      </w:r>
    </w:p>
    <w:p>
      <w:pPr>
        <w:jc w:val="right"/>
      </w:pPr>
      <w:r>
        <w:rPr>
          <w:b w:val="0"/>
        </w:rPr>
        <w:t>[Tarih]</w:t>
      </w:r>
      <w:r>
        <w:br/>
      </w:r>
      <w:r>
        <w:rPr>
          <w:b w:val="0"/>
        </w:rPr>
        <w:t>[Ad soyad]</w:t>
      </w:r>
      <w:r>
        <w:br/>
      </w:r>
      <w:r>
        <w:rPr>
          <w:b w:val="0"/>
        </w:rPr>
        <w:t>[İmza]</w:t>
      </w:r>
    </w:p>
    <w:p>
      <w:r>
        <w:br w:type="page"/>
      </w:r>
    </w:p>
    <w:p>
      <w:pPr>
        <w:pStyle w:val="Title"/>
      </w:pPr>
      <w:r>
        <w:t>Önceki çıkma bildiriminin kayda işlenmesi</w:t>
      </w:r>
    </w:p>
    <w:p>
      <w:r>
        <w:t>Yalnız daha önce yapılmış çıkma bildirimi kayda işlenmemişse bu metni kullanınız. İlk bildirimin ve teslim kaydının gerçek bilgilerini ekleyiniz. Bu açıklama satırını göndermeden önce siliniz.</w:t>
      </w:r>
    </w:p>
    <w:p>
      <w:r>
        <w:t>[DERNEĞİN TAM ADI] YÖNETİM KURULUNA</w:t>
      </w:r>
    </w:p>
    <w:p>
      <w:r>
        <w:t>BİLDİRİMDE BULUNAN: [Ad soyad]</w:t>
        <w:br/>
        <w:t>ÜYE NUMARASI: [Biliniyorsa]</w:t>
        <w:br/>
        <w:t>ADRES: [Yazılı cevap adresi]</w:t>
      </w:r>
    </w:p>
    <w:p>
      <w:r>
        <w:t>KONU: Önceki üyelikten çıkma bildiriminin kayıtlara işlenmesi talebi.</w:t>
      </w:r>
    </w:p>
    <w:p>
      <w:r>
        <w:t>Dernek üyeliğimden çıktığımı TMK m.66 uyarınca [tarih] tarihli yazılı bildirimle tarafınıza ilettim. Bildirim [teslim yöntemi] yoluyla [teslim tarihi] tarihinde derneğinize ulaşmıştır. Teslimi gösteren [belge adı ve numarası] ektedir.</w:t>
      </w:r>
    </w:p>
    <w:p>
      <w:r>
        <w:t>Buna rağmen [yanlış görünen kaydı veya gelen yazıyı tarih ve içeriğiyle belirtiniz]. Bu başvurum yeni bir çıkış tarihi oluşturmak için değil, önceki bildirimin gereğinin yerine getirilmesi içindir.</w:t>
      </w:r>
    </w:p>
    <w:p>
      <w:r>
        <w:t>İlk bildirimim ve teslim kaydı esas alınarak üyelik kaydımın kontrol edilmesini, tespit edilen yanlışlığın düzeltilmesini ve yapılan işlem hakkında yazılı bilgi verilmesini talep ederim. Varsa ödenti talebinin dayandığı dönem, tahakkuk ve ödeme kayıtlarının ayrı gösterilmesini de isterim.</w:t>
      </w:r>
    </w:p>
    <w:p>
      <w:r>
        <w:t>EKLER: 1. İlk çıkma bildirimi. 2. Teslim belgesi. 3. Varsa yanlış kaydı veya sonraki talebi gösteren belge.</w:t>
      </w:r>
    </w:p>
    <w:p>
      <w:r>
        <w:t>[Tarih]</w:t>
        <w:br/>
        <w:t>[Ad soyad]</w:t>
        <w:br/>
        <w:t>[İmza]</w:t>
      </w:r>
    </w:p>
    <w:p>
      <w:r>
        <w:br w:type="page"/>
      </w:r>
    </w:p>
    <w:p>
      <w:pPr>
        <w:pStyle w:val="Title"/>
      </w:pPr>
      <w:r>
        <w:t>Teslim kaydı ve işlem takip formu</w:t>
      </w:r>
    </w:p>
    <w:p>
      <w:r>
        <w:t>Bu sayfa üyede kalacak kayıt içindir. Teslim alan bölümünü gerçek teslim bilgileriyle tamamlatınız; dernek adına kendiniz imza veya kayıt oluşturmayınız.</w:t>
      </w:r>
    </w:p>
    <w:p>
      <w:pPr>
        <w:pStyle w:val="Heading2"/>
      </w:pPr>
      <w:r>
        <w:t>Bildirim bilgileri</w:t>
      </w:r>
    </w:p>
    <w:p>
      <w:r>
        <w:t>Derneğin tam adı: [Doldurunuz]</w:t>
        <w:br/>
        <w:t>Üyenin adı soyadı: [Doldurunuz]</w:t>
        <w:br/>
        <w:t>Bildirim tarihi: [Doldurunuz]</w:t>
        <w:br/>
        <w:t>Eklerin adı ve sayısı: [Doldurunuz]</w:t>
      </w:r>
    </w:p>
    <w:p>
      <w:pPr>
        <w:pStyle w:val="Heading2"/>
      </w:pPr>
      <w:r>
        <w:t>Elden teslim kaydı</w:t>
      </w:r>
    </w:p>
    <w:p>
      <w:r>
        <w:t>Yukarıda tanımlanan bildirim ve eklerini teslim aldım.</w:t>
        <w:br/>
        <w:t>Teslim tarihi: [Gün ay yıl]</w:t>
        <w:br/>
        <w:t>Evrak kayıt numarası: [Varsa]</w:t>
        <w:br/>
        <w:t>Teslim alanın adı soyadı ve görevi: [Doldurunuz]</w:t>
        <w:br/>
        <w:t>İmza: [Teslim alan imzalar]</w:t>
      </w:r>
    </w:p>
    <w:p>
      <w:pPr>
        <w:pStyle w:val="Heading2"/>
      </w:pPr>
      <w:r>
        <w:t>Diğer yöntemlerde kayıt</w:t>
      </w:r>
    </w:p>
    <w:p>
      <w:r>
        <w:t>Gönderi veya işlem numarası: [Doldurunuz]</w:t>
        <w:br/>
        <w:t>Gönderim tarihi: [Doldurunuz]</w:t>
        <w:br/>
        <w:t>Teslim veya sonlandırma sonucu tarihi: [Belgeye göre]</w:t>
        <w:br/>
        <w:t>Saklanan kanıtın adı: [Doldurunuz]</w:t>
      </w:r>
    </w:p>
    <w:p>
      <w:pPr>
        <w:pStyle w:val="Heading2"/>
      </w:pPr>
      <w:r>
        <w:t>Sonraki kontroller</w:t>
      </w:r>
    </w:p>
    <w:p>
      <w:r>
        <w:t>Derneğin cevap tarihi ve numarası: [Doldurunuz]</w:t>
        <w:br/>
        <w:t>Cevapta yazan sona erme tarihi: [Doldurunuz]</w:t>
        <w:br/>
        <w:t>Kayıt kontrol tarihi ve sonucu: [Doldurunuz]</w:t>
        <w:br/>
        <w:t>Ödenti hesabındaki uyuşmazlık: [Varsa belge ve dönem]</w:t>
        <w:br/>
        <w:t>Takip yazısı gerekiyorsa tarihi: [Doldurunuz]</w:t>
      </w:r>
    </w:p>
    <w:p>
      <w:pPr>
        <w:pStyle w:val="Heading2"/>
      </w:pPr>
      <w:r>
        <w:t>Kullanım notu</w:t>
      </w:r>
    </w:p>
    <w:p>
      <w:r>
        <w:t>İlk bildirimi veya önceki bildirime dayanan takip yazısını durumunuza göre seçin. Köşeli parantezleri doldurun; kullanılmayan satırları silin. Çıkma iradesini aidat hesabına bağlamayın. TMK m.66 yazılı çıkma hakkını, m.70 üyelik süresinin ödentisini düzenler. Yalnız organ görevinden istifa veya başka kuruluş türleri için bu örneği aynen kullanmayın.</w:t>
      </w:r>
    </w:p>
    <w:p>
      <w:r>
        <w:rPr>
          <w:sz w:val="20"/>
        </w:rPr>
        <w:t>Resmî kaynak: www.beypazari.gov.tr/turk-medeni-kanunu</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Dernek üyeliğinden istifa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