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GARANTI VE YETKILI SERVIS UYUŞMAZLIĞI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SATICI, ÜRETICI/ITHALATÇI VE YETKILI SERVIS; TUTARA GÖRE TÜKETICI HAKEM HEYETI VEYA MAHKEME</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Mert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Banka / Satıcı / Sigorta A.Ş.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Başvuru No: 2026-80155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Garanti ve Yetkili Servis Uyuşmazlığı Dilekçesi kapsamında ürünün teslimi ve servis durumunun açıklanması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13.02.2026 — gerçek belge tarihini yazınız</w:t>
            </w:r>
          </w:p>
        </w:tc>
      </w:tr>
    </w:tbl>
    <w:p>
      <w:pPr>
        <w:pStyle w:val="Heading1"/>
      </w:pPr>
      <w:r>
        <w:t>AÇIKLAMALAR</w:t>
      </w:r>
    </w:p>
    <w:p>
      <w:pPr>
        <w:keepLines w:val="0"/>
        <w:ind w:firstLine="340"/>
      </w:pPr>
      <w:r>
        <w:rPr>
          <w:b/>
          <w:color w:val="1E3A8A"/>
        </w:rPr>
        <w:t xml:space="preserve">1. </w:t>
      </w:r>
      <w:r>
        <w:t>Örnek olayda Azami tamir süresi aşılmış cihaz için bedel iadesi veya değişim hakkı kullanılır. Başvurucu, uyuşmazlığı 13.02.2026 tarihinde öğrenmiş; ilk yazılı başvurusunu 22.03.2026 tarihinde yapmıştır. Bu tarihler yalnız örnek olup gerçek dosyadaki tebliğ, öğrenme veya işlem tarihleriyle değiştirilmelidir.</w:t>
      </w:r>
    </w:p>
    <w:p>
      <w:pPr>
        <w:keepLines w:val="0"/>
        <w:ind w:firstLine="340"/>
      </w:pPr>
      <w:r>
        <w:rPr>
          <w:b/>
          <w:color w:val="1E3A8A"/>
        </w:rPr>
        <w:t xml:space="preserve">2. </w:t>
      </w:r>
      <w:r>
        <w:t>Ürün ve garanti bilgisi tarih, yer, kişi ve belge bağlantısıyla açıklanır. Ürün ve garanti bilgisi bakımından olayın başlangıcı, tarafların sıfatı ve işlem tarihi birlikte gösterilmiştir. Bu olgu Fatura ile doğrulanmakta; belge Ek-1 olarak sunulmaktadır.</w:t>
      </w:r>
    </w:p>
    <w:p>
      <w:pPr>
        <w:keepLines w:val="0"/>
        <w:ind w:firstLine="340"/>
      </w:pPr>
      <w:r>
        <w:rPr>
          <w:b/>
          <w:color w:val="1E3A8A"/>
        </w:rPr>
        <w:t xml:space="preserve">3. </w:t>
      </w:r>
      <w:r>
        <w:t>Servise teslim tarihi tarih, yer, kişi ve belge bağlantısıyla açıklanır. Servise teslim tarihi yönünden yalnız sonuç belirtilmemiş, işlemin nasıl gerçekleştiği ve başvurucunun hangi hakkının etkilendiği açıklanmıştır. Garanti belgesi, iddiayı doğrulayan temel kayıt olarak Ek-2 numarasıyla dosyaya eklenmiştir.</w:t>
      </w:r>
    </w:p>
    <w:p>
      <w:pPr>
        <w:keepLines w:val="0"/>
        <w:ind w:firstLine="340"/>
      </w:pPr>
      <w:r>
        <w:rPr>
          <w:b/>
          <w:color w:val="1E3A8A"/>
        </w:rPr>
        <w:t xml:space="preserve">4. </w:t>
      </w:r>
      <w:r>
        <w:t>Arızanın niteliği tarih, yer, kişi ve belge bağlantısıyla açıklanır. Arızanın niteliği somutlaştırılırken tarih sırası korunmuş ve karşı tarafın ya da kurumun işlemi açıkça gösterilmiştir. Servis kabul/teslim fişleri üzerinde yer alan tarih ve kayıt numarası dilekçedeki anlatımla uyumludur.</w:t>
      </w:r>
    </w:p>
    <w:p>
      <w:pPr>
        <w:keepLines w:val="0"/>
        <w:ind w:firstLine="340"/>
      </w:pPr>
      <w:r>
        <w:rPr>
          <w:b/>
          <w:color w:val="1E3A8A"/>
        </w:rPr>
        <w:t xml:space="preserve">5. </w:t>
      </w:r>
      <w:r>
        <w:t>Servis işlemleri ve bekleme tarih, yer, kişi ve belge bağlantısıyla açıklanır. Servis işlemleri ve bekleme başlığı altında başvurunun hukuki yararı açıklanmıştır. İstenen sonucun neden gerekli olduğu, Yazışmalar ile talep arasındaki bağlantı kurularak gösterilmiştir.</w:t>
      </w:r>
    </w:p>
    <w:p>
      <w:pPr>
        <w:keepLines w:val="0"/>
        <w:ind w:firstLine="340"/>
      </w:pPr>
      <w:r>
        <w:rPr>
          <w:b/>
          <w:color w:val="1E3A8A"/>
        </w:rPr>
        <w:t xml:space="preserve">6. </w:t>
      </w:r>
      <w:r>
        <w:t>Seçilen hak tarih, yer, kişi ve belge bağlantısıyla açıklanır. Seçilen hak konusunda örnek olayın özel koşulları belirtilmiş; varsayıma dayalı ifade kullanılmamıştır. Arıza fotoğrafı/video mevcut değilse belgenin hangi kurumdan ve hangi dönem için getirtilmesi istendiği ayrıca yazılmalıdır.</w:t>
      </w:r>
    </w:p>
    <w:p>
      <w:pPr>
        <w:pStyle w:val="Heading1"/>
      </w:pPr>
      <w:r>
        <w:t>HUKUKİ DEĞERLENDİRME</w:t>
      </w:r>
    </w:p>
    <w:p>
      <w:r>
        <w:t>Başvurunun hukuki dayanağı 6502 sayılı Kanun; Garanti Belgesi Yönetmeliği; Satış Sonrası Hizmetler Yönetmeliği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6502 sayılı Kanun</w:t>
      </w:r>
    </w:p>
    <w:p>
      <w:r>
        <w:t>6502 sayılı Kanun hükümleri başvurunun maddi ve usul şartlarını belirler. Güncel resmî metin, tebliğ ve işlem tarihinde birlikte değerlendirilir.</w:t>
      </w:r>
    </w:p>
    <w:p>
      <w:pPr>
        <w:pStyle w:val="Heading2"/>
      </w:pPr>
      <w:r>
        <w:t>Garanti Belgesi Yönetmeliği</w:t>
      </w:r>
    </w:p>
    <w:p>
      <w:r>
        <w:t>Garanti Belgesi Yönetmeliği hükümleri başvurunun maddi ve usul şartlarını belirler. Güncel resmî metin, tebliğ ve işlem tarihinde birlikte değerlendirilir.</w:t>
      </w:r>
    </w:p>
    <w:p>
      <w:pPr>
        <w:pStyle w:val="Heading2"/>
      </w:pPr>
      <w:r>
        <w:t>Satış Sonrası Hizmetler Yönetmeliği</w:t>
      </w:r>
    </w:p>
    <w:p>
      <w:r>
        <w:t>Satış Sonrası Hizmetler Yönetmeliği hükümleri başvurunun maddi ve usul şartlarını belirler. Güncel resmî metin, tebliğ ve işlem tarihinde birlikte değerlendirilir.</w:t>
      </w:r>
    </w:p>
    <w:p>
      <w:pPr>
        <w:pStyle w:val="Heading1"/>
      </w:pPr>
      <w:r>
        <w:t>DELİLLER</w:t>
      </w:r>
    </w:p>
    <w:p>
      <w:r>
        <w:t>1. Ek-1: Fatura — ilgili olay paragrafını doğrulayan tarihli ve okunaklı kayıt.</w:t>
      </w:r>
    </w:p>
    <w:p>
      <w:r>
        <w:t>2. Ek-2: Garanti belgesi — ilgili olay paragrafını doğrulayan tarihli ve okunaklı kayıt.</w:t>
      </w:r>
    </w:p>
    <w:p>
      <w:r>
        <w:t>3. Ek-3: Servis kabul/teslim fişleri — ilgili olay paragrafını doğrulayan tarihli ve okunaklı kayıt.</w:t>
      </w:r>
    </w:p>
    <w:p>
      <w:r>
        <w:t>4. Ek-4: Yazışmalar — ilgili olay paragrafını doğrulayan tarihli ve okunaklı kayıt.</w:t>
      </w:r>
    </w:p>
    <w:p>
      <w:r>
        <w:t>5. Ek-5: Arıza fotoğrafı/video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6502 sayılı Kanun; Garanti Belgesi Yönetmeliği; Satış Sonrası Hizmetler Yönetmeliği ve somut olaya uygulanacak diğer mevzuat.</w:t>
      </w:r>
    </w:p>
    <w:p>
      <w:pPr>
        <w:pStyle w:val="Heading1"/>
      </w:pPr>
      <w:r>
        <w:t>SONUÇ VE İSTEM</w:t>
      </w:r>
    </w:p>
    <w:p>
      <w:pPr>
        <w:keepNext/>
      </w:pPr>
      <w:r>
        <w:t>Yukarıda açıklanan ve resen dikkate alınacak nedenlerle;</w:t>
      </w:r>
    </w:p>
    <w:p>
      <w:r>
        <w:t>1. Ürünün teslimi ve servis durumunun açıklanması.</w:t>
      </w:r>
    </w:p>
    <w:p>
      <w:r>
        <w:t>2. Seçimlik hakkın yerine getirilmesi.</w:t>
      </w:r>
    </w:p>
    <w:p>
      <w:r>
        <w:t>3. Servis ve kargo giderlerinin karşılanması.</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22.03.2026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Mert Yılmaz</w:t>
              <w:br/>
              <w:t>İmza</w:t>
            </w:r>
          </w:p>
        </w:tc>
      </w:tr>
    </w:tbl>
    <w:p>
      <w:pPr>
        <w:pStyle w:val="Heading1"/>
      </w:pPr>
      <w:r>
        <w:t>EKLER</w:t>
      </w:r>
    </w:p>
    <w:p>
      <w:r>
        <w:t>1. Fatura</w:t>
      </w:r>
    </w:p>
    <w:p>
      <w:r>
        <w:t>2. Garanti belgesi</w:t>
      </w:r>
    </w:p>
    <w:p>
      <w:r>
        <w:t>3. Servis kabul/teslim fişleri</w:t>
      </w:r>
    </w:p>
    <w:p>
      <w:r>
        <w:t>4. Yazışmalar</w:t>
      </w:r>
    </w:p>
    <w:p>
      <w:r>
        <w:t>5. Arıza fotoğrafı/video</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Satıcı, üretici/ithalatçı ve yetkili servis; tutara göre tüketici hakem heyeti veya mahkeme</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Arıza ve servis gecikmesi öğrenildiğinde; garanti ve zamanaşımı süresi içinde.</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Serviste kalma süresi, tekrar arıza, azami tamir süresi ve teslim kayıtları belirlenir.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13.02.2026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Fatura</w:t>
            </w:r>
          </w:p>
        </w:tc>
      </w:tr>
      <w:tr>
        <w:tc>
          <w:tcPr>
            <w:tcW w:type="dxa" w:w="3457"/>
            <w:tcMar>
              <w:top w:w="110" w:type="dxa"/>
              <w:start w:w="120" w:type="dxa"/>
              <w:bottom w:w="110" w:type="dxa"/>
              <w:end w:w="120" w:type="dxa"/>
            </w:tcMar>
          </w:tcPr>
          <w:p>
            <w:r>
              <w:t>22.03.2026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Garanti belgesi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Servis kabul/teslim fişleri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Ürün ve garanti bilgisi</w:t>
            </w:r>
          </w:p>
        </w:tc>
        <w:tc>
          <w:tcPr>
            <w:tcW w:type="dxa" w:w="3457"/>
            <w:tcMar>
              <w:top w:w="110" w:type="dxa"/>
              <w:start w:w="120" w:type="dxa"/>
              <w:bottom w:w="110" w:type="dxa"/>
              <w:end w:w="120" w:type="dxa"/>
            </w:tcMar>
          </w:tcPr>
          <w:p>
            <w:r>
              <w:t>Fatura</w:t>
            </w:r>
          </w:p>
        </w:tc>
        <w:tc>
          <w:tcPr>
            <w:tcW w:type="dxa" w:w="3457"/>
            <w:tcMar>
              <w:top w:w="110" w:type="dxa"/>
              <w:start w:w="120" w:type="dxa"/>
              <w:bottom w:w="110" w:type="dxa"/>
              <w:end w:w="120" w:type="dxa"/>
            </w:tcMar>
          </w:tcPr>
          <w:p>
            <w:r>
              <w:t>Ürünün teslimi ve servis durumunun açıklanması</w:t>
            </w:r>
          </w:p>
        </w:tc>
      </w:tr>
      <w:tr>
        <w:tc>
          <w:tcPr>
            <w:tcW w:type="dxa" w:w="3457"/>
            <w:tcMar>
              <w:top w:w="110" w:type="dxa"/>
              <w:start w:w="120" w:type="dxa"/>
              <w:bottom w:w="110" w:type="dxa"/>
              <w:end w:w="120" w:type="dxa"/>
            </w:tcMar>
          </w:tcPr>
          <w:p>
            <w:r>
              <w:t>Servise teslim tarihi</w:t>
            </w:r>
          </w:p>
        </w:tc>
        <w:tc>
          <w:tcPr>
            <w:tcW w:type="dxa" w:w="3457"/>
            <w:tcMar>
              <w:top w:w="110" w:type="dxa"/>
              <w:start w:w="120" w:type="dxa"/>
              <w:bottom w:w="110" w:type="dxa"/>
              <w:end w:w="120" w:type="dxa"/>
            </w:tcMar>
          </w:tcPr>
          <w:p>
            <w:r>
              <w:t>Garanti belgesi</w:t>
            </w:r>
          </w:p>
        </w:tc>
        <w:tc>
          <w:tcPr>
            <w:tcW w:type="dxa" w:w="3457"/>
            <w:tcMar>
              <w:top w:w="110" w:type="dxa"/>
              <w:start w:w="120" w:type="dxa"/>
              <w:bottom w:w="110" w:type="dxa"/>
              <w:end w:w="120" w:type="dxa"/>
            </w:tcMar>
          </w:tcPr>
          <w:p>
            <w:r>
              <w:t>Seçimlik hakkın yerine getirilmesi</w:t>
            </w:r>
          </w:p>
        </w:tc>
      </w:tr>
      <w:tr>
        <w:tc>
          <w:tcPr>
            <w:tcW w:type="dxa" w:w="3457"/>
            <w:tcMar>
              <w:top w:w="110" w:type="dxa"/>
              <w:start w:w="120" w:type="dxa"/>
              <w:bottom w:w="110" w:type="dxa"/>
              <w:end w:w="120" w:type="dxa"/>
            </w:tcMar>
          </w:tcPr>
          <w:p>
            <w:r>
              <w:t>Arızanın niteliği</w:t>
            </w:r>
          </w:p>
        </w:tc>
        <w:tc>
          <w:tcPr>
            <w:tcW w:type="dxa" w:w="3457"/>
            <w:tcMar>
              <w:top w:w="110" w:type="dxa"/>
              <w:start w:w="120" w:type="dxa"/>
              <w:bottom w:w="110" w:type="dxa"/>
              <w:end w:w="120" w:type="dxa"/>
            </w:tcMar>
          </w:tcPr>
          <w:p>
            <w:r>
              <w:t>Servis kabul/teslim fişleri</w:t>
            </w:r>
          </w:p>
        </w:tc>
        <w:tc>
          <w:tcPr>
            <w:tcW w:type="dxa" w:w="3457"/>
            <w:tcMar>
              <w:top w:w="110" w:type="dxa"/>
              <w:start w:w="120" w:type="dxa"/>
              <w:bottom w:w="110" w:type="dxa"/>
              <w:end w:w="120" w:type="dxa"/>
            </w:tcMar>
          </w:tcPr>
          <w:p>
            <w:r>
              <w:t>Servis ve kargo giderlerinin karşılanması</w:t>
            </w:r>
          </w:p>
        </w:tc>
      </w:tr>
      <w:tr>
        <w:tc>
          <w:tcPr>
            <w:tcW w:type="dxa" w:w="3457"/>
            <w:tcMar>
              <w:top w:w="110" w:type="dxa"/>
              <w:start w:w="120" w:type="dxa"/>
              <w:bottom w:w="110" w:type="dxa"/>
              <w:end w:w="120" w:type="dxa"/>
            </w:tcMar>
          </w:tcPr>
          <w:p>
            <w:r>
              <w:t>Servis işlemleri ve bekleme</w:t>
            </w:r>
          </w:p>
        </w:tc>
        <w:tc>
          <w:tcPr>
            <w:tcW w:type="dxa" w:w="3457"/>
            <w:tcMar>
              <w:top w:w="110" w:type="dxa"/>
              <w:start w:w="120" w:type="dxa"/>
              <w:bottom w:w="110" w:type="dxa"/>
              <w:end w:w="120" w:type="dxa"/>
            </w:tcMar>
          </w:tcPr>
          <w:p>
            <w:r>
              <w:t>Yazışmalar</w:t>
            </w:r>
          </w:p>
        </w:tc>
        <w:tc>
          <w:tcPr>
            <w:tcW w:type="dxa" w:w="3457"/>
            <w:tcMar>
              <w:top w:w="110" w:type="dxa"/>
              <w:start w:w="120" w:type="dxa"/>
              <w:bottom w:w="110" w:type="dxa"/>
              <w:end w:w="120" w:type="dxa"/>
            </w:tcMar>
          </w:tcPr>
          <w:p>
            <w:r>
              <w:t>Ürünün teslimi ve servis durumunun açıklanması</w:t>
            </w:r>
          </w:p>
        </w:tc>
      </w:tr>
      <w:tr>
        <w:tc>
          <w:tcPr>
            <w:tcW w:type="dxa" w:w="3457"/>
            <w:tcMar>
              <w:top w:w="110" w:type="dxa"/>
              <w:start w:w="120" w:type="dxa"/>
              <w:bottom w:w="110" w:type="dxa"/>
              <w:end w:w="120" w:type="dxa"/>
            </w:tcMar>
          </w:tcPr>
          <w:p>
            <w:r>
              <w:t>Seçilen hak</w:t>
            </w:r>
          </w:p>
        </w:tc>
        <w:tc>
          <w:tcPr>
            <w:tcW w:type="dxa" w:w="3457"/>
            <w:tcMar>
              <w:top w:w="110" w:type="dxa"/>
              <w:start w:w="120" w:type="dxa"/>
              <w:bottom w:w="110" w:type="dxa"/>
              <w:end w:w="120" w:type="dxa"/>
            </w:tcMar>
          </w:tcPr>
          <w:p>
            <w:r>
              <w:t>Arıza fotoğrafı/video</w:t>
            </w:r>
          </w:p>
        </w:tc>
        <w:tc>
          <w:tcPr>
            <w:tcW w:type="dxa" w:w="3457"/>
            <w:tcMar>
              <w:top w:w="110" w:type="dxa"/>
              <w:start w:w="120" w:type="dxa"/>
              <w:bottom w:w="110" w:type="dxa"/>
              <w:end w:w="120" w:type="dxa"/>
            </w:tcMar>
          </w:tcPr>
          <w:p>
            <w:r>
              <w:t>Seçimlik hakkın yerine getirilmesi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Arıza ve servis gecikmesi öğrenildiğinde; garanti ve zamanaşımı süresi içinde.</w:t>
      </w:r>
    </w:p>
    <w:p>
      <w:r>
        <w:t>• Görev/yetki riski: Satıcı, üretici/ithalatçı ve yetkili servis; tutara göre tüketici hakem heyeti veya mahkeme</w:t>
      </w:r>
    </w:p>
    <w:p>
      <w:r>
        <w:t>• Ön koşul riski: Serviste kalma süresi, tekrar arıza, azami tamir süresi ve teslim kayıtları belirlenir.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Garanti ve Yetkili Servis Uyuşmazlığı Dilekçesi Örneği 2026 | Word İndir</dc:title>
  <dc:subject>garanti servis şikayet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