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Geç bildirilen delilin incelenmesi talebi</w:t>
      </w:r>
    </w:p>
    <w:p>
      <w:pPr>
        <w:keepNext/>
      </w:pPr>
      <w:r>
        <w:rPr>
          <w:b w:val="0"/>
        </w:rPr>
      </w:r>
      <w:r>
        <w:rPr>
          <w:b/>
        </w:rPr>
        <w:t>[İL / İLÇE] [NUMARA] [ASLİYE CEZA / AĞIR CEZA] MAHKEMESİNE</w:t>
      </w:r>
      <w:r>
        <w:rPr>
          <w:b w:val="0"/>
        </w:rPr>
      </w:r>
    </w:p>
    <w:p>
      <w:r>
        <w:rPr>
          <w:b w:val="0"/>
        </w:rPr>
      </w:r>
      <w:r>
        <w:rPr>
          <w:b/>
        </w:rPr>
        <w:t>DOSYA NO:</w:t>
      </w:r>
      <w:r>
        <w:rPr>
          <w:b w:val="0"/>
        </w:rPr>
        <w:t xml:space="preserve"> [Yıl / Esas]</w:t>
      </w:r>
    </w:p>
    <w:p>
      <w:r>
        <w:rPr>
          <w:b w:val="0"/>
        </w:rPr>
      </w:r>
      <w:r>
        <w:rPr>
          <w:b/>
        </w:rPr>
        <w:t>TALEPTE BULUNAN SANIK:</w:t>
      </w:r>
      <w:r>
        <w:rPr>
          <w:b w:val="0"/>
        </w:rPr>
        <w:t xml:space="preserve"> [Adı soyadı, T.C. kimlik numarası ve adres]</w:t>
      </w:r>
    </w:p>
    <w:p>
      <w:r>
        <w:rPr>
          <w:b w:val="0"/>
        </w:rPr>
      </w:r>
      <w:r>
        <w:rPr>
          <w:b/>
        </w:rPr>
        <w:t>MÜDAFİİ:</w:t>
      </w:r>
      <w:r>
        <w:rPr>
          <w:b w:val="0"/>
        </w:rPr>
        <w:t xml:space="preserve"> [Avukat adı soyadı, baro, sicil ve adres; müdafi yoksa alanı çıkarınız]</w:t>
      </w:r>
    </w:p>
    <w:p>
      <w:r>
        <w:rPr>
          <w:b w:val="0"/>
        </w:rPr>
      </w:r>
      <w:r>
        <w:rPr>
          <w:b/>
        </w:rPr>
        <w:t>KONU:</w:t>
      </w:r>
      <w:r>
        <w:rPr>
          <w:b w:val="0"/>
        </w:rPr>
        <w:t xml:space="preserve"> [Delilin açık kimliği] ile [ispat edilmek istenen olay] hakkında CMK m.207/1 gözetilerek delilin ortaya konulması, belirtilen inceleme işleminin yapılması ve istemimizin gerekçesiyle değerlendirilmesi talebidir.</w:t>
      </w:r>
    </w:p>
    <w:p>
      <w:pPr>
        <w:keepNext/>
      </w:pPr>
      <w:r>
        <w:rPr>
          <w:b w:val="0"/>
        </w:rPr>
      </w:r>
      <w:r>
        <w:rPr>
          <w:b/>
        </w:rPr>
        <w:t>AÇIKLAMALAR</w:t>
      </w:r>
      <w:r>
        <w:rPr>
          <w:b w:val="0"/>
        </w:rPr>
      </w:r>
    </w:p>
    <w:p>
      <w:r>
        <w:rPr>
          <w:b w:val="0"/>
        </w:rPr>
        <w:t>1. Mahkemenizin dosyasında incelenen [iddianamedeki ilgili olay] bakımından [belirli delil] önem taşımaktadır. Delilin kimliği [belge veya kaydın adı, tarihi, düzenleyeni, numarası ve ilgili bölümü] şeklindedir. Delille ispat edilmek istenen maddi olgu [belirli olay] olup suçlamayla bağlantısı [somut açıklama] şeklindedir.</w:t>
      </w:r>
    </w:p>
    <w:p>
      <w:r>
        <w:rPr>
          <w:b w:val="0"/>
        </w:rPr>
        <w:t>2. Delilin öğrenilme ve temin süreci [gerçek tarih ve işlemleri açıklayınız] olarak gerçekleşmiştir. Bu süreç [başvuru, cevap veya teslim kaydı] ile gösterilmektedir. [Daha önce istem bulunuyorsa: İlgili istemimiz [tarih] oturumunda [kayıttaki ret gerekçesi] ile reddedilmiştir. Bu başvuruda açıklanan husus [yeni kayıt veya gerekçeye verilen somut cevap] şeklindedir.]</w:t>
      </w:r>
    </w:p>
    <w:p>
      <w:r>
        <w:rPr>
          <w:b w:val="0"/>
        </w:rPr>
        <w:t>3. Delilin bulunduğu yer [kurum, kişi veya dosya konumu] olarak belirlenmiştir. [Delil eldeyse: Okunabilir örneği dilekçe ekinde sunulmuştur.] [Getirtilmesi isteniyorsa: Kaydın [kurum, işlem numarası ve dönem] bilgileriyle ilgili makamdan getirtilmesini talep ediyoruz.] İstenen inceleme [belirli işlem] ile sınırlıdır; belgenin ilgili bölümü [sayfa, paragraf veya kayıt zaman aralığı] olarak gösterilmiştir.</w:t>
      </w:r>
    </w:p>
    <w:p>
      <w:r>
        <w:rPr>
          <w:b w:val="0"/>
        </w:rPr>
        <w:t>4. CMK m.207/1 gereğince delilin veya ispat edilmek istenen olayın geç bildirilmesi tek başına ret nedeni değildir. Delilin elde edilme biçimine ilişkin dosya bilgisi [gerçek kaynak ve usul kaydı] şeklindedir. Delilin karara etkisi [somut önem] olarak açıklanmıştır. İstemimiz [belirli kayıt ve işlem] için yapılmış olup amacı bu maddi olgunun mahkeme huzurunda incelenmesidir.</w:t>
      </w:r>
    </w:p>
    <w:p>
      <w:r>
        <w:br w:type="page"/>
      </w:r>
    </w:p>
    <w:p>
      <w:r>
        <w:rPr>
          <w:b w:val="0"/>
        </w:rPr>
        <w:t>5. İstemimizin CMK m.206, m.207 ve m.217 çerçevesinde değerlendirilmesine; belirtilen delilin ortaya konulmasına ve ilgili işlemin yapılmasına; istemimiz ile verilen kararın, ret hâlinde gerekçesi de gösterilerek CMK m.219 ve m.221 uyarınca tutanağa geçirilmesine karar verilmesini talep ediyoruz.</w:t>
      </w:r>
    </w:p>
    <w:p>
      <w:r>
        <w:rPr>
          <w:b w:val="0"/>
        </w:rPr>
      </w:r>
      <w:r>
        <w:rPr>
          <w:b/>
        </w:rPr>
        <w:t>HUKUKİ DAYANAKLAR:</w:t>
      </w:r>
      <w:r>
        <w:rPr>
          <w:b w:val="0"/>
        </w:rPr>
        <w:t xml:space="preserve"> 5271 sayılı CMK m.206/2, m.207/1, m.217, m.219 ve m.221.</w:t>
      </w:r>
    </w:p>
    <w:p>
      <w:r>
        <w:rPr>
          <w:b w:val="0"/>
        </w:rPr>
      </w:r>
      <w:r>
        <w:rPr>
          <w:b/>
        </w:rPr>
        <w:t>DAYANAK BELGELER:</w:t>
      </w:r>
      <w:r>
        <w:rPr>
          <w:b w:val="0"/>
        </w:rPr>
        <w:t xml:space="preserve"> [Delilin kimliği]; [temin veya kurum cevabı kaydı]; [varsa önceki istem ve karar]; Ek 1 delil inceleme çizelgesi; [gerçekten mevcut diğer ilgili belge].</w:t>
      </w:r>
    </w:p>
    <w:p>
      <w:r>
        <w:rPr>
          <w:b w:val="0"/>
        </w:rPr>
      </w:r>
      <w:r>
        <w:rPr>
          <w:b/>
        </w:rPr>
        <w:t>SONUÇ VE İSTEM:</w:t>
      </w:r>
      <w:r>
        <w:rPr>
          <w:b w:val="0"/>
        </w:rPr>
        <w:t xml:space="preserve"> Açıklanan nedenlerle, [delilin açık kimliği] hakkında [istenen belirli inceleme veya getirtilme işlemi] yapılmasına, delilin ve ispat konusunun yalnızca geç bildirilme gerekçesiyle reddedilmemesine, istemimizin gerekçesiyle değerlendirilmesine ve verilen kararın duruşma tutanağında gösterilmesine karar verilmesini arz ve talep ederim.</w:t>
      </w:r>
    </w:p>
    <w:p>
      <w:r>
        <w:rPr>
          <w:b w:val="0"/>
        </w:rPr>
      </w:r>
      <w:r>
        <w:rPr>
          <w:b/>
        </w:rPr>
        <w:t>TARİH:</w:t>
      </w:r>
      <w:r>
        <w:rPr>
          <w:b w:val="0"/>
        </w:rPr>
        <w:t xml:space="preserve"> [Başvuru tarihi]</w:t>
      </w:r>
      <w:r>
        <w:br/>
      </w:r>
      <w:r>
        <w:rPr>
          <w:b w:val="0"/>
        </w:rPr>
      </w:r>
      <w:r>
        <w:rPr>
          <w:b/>
        </w:rPr>
        <w:t>TALEPTE BULUNAN:</w:t>
      </w:r>
      <w:r>
        <w:rPr>
          <w:b w:val="0"/>
        </w:rPr>
        <w:t xml:space="preserve"> [Sanık / sanık müdafii adı soyadı]</w:t>
      </w:r>
      <w:r>
        <w:br/>
      </w:r>
      <w:r>
        <w:rPr>
          <w:b w:val="0"/>
        </w:rPr>
      </w:r>
      <w:r>
        <w:rPr>
          <w:b/>
        </w:rPr>
        <w:t>İMZA:</w:t>
      </w:r>
      <w:r>
        <w:rPr>
          <w:b w:val="0"/>
        </w:rPr>
        <w:t xml:space="preserve"> [İmza / güvenli elektronik imza]</w:t>
      </w:r>
    </w:p>
    <w:p>
      <w:r>
        <w:rPr>
          <w:b w:val="0"/>
        </w:rPr>
      </w:r>
      <w:r>
        <w:rPr>
          <w:b/>
        </w:rPr>
        <w:t>EKLER:</w:t>
      </w:r>
      <w:r>
        <w:rPr>
          <w:b w:val="0"/>
        </w:rPr>
        <w:t xml:space="preserve"> 1. Delil inceleme çizelgesi 2. [Gerçekten sunulan belge veya kayıt] 3. [Gerçekten sunulan temin süreci belgesi] 4. [Diğer gerçek ek]</w:t>
      </w:r>
    </w:p>
    <w:p>
      <w:pPr>
        <w:pStyle w:val="Heading2"/>
      </w:pPr>
      <w:r>
        <w:t>Ek 1 Delil inceleme çizelgesi</w:t>
      </w:r>
    </w:p>
    <w:p>
      <w:r>
        <w:t>Delil ve dosya numarası: [................................]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İnceleme alanı</w:t>
            </w:r>
          </w:p>
        </w:tc>
        <w:tc>
          <w:tcPr>
            <w:tcW w:type="dxa" w:w="4968"/>
          </w:tcPr>
          <w:p>
            <w:r>
              <w:t>Dosyaya özgü bilgi</w:t>
            </w:r>
          </w:p>
        </w:tc>
      </w:tr>
      <w:tr>
        <w:tc>
          <w:tcPr>
            <w:tcW w:type="dxa" w:w="4968"/>
          </w:tcPr>
          <w:p>
            <w:r>
              <w:t>Delil kimliği</w:t>
            </w:r>
          </w:p>
        </w:tc>
        <w:tc>
          <w:tcPr>
            <w:tcW w:type="dxa" w:w="4968"/>
          </w:tcPr>
          <w:p>
            <w:r>
              <w:t>[Ad, tarih, numara, kaynak ve ilgili bölüm]</w:t>
            </w:r>
          </w:p>
        </w:tc>
      </w:tr>
      <w:tr>
        <w:tc>
          <w:tcPr>
            <w:tcW w:type="dxa" w:w="4968"/>
          </w:tcPr>
          <w:p>
            <w:r>
              <w:t>İspat konusu</w:t>
            </w:r>
          </w:p>
        </w:tc>
        <w:tc>
          <w:tcPr>
            <w:tcW w:type="dxa" w:w="4968"/>
          </w:tcPr>
          <w:p>
            <w:r>
              <w:t>[Belirli maddi olgu ve iddianameyle bağlantısı]</w:t>
            </w:r>
          </w:p>
        </w:tc>
      </w:tr>
      <w:tr>
        <w:tc>
          <w:tcPr>
            <w:tcW w:type="dxa" w:w="4968"/>
          </w:tcPr>
          <w:p>
            <w:r>
              <w:t>Temin süreci</w:t>
            </w:r>
          </w:p>
        </w:tc>
        <w:tc>
          <w:tcPr>
            <w:tcW w:type="dxa" w:w="4968"/>
          </w:tcPr>
          <w:p>
            <w:r>
              <w:t>[Öğrenme, temin, başvuru veya cevap kaydı]</w:t>
            </w:r>
          </w:p>
        </w:tc>
      </w:tr>
      <w:tr>
        <w:tc>
          <w:tcPr>
            <w:tcW w:type="dxa" w:w="4968"/>
          </w:tcPr>
          <w:p>
            <w:r>
              <w:t>İstenen işlem</w:t>
            </w:r>
          </w:p>
        </w:tc>
        <w:tc>
          <w:tcPr>
            <w:tcW w:type="dxa" w:w="4968"/>
          </w:tcPr>
          <w:p>
            <w:r>
              <w:t>[Sunulan belgenin incelenmesi veya belirli kaydın getirtilmesi]</w:t>
            </w:r>
          </w:p>
        </w:tc>
      </w:tr>
    </w:tbl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Geç bildirilen delilin incelenmesi talebi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