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[BAĞLAMA LİMANINDAKİ YETKİLİ LİMAN MAKAMINA]</w:t>
      </w:r>
    </w:p>
    <w:p>
      <w:pPr/>
      <w:r>
        <w:rPr>
          <w:b/>
        </w:rPr>
        <w:t>Başvuran:</w:t>
      </w:r>
      <w:r>
        <w:rPr>
          <w:b w:val="0"/>
        </w:rPr>
        <w:t xml:space="preserve"> [Ad soyad, gemiadamı sicil bilgisi]</w:t>
      </w:r>
      <w:r>
        <w:br/>
      </w:r>
      <w:r>
        <w:rPr>
          <w:b/>
        </w:rPr>
        <w:t>Adres ve iletişim:</w:t>
      </w:r>
      <w:r>
        <w:rPr>
          <w:b w:val="0"/>
        </w:rPr>
        <w:t xml:space="preserve"> [Doldurunuz]</w:t>
      </w:r>
      <w:r>
        <w:br/>
      </w:r>
      <w:r>
        <w:rPr>
          <w:b/>
        </w:rPr>
        <w:t>Gemi / bağlama limanı:</w:t>
      </w:r>
      <w:r>
        <w:rPr>
          <w:b w:val="0"/>
        </w:rPr>
        <w:t xml:space="preserve"> [Ad, sicil bilgisi, liman]</w:t>
      </w:r>
      <w:r>
        <w:br/>
      </w:r>
      <w:r>
        <w:rPr>
          <w:b/>
        </w:rPr>
        <w:t>Eski işveren:</w:t>
      </w:r>
      <w:r>
        <w:rPr>
          <w:b w:val="0"/>
        </w:rPr>
        <w:t xml:space="preserve"> [Tam unvan ve bilinen adres]</w:t>
      </w:r>
      <w:r>
        <w:br/>
      </w:r>
      <w:r>
        <w:rPr>
          <w:b/>
        </w:rPr>
        <w:t>Konu:</w:t>
      </w:r>
      <w:r>
        <w:rPr>
          <w:b w:val="0"/>
        </w:rPr>
        <w:t xml:space="preserve"> 854 sayılı Kanun m.12 uyarınca çalışma belgesi hakkında inceleme ve sonuç belgesi istemidir.</w:t>
      </w:r>
    </w:p>
    <w:p>
      <w:pPr/>
      <w:r>
        <w:rPr>
          <w:b/>
        </w:rPr>
        <w:t>AÇIKLAMALAR</w:t>
      </w:r>
    </w:p>
    <w:p>
      <w:pPr/>
      <w:r>
        <w:rPr>
          <w:b w:val="0"/>
        </w:rPr>
        <w:t>1. [Gemi] üzerinde [görev] olarak [başlangıç–ayrılış] döneminde çalıştım. Hizmet ilişkisinin 854 sayılı Kanun kapsamındaki durumunu gösteren [belgeler] ektedir.</w:t>
      </w:r>
    </w:p>
    <w:p>
      <w:pPr/>
      <w:r>
        <w:rPr>
          <w:b w:val="0"/>
        </w:rPr>
        <w:t>2. [Tarih] tarihinde eski işverenden çalışma belgesi istedim. Başvurum [teslim bilgisi] ile iletildi. Karşılaşılan sorun: [Belge vermemekte direnmeye ilişkin gerçek olay sırasını veya verilen belgedeki doğru olmayan bilgileri açıklayınız.]</w:t>
      </w:r>
    </w:p>
    <w:p>
      <w:pPr/>
      <w:r>
        <w:rPr>
          <w:b w:val="0"/>
        </w:rPr>
        <w:t>3. İncelenmesini istediğim olgular ve dayanak kayıtlar ek çizelgede gösterilmiştir. [Yanlışlık varsa belgedeki ifade, doğru bilgi ve kanıtı kısaca yazınız.]</w:t>
      </w:r>
    </w:p>
    <w:p>
      <w:pPr/>
      <w:r>
        <w:rPr>
          <w:b/>
        </w:rPr>
        <w:t>HUKUKİ DAYANAK:</w:t>
      </w:r>
      <w:r>
        <w:rPr>
          <w:b w:val="0"/>
        </w:rPr>
        <w:t xml:space="preserve"> 854 sayılı Deniz İş Kanunu m.12 ve ilgili hükümler.</w:t>
      </w:r>
    </w:p>
    <w:p>
      <w:pPr/>
      <w:r>
        <w:rPr>
          <w:b/>
        </w:rPr>
        <w:t>SONUÇ VE İSTEM:</w:t>
      </w:r>
      <w:r>
        <w:rPr>
          <w:b w:val="0"/>
        </w:rPr>
        <w:t xml:space="preserve"> Belirttiğim çalışma belgesi sorunu hakkında 854 sayılı Kanun m.12 uyarınca inceleme yapılmasını, incelemenin kanunda belirtilen bir haftalık sürede tamamlanmasını ve inceleme sonucunu gösteren belgenin tarafıma verilmesini arz ederim.</w:t>
      </w:r>
    </w:p>
    <w:p>
      <w:pPr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 ve imza]</w:t>
      </w:r>
    </w:p>
    <w:p>
      <w:pPr/>
      <w:r>
        <w:rPr>
          <w:b/>
        </w:rPr>
        <w:t>Ekler:</w:t>
      </w:r>
      <w:r>
        <w:rPr>
          <w:b w:val="0"/>
        </w:rPr>
        <w:t xml:space="preserve"> 1. Hizmet ve ayrılış kayıtları. 2. İşverene belge talebi ve teslim kanıtı. 3. İşveren cevabı veya yanlış belge. 4. İncelenecek olgular ve kanıt çizelgesi. 5. İlgili diğer kayıtlar.</w:t>
      </w:r>
    </w:p>
    <w:p>
      <w:r>
        <w:br w:type="page"/>
      </w:r>
    </w:p>
    <w:p>
      <w:pPr>
        <w:pStyle w:val="Title"/>
      </w:pPr>
      <w:r>
        <w:t>Ek: İncelenecek olgular ve kanıtlar</w:t>
      </w:r>
    </w:p>
    <w:p>
      <w:r>
        <w:t>Başvuran: [Ad soyad]</w:t>
        <w:br/>
        <w:t>Gemi / sicil: [Doldurunuz]</w:t>
        <w:br/>
        <w:t>İşveren: [Doldurunuz]</w:t>
        <w:br/>
        <w:t>Bağlı başvurunun tarihi: [Doldurunuz]</w:t>
      </w:r>
    </w:p>
    <w:p>
      <w:pPr>
        <w:pStyle w:val="Heading2"/>
      </w:pPr>
      <w:r>
        <w:t>Belge hiç verilmediyse</w:t>
      </w:r>
    </w:p>
    <w:p>
      <w:r>
        <w:t>İşten ayrılış tarihi: [Doldurunuz]</w:t>
        <w:br/>
        <w:t>İşverene belge talebi tarihi: [Doldurunuz]</w:t>
        <w:br/>
        <w:t>Talebi alan kişi / sıfatı: [Doldurunuz]</w:t>
        <w:br/>
        <w:t>Teslim kanıtı / ek numarası: [Doldurunuz]</w:t>
        <w:br/>
        <w:t>İşveren cevabı veya gerçekleşen olay: [Doldurunuz]</w:t>
        <w:br/>
        <w:t>Belgenin verilmediğinin kontrol edildiği tarih: [Doldurunuz]</w:t>
      </w:r>
    </w:p>
    <w:p>
      <w:pPr>
        <w:pStyle w:val="Heading2"/>
      </w:pPr>
      <w:r>
        <w:t>Yanlış belge verilmişse</w:t>
      </w:r>
    </w:p>
    <w:p>
      <w:r>
        <w:t>Belgeyi düzenleyen / belge tarihi: [Doldurunuz]</w:t>
        <w:br/>
        <w:t>İtiraz edilen sayfa ve ifade: [Aynen tanımlayınız]</w:t>
        <w:br/>
        <w:t>Doğru olduğunu belirttiğiniz bilgi: [Doldurunuz]</w:t>
        <w:br/>
        <w:t>Bu bilgiyi gösteren kanıt: [Belge adı, tarihi, ek numarası]</w:t>
        <w:br/>
        <w:t>Kanıtın açıkladığı dönem: [Doldurunuz]</w:t>
        <w:br/>
        <w:t>İncelenmesini istediğiniz uyuşmazlık: [Doldurunuz]</w:t>
      </w:r>
    </w:p>
    <w:p>
      <w:pPr>
        <w:pStyle w:val="Heading2"/>
      </w:pPr>
      <w:r>
        <w:t>Dönem ve gemi bağlantısı</w:t>
      </w:r>
    </w:p>
    <w:p>
      <w:r>
        <w:t>Görev ve gemi: [Doldurunuz]</w:t>
        <w:br/>
        <w:t>Başlangıç ve ayrılış tarihi: [Doldurunuz]</w:t>
        <w:br/>
        <w:t>Görev değişikliği: [Varsa tarihi ve belgesi]</w:t>
        <w:br/>
        <w:t>İşveren değişikliği: [Varsa unvan ve kayıt]</w:t>
        <w:br/>
        <w:t>Diğer belgelerle fark ve açıklaması: [Doldurunuz]</w:t>
      </w:r>
    </w:p>
    <w:p>
      <w:r>
        <w:rPr>
          <w:sz w:val="20"/>
        </w:rPr>
        <w:t>Her yanlış bilgi veya farklı hizmet dönemi için bu sayfayı çoğaltın. Kullanmadığınız bölümü kaldırın. Yanlış belgenin üzerini değiştirerek yeni belge oluşturmayın; düzeltme istemini bu çizelgede açıklayın.</w:t>
      </w:r>
    </w:p>
    <w:p>
      <w:r>
        <w:br w:type="page"/>
      </w:r>
    </w:p>
    <w:p>
      <w:pPr>
        <w:pStyle w:val="Title"/>
      </w:pPr>
      <w:r>
        <w:t>Başvuru ve sonuç takip sayfası</w:t>
      </w:r>
    </w:p>
    <w:p>
      <w:r>
        <w:t>Bu sayfa kişisel takip içindir. Teslim ve cevap bilgilerini yalnız gerçek kayıtlardan aktarın.</w:t>
      </w:r>
    </w:p>
    <w:p>
      <w:pPr>
        <w:pStyle w:val="Heading2"/>
      </w:pPr>
      <w:r>
        <w:t>Muhatap ve teslim</w:t>
      </w:r>
    </w:p>
    <w:p>
      <w:r>
        <w:t>Geminin bağlama limanı: [Doldurunuz]</w:t>
        <w:br/>
        <w:t>Başvuru yapılan makamın tam adı: [Doldurunuz]</w:t>
        <w:br/>
        <w:t>Kamu idaresine bağlı gemi ise ilgili makam: [Doldurunuz]</w:t>
        <w:br/>
        <w:t>Başvuru tarihi ve evrak numarası: [Doldurunuz]</w:t>
        <w:br/>
        <w:t>Teslim edilen ekler / toplam sayfa: [Doldurunuz]</w:t>
      </w:r>
    </w:p>
    <w:p>
      <w:pPr>
        <w:pStyle w:val="Heading2"/>
      </w:pPr>
      <w:r>
        <w:t>İnceleme takibi</w:t>
      </w:r>
    </w:p>
    <w:p>
      <w:r>
        <w:t>Ek belge istem tarihi: [Varsa]</w:t>
        <w:br/>
        <w:t>İstenen bilgi / belge: [Doldurunuz]</w:t>
        <w:br/>
        <w:t>Tamamlama tarihi ve kayıt numarası: [Doldurunuz]</w:t>
        <w:br/>
        <w:t>Sonuç sorulan takip başvurusunun tarihi: [Varsa]</w:t>
        <w:br/>
        <w:t>Kurum cevabı tarihi ve sayısı: [Doldurunuz]</w:t>
      </w:r>
    </w:p>
    <w:p>
      <w:pPr>
        <w:pStyle w:val="Heading2"/>
      </w:pPr>
      <w:r>
        <w:t>Sonuç belgesinin kontrolü</w:t>
      </w:r>
    </w:p>
    <w:p>
      <w:r>
        <w:t>Belgeyi alan kişi ve tarih: [Doldurunuz]</w:t>
        <w:br/>
        <w:t>Gemi ve işveren bilgileri doğru mu? [Açıklayınız]</w:t>
        <w:br/>
        <w:t>Görev ve hizmet dönemi incelenmiş mi? [Açıklayınız]</w:t>
        <w:br/>
        <w:t>İtiraz edilen her bilgiye cevap var mı? [Açıklayınız]</w:t>
        <w:br/>
        <w:t>Eksik kalan husus ve ilgili ek: [Varsa]</w:t>
        <w:br/>
        <w:t>Eksiklik için sonraki başvurunun kaydı: [Varsa]</w:t>
      </w:r>
    </w:p>
    <w:p>
      <w:r>
        <w:rPr>
          <w:sz w:val="20"/>
        </w:rPr>
        <w:t>Dayanak: 854 sayılı Deniz İş Kanunu m.12. Bir hafta, liman makamının incelemeyi bitirme süresidir; başvuru için hak düşürücü süre olarak yazılmamıştır. Kamu hizmeti gören idarelere bağlı gemilerde inceleme için geminin bağlı olduğu makama başvurulur. Bu dosya tazminat davası veya imza onayı başvurusu değildir.</w:t>
        <w:br/>
        <w:t>Kontrol: 30 Eylül 2026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Times New Roman" w:hAnsi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Gemiadamı çalışma belgesi için limana başvuru dilekçesi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