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Genel kurulda yetkisiz katılmaya itiraz dilekçesi</w:t>
      </w:r>
    </w:p>
    <w:p>
      <w:pPr>
        <w:keepNext/>
        <w:keepLines/>
        <w:jc w:val="center"/>
      </w:pPr>
      <w:r>
        <w:rPr>
          <w:b/>
        </w:rPr>
        <w:t>[ŞİRKETİN TAM UNVANI] [TARİH] GENEL KURUL TOPLANTI BAŞKANLIĞINA</w:t>
      </w:r>
    </w:p>
    <w:p>
      <w:pPr>
        <w:keepLines/>
      </w:pPr>
      <w:r>
        <w:rPr>
          <w:b/>
        </w:rPr>
        <w:t>İtiraz eden pay sahibi:</w:t>
      </w:r>
      <w:r>
        <w:rPr>
          <w:b w:val="0"/>
        </w:rPr>
        <w:t xml:space="preserve"> [Ad soyad, kimlik, adres]</w:t>
      </w:r>
      <w:r>
        <w:br/>
      </w:r>
      <w:r>
        <w:rPr>
          <w:b/>
        </w:rPr>
        <w:t>Pay kaydı:</w:t>
      </w:r>
      <w:r>
        <w:rPr>
          <w:b w:val="0"/>
        </w:rPr>
        <w:t xml:space="preserve"> [Nama yazılı pay grubu, adet, itibari değer ve defter kaydı]</w:t>
      </w:r>
      <w:r>
        <w:br/>
      </w:r>
      <w:r>
        <w:rPr>
          <w:b/>
        </w:rPr>
        <w:t>Toplantı:</w:t>
      </w:r>
      <w:r>
        <w:rPr>
          <w:b w:val="0"/>
        </w:rPr>
        <w:t xml:space="preserve"> [Gerçek yer, tarih ve gündem]</w:t>
      </w:r>
      <w:r>
        <w:br/>
      </w:r>
      <w:r>
        <w:rPr>
          <w:b/>
        </w:rPr>
        <w:t>Konu:</w:t>
      </w:r>
      <w:r>
        <w:rPr>
          <w:b w:val="0"/>
        </w:rPr>
        <w:t xml:space="preserve"> TTK 433/2 kapsamında belirli kişinin bugünkü genel kurula yetkisiz katılımına itiraz ve tutanağa kayıt istemidir.</w:t>
      </w:r>
    </w:p>
    <w:p>
      <w:pPr>
        <w:keepNext/>
        <w:keepLines/>
      </w:pPr>
      <w:r>
        <w:rPr>
          <w:b/>
        </w:rPr>
        <w:t>AÇIKLAMALAR</w:t>
      </w:r>
    </w:p>
    <w:p>
      <w:pPr>
        <w:keepLines/>
      </w:pPr>
      <w:r>
        <w:rPr>
          <w:b w:val="0"/>
        </w:rPr>
        <w:t>1. Halka açık olmayan şirketin kayden izlenmeyen nama yazılı paylarının pay defterinde kayıtlı sahibiyim. Bugünkü fizikî genel kurula kendi adıma katılıyorum. İlgili pay kaydım ve katılım bilgilerim ektedir.</w:t>
      </w:r>
    </w:p>
    <w:p>
      <w:pPr>
        <w:keepLines/>
      </w:pPr>
      <w:r>
        <w:rPr>
          <w:b w:val="0"/>
        </w:rPr>
        <w:t>2. [Kişi adı] kendi adına pay sahibi olmayıp [temsil edildiği söylenen pay sahibi ve paylar] adına katıldığını bildirmiştir. Hazır bulunanlar listesindeki [gerçek satır ve bilgi] ile sunulan vekâletname birlikte incelenmiştir.</w:t>
      </w:r>
    </w:p>
    <w:p>
      <w:pPr>
        <w:keepLines/>
      </w:pPr>
      <w:r>
        <w:rPr>
          <w:b w:val="0"/>
        </w:rPr>
        <w:t>3. Sunulan [noter, tarih ve numara] vekâletname [önceki bağımsız genel kurul tarihi] toplantısına aittir. Bugünkü toplantı o toplantının hukuken devamı değildir; ayrı çağrı ve gündem kayıtları sunulmuştur. Bugünkü toplantı için başka geçerli temsil belgesi sunulmamıştır.</w:t>
      </w:r>
    </w:p>
    <w:p>
      <w:pPr>
        <w:keepLines/>
      </w:pPr>
      <w:r>
        <w:rPr>
          <w:b w:val="0"/>
        </w:rPr>
        <w:t>4. İtirazım kişinin sırf pay sahibi olmamasına veya oy talimatına aykırı davranmasına değil, bu toplantı için geçerli temsil yetkisinin bulunmamasına dayanmaktadır. TTK 426/1 ve Yönetmelik m.21 uyarınca belgenin kapsamının kontrol edilmesini istiyorum.</w:t>
      </w:r>
    </w:p>
    <w:p>
      <w:r>
        <w:br w:type="page"/>
      </w:r>
    </w:p>
    <w:p>
      <w:pPr>
        <w:keepLines/>
      </w:pPr>
      <w:r>
        <w:rPr>
          <w:b w:val="0"/>
        </w:rPr>
        <w:t>5. Aynı itirazı yönetim kuruluna [gerçek tarih, saat ve teslim kaydı] ile sundum. İlgili nüsha ve ulaşma belgesi ektedir. Bu toplantı başkanlığı başvurusunu [gerçek saat] itibarıyla gündemin [ikinci madde ve gerçek konu] oylamasından önce sunuyorum.</w:t>
      </w:r>
    </w:p>
    <w:p>
      <w:pPr>
        <w:keepLines/>
      </w:pPr>
      <w:r>
        <w:rPr>
          <w:b w:val="0"/>
        </w:rPr>
        <w:t>6. Belirtilen katılımın ve temsil kaydının incelenmesini; bugünkü toplantı için geçerli yetki bulunmayan kişinin ilgili payları temsilen oy kullanmasına izin verilmemesini; liste ve nisap kayıtlarının yetkili temsil esasına göre düzenlenmesini istiyorum.</w:t>
      </w:r>
    </w:p>
    <w:p>
      <w:pPr>
        <w:keepLines/>
      </w:pPr>
      <w:r>
        <w:rPr>
          <w:b/>
        </w:rPr>
        <w:t>HUKUKİ DAYANAK:</w:t>
      </w:r>
      <w:r>
        <w:rPr>
          <w:b w:val="0"/>
        </w:rPr>
        <w:t xml:space="preserve"> 6102 sayılı Türk Ticaret Kanunu m.433/2, m.425/1, m.426/1, m.417 ve m.422; Anonim Şirketler Genel Kurul Yönetmeliği m.18/7 ve m.21.</w:t>
      </w:r>
    </w:p>
    <w:p>
      <w:pPr>
        <w:keepLines/>
      </w:pPr>
      <w:r>
        <w:rPr>
          <w:b/>
        </w:rPr>
        <w:t>SONUÇ VE TALEP:</w:t>
      </w:r>
      <w:r>
        <w:rPr>
          <w:b w:val="0"/>
        </w:rPr>
        <w:t xml:space="preserve"> Somut yetkisiz katılım itirazımın incelenmesini; temsil kaydı ve ilgili oy/nisap işlemlerinin hukuka uygun yapılmasını; itirazımın, yönetim kuruluna da gerçek başvuru yapmış olduğumun ve başkanlığın değerlendirmesinin toplantı tutanağına geçirilmesini talep ederim.</w:t>
      </w:r>
    </w:p>
    <w:p>
      <w:pPr>
        <w:keepLines/>
      </w:pPr>
      <w:r>
        <w:rPr>
          <w:b/>
        </w:rPr>
        <w:t>EKLER:</w:t>
      </w:r>
      <w:r>
        <w:rPr>
          <w:b w:val="0"/>
        </w:rPr>
        <w:t xml:space="preserve"> 1. Kendi pay sahipliği kaydı. 2. İtiraz edilen temsil/listedeki kayıt. 3. Sunulan önceki toplantı vekâletnamesi. 4. Önceki toplantının tamamlanması ve bugünkü ayrı çağrı/gündem belgeleri. 5. Yönetim kuruluna itiraz nüshası ve ulaşma kaydı.</w:t>
      </w:r>
    </w:p>
    <w:p>
      <w:pPr>
        <w:keepLines/>
      </w:pPr>
      <w:r>
        <w:rPr>
          <w:b w:val="0"/>
        </w:rPr>
        <w:t>[Gerçek tarih ve saat]</w:t>
      </w:r>
      <w:r>
        <w:br/>
      </w:r>
      <w:r>
        <w:rPr>
          <w:b w:val="0"/>
        </w:rPr>
        <w:t>[İtiraz eden pay sahibinin adı ve imzası]</w:t>
      </w:r>
    </w:p>
    <w:p>
      <w:pPr>
        <w:pStyle w:val="Title"/>
        <w:pageBreakBefore/>
      </w:pPr>
      <w:r>
        <w:t>Dilekçeyi tamamlama ve belge kontrolü</w:t>
      </w:r>
    </w:p>
    <w:p>
      <w:r>
        <w:t>Bu sayfa başkanlığa verilecek nüshadan çıkarılır. Örnek halka açık olmayan şirketin fizikî genel kurulunda kayden izlenmeyen nama yazılı pay sahibinin kendi katılımı içindir. Önceki vekâletnamenin bugünkü bağımsız toplantıya yetki vermediği belgelerden doğrulanır.</w:t>
      </w:r>
    </w:p>
    <w:p>
      <w:pPr>
        <w:pStyle w:val="Heading1"/>
      </w:pPr>
      <w:r>
        <w:t>Pay sahipliği</w:t>
      </w:r>
    </w:p>
    <w:p>
      <w:r>
        <w:t>Başvuranın güncel pay defteri ve listede kendi sıfatını kontrol edin. Temsilcinin ortak olmamasını tek başına yetkisizlik saymayın.</w:t>
      </w:r>
    </w:p>
    <w:p>
      <w:pPr>
        <w:pStyle w:val="Heading1"/>
      </w:pPr>
      <w:r>
        <w:t>Toplantı ve belge</w:t>
      </w:r>
    </w:p>
    <w:p>
      <w:r>
        <w:t>Vekâletnamenin gerçek şirketi, tarihi ve yetki kapsamını inceleyin. Bugünkü toplantı hukuken öncekinin devamıysa bu bağımsız toplantı örneğini aynen kullanmayın.</w:t>
      </w:r>
    </w:p>
    <w:p>
      <w:pPr>
        <w:pStyle w:val="Heading1"/>
      </w:pPr>
      <w:r>
        <w:t>Başka yetki</w:t>
      </w:r>
    </w:p>
    <w:p>
      <w:r>
        <w:t>Bugünkü toplantı için başka geçerli yetki belgesi bulunup bulunmadığını doğrulayın. Gerçek yeni belgeyi saklayarak eski belgeye itiraz etmeyin.</w:t>
      </w:r>
    </w:p>
    <w:p>
      <w:pPr>
        <w:pStyle w:val="Heading1"/>
      </w:pPr>
      <w:r>
        <w:t>İki gerçek başvuru</w:t>
      </w:r>
    </w:p>
    <w:p>
      <w:r>
        <w:t>Yönetim kuruluna gerçekten sunulmuş itirazın nüshası ve ulaşma kaydını ekleyin. Başkanlığa teslimin gerçek saatini ayrıca yazın.</w:t>
      </w:r>
    </w:p>
    <w:p>
      <w:pPr>
        <w:pStyle w:val="Heading1"/>
      </w:pPr>
      <w:r>
        <w:t>Tutanak</w:t>
      </w:r>
    </w:p>
    <w:p>
      <w:r>
        <w:t>İtirazı, yönetim kurulu başvurusunu ve başkanlığın gerçek değerlendirmesini kayda geçirtin. Gönderilmemiş belgeyi teslim edilmiş yazmayın.</w:t>
      </w:r>
    </w:p>
    <w:p>
      <w:pPr>
        <w:pStyle w:val="Heading1"/>
      </w:pPr>
      <w:r>
        <w:t>İşlem ayrımı</w:t>
      </w:r>
    </w:p>
    <w:p>
      <w:r>
        <w:t>Katılıma itiraz, sonraki karara karşı oy veya iptal davası değildir. Alınmış karar varsa üç aylık dava süresini ayrıca izleyin.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Genel kurulda yetkisiz katılmaya itiraz dilekçesi</dc:title>
  <dc:subject>TTK 433/2 başka bağımsız toplantı vekâletnamesine dayanan temsil kaydına ilk başkanlık itirazı</dc:subject>
  <dc:creator>Bakırcı &amp; Keskin Hukuk Bürosu</dc:creator>
  <cp:keywords>genel kurul, yetkisiz katılma, TTK 433</cp:keywords>
  <dc:description>generated by python-docx</dc:description>
  <cp:lastModifiedBy/>
  <cp:revision>1</cp:revision>
  <dcterms:created xsi:type="dcterms:W3CDTF">2013-12-23T23:15:00Z</dcterms:created>
  <dcterms:modified xsi:type="dcterms:W3CDTF">2013-12-23T23:15:00Z</dcterms:modified>
  <cp:category/>
</cp:coreProperties>
</file>