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Grup hayat sigortası ilk sertifika talep dilekçesi</w:t>
      </w:r>
    </w:p>
    <w:p>
      <w:pPr>
        <w:keepNext/>
        <w:keepLines/>
        <w:jc w:val="center"/>
      </w:pPr>
      <w:r>
        <w:rPr>
          <w:b/>
        </w:rPr>
        <w:t>[SİGORTACI ŞİRKETİN TAM UNVANI]’NA</w:t>
      </w:r>
    </w:p>
    <w:p>
      <w:pPr>
        <w:keepLines/>
      </w:pPr>
      <w:r>
        <w:rPr>
          <w:b/>
        </w:rPr>
        <w:t>Talep eden sigortalı:</w:t>
      </w:r>
      <w:r>
        <w:rPr>
          <w:b w:val="0"/>
        </w:rPr>
        <w:t xml:space="preserve"> [Ad soyad, kimlik ve adres]</w:t>
      </w:r>
      <w:r>
        <w:br/>
      </w:r>
      <w:r>
        <w:rPr>
          <w:b/>
        </w:rPr>
        <w:t>Sigorta ettiren işveren:</w:t>
      </w:r>
      <w:r>
        <w:rPr>
          <w:b w:val="0"/>
        </w:rPr>
        <w:t xml:space="preserve"> [Tam unvan]</w:t>
      </w:r>
      <w:r>
        <w:br/>
      </w:r>
      <w:r>
        <w:rPr>
          <w:b/>
        </w:rPr>
        <w:t>Grup hayat sözleşmesi:</w:t>
      </w:r>
      <w:r>
        <w:rPr>
          <w:b w:val="0"/>
        </w:rPr>
        <w:t xml:space="preserve"> [Numara, başlangıç ve bitiş]</w:t>
      </w:r>
      <w:r>
        <w:br/>
      </w:r>
      <w:r>
        <w:rPr>
          <w:b/>
        </w:rPr>
        <w:t>Kişisel sigorta kaydı:</w:t>
      </w:r>
      <w:r>
        <w:rPr>
          <w:b w:val="0"/>
        </w:rPr>
        <w:t xml:space="preserve"> [Dahil olma tarihi, varsa kayıt numarası]</w:t>
      </w:r>
      <w:r>
        <w:br/>
      </w:r>
      <w:r>
        <w:rPr>
          <w:b/>
        </w:rPr>
        <w:t>İletişim ve teslim adresi:</w:t>
      </w:r>
      <w:r>
        <w:rPr>
          <w:b w:val="0"/>
        </w:rPr>
        <w:t xml:space="preserve"> [Güncel bilgiler]</w:t>
      </w:r>
      <w:r>
        <w:br/>
      </w:r>
      <w:r>
        <w:rPr>
          <w:b/>
        </w:rPr>
        <w:t>Konu:</w:t>
      </w:r>
      <w:r>
        <w:rPr>
          <w:b w:val="0"/>
        </w:rPr>
        <w:t xml:space="preserve"> TTK 1496/2 uyarınca kendi grup hayat sigortası sertifikamın ilk kez verilmesi istemidir.</w:t>
      </w:r>
    </w:p>
    <w:p>
      <w:pPr>
        <w:keepNext/>
        <w:keepLines/>
      </w:pPr>
      <w:r>
        <w:rPr>
          <w:b/>
        </w:rPr>
        <w:t>AÇIKLAMALAR</w:t>
      </w:r>
    </w:p>
    <w:p>
      <w:pPr>
        <w:keepLines/>
      </w:pPr>
      <w:r>
        <w:rPr>
          <w:b w:val="0"/>
        </w:rPr>
        <w:t>1. [İşveren] tarafından sigorta ettirilen belirtilen grup hayat sözleşmesine [gerçek dahil olma tarihi] itibarıyla sigortalı olarak dahil edildim. Kendi sigortalı kaydımı gösteren [gerçek belge adı ve tarihi] ekte sunulmuştur. Halen bu grupta yer almaktayım.</w:t>
      </w:r>
    </w:p>
    <w:p>
      <w:pPr>
        <w:keepLines/>
      </w:pPr>
      <w:r>
        <w:rPr>
          <w:b w:val="0"/>
        </w:rPr>
        <w:t>2. İlgili sözleşmenin kendi kaydıma ilişkin poliçe içeriğini özetleyen sertifika tarafıma bugüne kadar teslim edilmemiştir. Talebim daha önce teslim aldığım ve kaybettiğim poliçe veya sertifikanın yeniden çıkarılması değildir.</w:t>
      </w:r>
    </w:p>
    <w:p>
      <w:pPr>
        <w:keepLines/>
      </w:pPr>
      <w:r>
        <w:rPr>
          <w:b w:val="0"/>
        </w:rPr>
        <w:t>3. TTK 1496/2 grupta yer alan her kişiye poliçe içeriğini özetleyen belge verilmesini düzenlemektedir. Kendi sigortalı kaydıma ve belirtilen grup sözleşmesi dönemine ilişkin belgenin verilmesini istiyorum.</w:t>
      </w:r>
    </w:p>
    <w:p>
      <w:pPr>
        <w:keepLines/>
      </w:pPr>
      <w:r>
        <w:rPr>
          <w:b w:val="0"/>
        </w:rPr>
        <w:t>4. Sertifikanın ilgili ana sözleşmeyle eşleştirilmesini; kişisel dahil olma kaydım, teminat ve dönem bilgilerimin gerçek poliçe kayıtlarına uygun gösterilmesini talep ediyorum. Diğer sigortalıların kişisel dosyalarını istemiyorum.</w:t>
      </w:r>
    </w:p>
    <w:p>
      <w:r>
        <w:br w:type="page"/>
      </w:r>
    </w:p>
    <w:p>
      <w:pPr>
        <w:keepLines/>
      </w:pPr>
      <w:r>
        <w:rPr>
          <w:b w:val="0"/>
        </w:rPr>
        <w:t>5. Belge tesliminin sigorta ettiren sıfatıyla bireysel devam, lehtar değişikliği veya sigorta bedeli ödeme talebi olarak işlenmesini istemiyorum. Başvurum yalnız kendi ilk grup hayat sertifikamın verilmesine ilişkindir.</w:t>
      </w:r>
    </w:p>
    <w:p>
      <w:pPr>
        <w:keepLines/>
      </w:pPr>
      <w:r>
        <w:rPr>
          <w:b w:val="0"/>
        </w:rPr>
        <w:t>6. Sertifikanın [gerçek teslim adresi veya uygun kişisel teslim yolu] üzerinden tarafıma iletilmesini talep ediyorum. Daha önce teslim edildiği ileri sürülürse ilgili belge sürümünün, gönderim tarihinin, muhatabın ve teslim veya erişim kaydının açıklanmasını isterim.</w:t>
      </w:r>
    </w:p>
    <w:p>
      <w:pPr>
        <w:keepLines/>
      </w:pPr>
      <w:r>
        <w:rPr>
          <w:b/>
        </w:rPr>
        <w:t>HUKUKİ DAYANAK:</w:t>
      </w:r>
      <w:r>
        <w:rPr>
          <w:b w:val="0"/>
        </w:rPr>
        <w:t xml:space="preserve"> 6102 sayılı Türk Ticaret Kanunu m.1496/1 ve 2. Sertifika kavramı bakımından Hayat Sigortası Genel Şartları m.3/1-f.</w:t>
      </w:r>
    </w:p>
    <w:p>
      <w:pPr>
        <w:keepLines/>
      </w:pPr>
      <w:r>
        <w:rPr>
          <w:b/>
        </w:rPr>
        <w:t>SONUÇ VE TALEP:</w:t>
      </w:r>
      <w:r>
        <w:rPr>
          <w:b w:val="0"/>
        </w:rPr>
        <w:t xml:space="preserve"> Belirtilen grup hayat sözleşmesinde kendi sigortalı kaydıma ilişkin poliçe içeriğini özetleyen ilk sertifikamın TTK 1496/2 uyarınca verilmesini; belge veya kayıt farklılığı bulunması halinde ilgili somut kaydın ve gerekçenin yazılı açıklanmasını talep ederim.</w:t>
      </w:r>
    </w:p>
    <w:p>
      <w:pPr>
        <w:keepLines/>
      </w:pPr>
      <w:r>
        <w:rPr>
          <w:b/>
        </w:rPr>
        <w:t>EKLER:</w:t>
      </w:r>
      <w:r>
        <w:rPr>
          <w:b w:val="0"/>
        </w:rPr>
        <w:t xml:space="preserve"> 1. Kişisel sigortalı dahil olma veya teyit belgesi. 2. Grup poliçe numarası ve dönemini gösteren ilgili kayıt. 3. Varsa önceki gerçek belge istemi ve cevapları. 4. Varsa temsil belgesi.</w:t>
      </w:r>
    </w:p>
    <w:p>
      <w:pPr>
        <w:keepLines/>
      </w:pPr>
      <w:r>
        <w:rPr>
          <w:b w:val="0"/>
        </w:rPr>
        <w:t>[Tarih]</w:t>
      </w:r>
      <w:r>
        <w:br/>
      </w:r>
      <w:r>
        <w:rPr>
          <w:b w:val="0"/>
        </w:rPr>
        <w:t>[Sigortalının veya yetkili temsilcinin adı ve imzası]</w:t>
      </w:r>
    </w:p>
    <w:p>
      <w:pPr>
        <w:pStyle w:val="Title"/>
        <w:pageBreakBefore/>
      </w:pPr>
      <w:r>
        <w:t>Dilekçeyi tamamlama ve belge kontrolü</w:t>
      </w:r>
    </w:p>
    <w:p>
      <w:r>
        <w:t>Bu sayfa gönderilecek nüshadan çıkarılır. Örnek, halen işverenin grup hayat sözleşmesinde kayıtlı yetişkin sigortalının hiç verilmemiş ilk sertifikasını istemesidir. Gerçek dahil olma kaydı doğrulanır. Kayıp poliçe yenilemesi, bireysel devam veya ödeme talebi için kullanılmaz.</w:t>
      </w:r>
    </w:p>
    <w:p>
      <w:pPr>
        <w:pStyle w:val="Heading1"/>
      </w:pPr>
      <w:r>
        <w:t>Sigortalı kaydı</w:t>
      </w:r>
    </w:p>
    <w:p>
      <w:r>
        <w:t>Gerçek dahil olma belgesini veya sigortacı teyidini kontrol edin. İşe giriş bilgisini sigortalı kabul kaydı gibi yazmayın.</w:t>
      </w:r>
    </w:p>
    <w:p>
      <w:pPr>
        <w:pStyle w:val="Heading1"/>
      </w:pPr>
      <w:r>
        <w:t>Doğru sözleşme</w:t>
      </w:r>
    </w:p>
    <w:p>
      <w:r>
        <w:t>Sigortacı ve işveren unvanı, ana poliçe numarası ve dönemini eşleştirin. Başka çalışan grubunun belgesini kullanmayın.</w:t>
      </w:r>
    </w:p>
    <w:p>
      <w:pPr>
        <w:pStyle w:val="Heading1"/>
      </w:pPr>
      <w:r>
        <w:t>İlk teslim</w:t>
      </w:r>
    </w:p>
    <w:p>
      <w:r>
        <w:t>Daha önce kişisel belgeye erişim veya teslim bulunup bulunmadığını inceleyin. Gerçek teslim varsa hiç verilmedi beyanını sürdürmeyin.</w:t>
      </w:r>
    </w:p>
    <w:p>
      <w:pPr>
        <w:pStyle w:val="Heading1"/>
      </w:pPr>
      <w:r>
        <w:t>Kapsam</w:t>
      </w:r>
    </w:p>
    <w:p>
      <w:r>
        <w:t>Kendi poliçe özetinizi isteyin. Lehtar değişikliği, bireysel devam ve diğer üyelerin kişisel dosyalarını aynı talebe eklemeyin.</w:t>
      </w:r>
    </w:p>
    <w:p>
      <w:pPr>
        <w:pStyle w:val="Heading1"/>
      </w:pPr>
      <w:r>
        <w:t>Ekler ve temsil</w:t>
      </w:r>
    </w:p>
    <w:p>
      <w:r>
        <w:t>Var olmayan sertifikayı eklenmiş gibi göstermeyin. Ek numaralarını gerçek belgelerle eşleştirin. Temsil varsa ilgili yetkiyi kontrol edin.</w:t>
      </w:r>
    </w:p>
    <w:p>
      <w:pPr>
        <w:pStyle w:val="Heading1"/>
      </w:pPr>
      <w:r>
        <w:t>Son kontrol</w:t>
      </w:r>
    </w:p>
    <w:p>
      <w:r>
        <w:t>Güncel teslim adresini yazın. Hazırlık sayfasını çıkarın. İmzalı nüsha, ulaşma kaydı ve gelen belgenin geçerli sürümünü saklayın.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 hayat sigortası ilk sertifika talep dilekçesi</dc:title>
  <dc:subject>TTK 1496/2 gruptaki sigortalının ilk poliçe özeti belgesi istemi</dc:subject>
  <dc:creator>Bakırcı &amp; Keskin Hukuk Bürosu</dc:creator>
  <cp:keywords>grup hayat, sertifika, poliçe özeti, TTK 1496</cp:keywords>
  <dc:description>generated by python-docx</dc:description>
  <cp:lastModifiedBy/>
  <cp:revision>1</cp:revision>
  <dcterms:created xsi:type="dcterms:W3CDTF">2013-12-23T23:15:00Z</dcterms:created>
  <dcterms:modified xsi:type="dcterms:W3CDTF">2013-12-23T23:15:00Z</dcterms:modified>
  <cp:category/>
</cp:coreProperties>
</file>