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Güvenilirkişiden eşyanın geri verilmesi</w:t>
      </w:r>
    </w:p>
    <w:p>
      <w:r>
        <w:rPr>
          <w:b/>
        </w:rPr>
        <w:t>[GÜVENİLİRKİŞİNİN ADI SOYADI / TAM UNVANI]</w:t>
        <w:br/>
        <w:t>[BAŞVURU ADRESİ]</w:t>
      </w:r>
    </w:p>
    <w:p>
      <w:r>
        <w:t>BAŞVURAN SAKLATANLAR: [Bütün saklatanların adı/unvanı ve adresleri; Ek-3'te ayrı listelenmiştir]</w:t>
        <w:br/>
        <w:t>BIRAKMA KAYDI: [Tarih ve belge numarası]</w:t>
        <w:br/>
        <w:t>KONU: TBK m.569 kapsamında bütün saklatanların rızasıyla aşağıdaki eşyanın belirtilen kişiye geri verilmesi talebidir.</w:t>
      </w:r>
    </w:p>
    <w:p>
      <w:pPr>
        <w:pStyle w:val="Heading2"/>
        <w:keepNext/>
      </w:pPr>
      <w:r>
        <w:rPr>
          <w:b/>
        </w:rPr>
        <w:t>AÇIKLAMALAR</w:t>
      </w:r>
    </w:p>
    <w:p>
      <w:r>
        <w:t>1. Hukuki durumu [başlangıç kaydındaki çekişme veya belirsizlik açıklaması] olan [eşyanın kimliği ve miktarı], haklarımızı korumak amacıyla [tarih ve kayıt] kapsamında tarafınıza bırakılmıştır. Bırakma belgesi ve geri verilecek eşya listesi ektedir.</w:t>
      </w:r>
    </w:p>
    <w:p>
      <w:r>
        <w:t>2. Bırakma ilişkisinin bütün saklatanları Ek-3'te gösterilmiştir. Her birimiz, Ek-2'de listelenen eşyanın [teslim alacak kişinin adı/unvanı ve kimlik bilgisi] bilgileriyle tanımlanan kişiye [ortak kabul edilen teslim yöntemi ve varsa gerçek şart] üzerinden geri verilmesine rıza gösteriyoruz. Rıza açıklamalarımız aynı eşya, aynı alıcı ve aynı işlem kapsamına ilişkindir.</w:t>
      </w:r>
    </w:p>
    <w:p>
      <w:r>
        <w:t>3. TBK m.569, bu ilişkide saklatanların tamamının rızası veya hâkim kararı olmadıkça geri verme yapılmamasını düzenlemektedir. Başvurumuz bütün saklatanların ortak rızasına dayanmaktadır.</w:t>
      </w:r>
    </w:p>
    <w:p>
      <w:pPr>
        <w:pStyle w:val="Heading2"/>
        <w:keepNext/>
      </w:pPr>
      <w:r>
        <w:rPr>
          <w:b/>
        </w:rPr>
        <w:t>SONUÇ VE TALEP</w:t>
      </w:r>
    </w:p>
    <w:p>
      <w:r>
        <w:t>Ek-2'de listelenen eşyanın, bütün saklatanların Ek-3'teki ortak rızası kapsamında yukarıda belirtilen kişiye geri verilmesini; teslim günü ve uygulama bilgisinin [ortak cevap adresi] üzerinden bildirilmesini talep ederiz. Fiilen geri verilen şeyin kimliği, miktarı, mevcut durumu, teslim alan kişi ve tarih tutanakta gösterilmelidir.</w:t>
      </w:r>
    </w:p>
    <w:p>
      <w:pPr>
        <w:keepLines/>
      </w:pPr>
      <w:r>
        <w:t>Tarih: [Gün / ay / yıl]</w:t>
        <w:br/>
        <w:t>Bütün saklatanların rıza açıklaması ve imzaları: Ek-3'te yer almaktadır.</w:t>
      </w:r>
    </w:p>
    <w:p>
      <w:r>
        <w:t>EKLER</w:t>
        <w:br/>
        <w:t>1. Güvenilirkişiye bırakma belgesi.</w:t>
        <w:br/>
        <w:t>2. Geri verilecek eşya ve önceki teslim listesi.</w:t>
        <w:br/>
        <w:t>3. Bütün saklatanların aynı geri verme işlemine ilişkin rıza ve imza çizelgesi.</w:t>
        <w:br/>
        <w:t>4. Varsa ilgili temsil belgeleri.</w:t>
      </w:r>
    </w:p>
    <w:p>
      <w:r>
        <w:br w:type="page"/>
      </w:r>
    </w:p>
    <w:p>
      <w:pPr>
        <w:pStyle w:val="Title"/>
      </w:pPr>
      <w:r>
        <w:t>Ek-3: Ortak rıza ve imzalar</w:t>
      </w:r>
    </w:p>
    <w:p>
      <w:r>
        <w:t>Güvenilirkişi: [Ad soyad / unvan]</w:t>
      </w:r>
    </w:p>
    <w:p>
      <w:r>
        <w:t>Bırakma kaydı: [Tarih ve belge numarası]</w:t>
      </w:r>
    </w:p>
    <w:p>
      <w:r>
        <w:t>Geri verilecek eşya: [Ek-2 liste tarihi, kimlik ve miktar]</w:t>
      </w:r>
    </w:p>
    <w:p>
      <w:r>
        <w:t>Teslim alacak kişi ve yöntem: [Ad / unvan, kimlik ve açıklama]</w:t>
      </w:r>
    </w:p>
    <w:p>
      <w:r>
        <w:t>Her birimiz, ekli ortak başvuruda ve Ek-2 listesinde tanımlanan eşyanın yukarıda belirtilen kişiye aynı işlem kapsamıyla geri verilmesine rıza gösteriyoruz.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016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Saklatan adı / unvanı</w:t>
            </w:r>
          </w:p>
        </w:tc>
        <w:tc>
          <w:tcPr>
            <w:tcW w:type="dxa" w:w="288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Varsa temsilci ve dayanak</w:t>
            </w:r>
          </w:p>
        </w:tc>
        <w:tc>
          <w:tcPr>
            <w:tcW w:type="dxa" w:w="2304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Tarih</w:t>
            </w:r>
          </w:p>
        </w:tc>
        <w:tc>
          <w:tcPr>
            <w:tcW w:type="dxa" w:w="2592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İmza</w:t>
            </w:r>
          </w:p>
        </w:tc>
      </w:tr>
      <w:t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[Ad / unvan]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[Tarih]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/>
          </w:p>
        </w:tc>
      </w:tr>
      <w:t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[Ad / unvan]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[Tarih]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/>
          </w:p>
        </w:tc>
      </w:tr>
      <w:t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[Ad / unvan]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[Tarih]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/>
          </w:p>
        </w:tc>
      </w:tr>
      <w:t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[Ad / unvan]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[Tarih]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/>
          </w:p>
        </w:tc>
      </w:tr>
    </w:tbl>
    <w:p>
      <w:pPr>
        <w:spacing w:before="240"/>
      </w:pPr>
      <w:r>
        <w:t>İlgili ortak başvuru tarihi ve ekleri: [Bilgi]</w:t>
      </w:r>
    </w:p>
    <w:p>
      <w:r>
        <w:t>Varsa gerçek teslim şartı: [Ortak kabul edilen açıklama]</w:t>
      </w:r>
    </w:p>
    <w:p>
      <w:r>
        <w:t>Hazırlayan: [Ad soyad]</w:t>
      </w:r>
    </w:p>
    <w:p>
      <w:r>
        <w:t>Tarih: [Gün / ay / yıl]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Güvenilirkişiden eşyanın geri verilmesi</dc:title>
  <dc:subject>TBK 569 kapsamında bütün saklatanların ortak rızası</dc:subject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