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[SAĞLIK KURULUŞU / VERİ SORUMLUSUNUN TAM ADINA]</w:t>
      </w:r>
    </w:p>
    <w:p>
      <w:pPr/>
      <w:r>
        <w:rPr>
          <w:b/>
        </w:rPr>
        <w:t>BAŞVURAN:</w:t>
      </w:r>
      <w:r>
        <w:rPr>
          <w:b w:val="0"/>
        </w:rPr>
        <w:t xml:space="preserve"> [Ad soyad]</w:t>
      </w:r>
      <w:r>
        <w:br/>
      </w:r>
      <w:r>
        <w:rPr>
          <w:b/>
        </w:rPr>
        <w:t>KİMLİK:</w:t>
      </w:r>
      <w:r>
        <w:rPr>
          <w:b w:val="0"/>
        </w:rPr>
        <w:t xml:space="preserve"> [T.C. kimlik numarası; yabancı için uyruk ve pasaport veya varsa kimlik numarası]</w:t>
      </w:r>
      <w:r>
        <w:br/>
      </w:r>
      <w:r>
        <w:rPr>
          <w:b/>
        </w:rPr>
        <w:t>TEBLİGAT ADRESİ:</w:t>
      </w:r>
      <w:r>
        <w:rPr>
          <w:b w:val="0"/>
        </w:rPr>
        <w:t xml:space="preserve"> [Yerleşim yeri veya iş yeri adresi]</w:t>
      </w:r>
      <w:r>
        <w:br/>
      </w:r>
      <w:r>
        <w:rPr>
          <w:b/>
        </w:rPr>
        <w:t>İLETİŞİM:</w:t>
      </w:r>
      <w:r>
        <w:rPr>
          <w:b w:val="0"/>
        </w:rPr>
        <w:t xml:space="preserve"> [Varsa e-posta, telefon ve faks]</w:t>
      </w:r>
      <w:r>
        <w:br/>
      </w:r>
      <w:r>
        <w:rPr>
          <w:b/>
        </w:rPr>
        <w:t>TEMSİLCİ:</w:t>
      </w:r>
      <w:r>
        <w:rPr>
          <w:b w:val="0"/>
        </w:rPr>
        <w:t xml:space="preserve"> [Varsa adı, sıfatı ve yetki belgesi]</w:t>
      </w:r>
    </w:p>
    <w:p>
      <w:pPr/>
      <w:r>
        <w:rPr>
          <w:b/>
        </w:rPr>
        <w:t>KONU:</w:t>
      </w:r>
      <w:r>
        <w:rPr>
          <w:b w:val="0"/>
        </w:rPr>
        <w:t xml:space="preserve"> 6698 sayılı Kanun m.11/1-d, m.11/1-f ve m.13 ile Hasta Hakları Yönetmeliği m.17 kapsamında hatalı veya eksik sağlık kaydının düzeltilmesi talebidir.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Kuruluşunuzda [tarih / bölüm / işlem] kapsamında oluşturulan [kayıt veya rapor adı ve numarası] içinde [hatalı veya eksik alan] bulunmaktadır. İlgili kayıt ile dayanak belgeler ekli karşılaştırma formunda gösterilmiştir.</w:t>
      </w:r>
    </w:p>
    <w:p>
      <w:pPr/>
      <w:r>
        <w:rPr>
          <w:b w:val="0"/>
        </w:rPr>
        <w:t>2. Kayıtta bulunan bilgi [mevcut ifade], talep ettiğim düzeltme veya tamamlama [doğru bilgi / istenen açıklama] şeklindedir. Talebimin somut nedeni ve dayanağı [belge adı, tarihi ve ilgili bölüm] olup eklerde sunulmuştur.</w:t>
      </w:r>
    </w:p>
    <w:p>
      <w:pPr/>
      <w:r>
        <w:rPr>
          <w:b w:val="0"/>
        </w:rPr>
        <w:t>3. Başvurum kayıtların doğruluğunun sağlanmasına yöneliktir. Tıbbi değerlendirme gerektiren hususun ilgili sağlık birimince incelenmesini ve sonucunun açıklanmasını; kişisel beyanımın tıbbi rapor yerine kullanılmamasını istiyorum.</w:t>
      </w:r>
    </w:p>
    <w:p>
      <w:pPr/>
      <w:r>
        <w:rPr>
          <w:b/>
        </w:rPr>
        <w:t>SONUÇ VE TALEP:</w:t>
      </w:r>
      <w:r>
        <w:rPr>
          <w:b w:val="0"/>
        </w:rPr>
        <w:t xml:space="preserve"> Belirtilen eksik veya yanlış verinin incelenerek düzeltilmesini, gerekli tamamlamanın veya açıklamanın yapılmasını; düzeltme işleminin verilerin aktarıldığı üçüncü kişilere bildirilmesini; yapılan işlemin kapsamı, tarihi ve ilgili kayıt bilgileriyle tarafıma yazılı veya elektronik cevap verilmesini talep ederim. Talebin kısmen veya tamamen reddedilmesi hâlinde gerekçesinin açıklanmasını isterim.</w:t>
      </w:r>
    </w:p>
    <w:p>
      <w:pPr/>
      <w:r>
        <w:rPr>
          <w:b/>
        </w:rPr>
        <w:t>EKLER:</w:t>
      </w:r>
      <w:r>
        <w:rPr>
          <w:b w:val="0"/>
        </w:rPr>
        <w:t xml:space="preserve"> 1. Kayıt ve düzeltme karşılaştırma formu. 2. Hatalı kaydın eldeki sureti. 3. Doğru bilgiyi veya uyumsuzluğu gösteren belgeler. 4. Temsil varsa yetki belgesi.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Kayıt ve düzeltme karşılaştırma formu</w:t>
      </w:r>
    </w:p>
    <w:p>
      <w:r>
        <w:t>Her ayrı kayıt için bu sayfayı çoğaltın. Tıbbi sonuç üretmeyin; belgedeki mevcut bilgiyi ve gerçek dayanağınızı yazın. Başvuruya yalnız ilgili sayfaları ekleyin.</w:t>
      </w:r>
    </w:p>
    <w:p>
      <w:pPr>
        <w:pStyle w:val="Heading2"/>
      </w:pPr>
      <w:r>
        <w:t>Kaydın kimliği</w:t>
      </w:r>
    </w:p>
    <w:p>
      <w:r>
        <w:t>Sıra numarası: [Doldurunuz]</w:t>
        <w:br/>
        <w:t>Sağlık kuruluşu / birim: [Doldurunuz]</w:t>
        <w:br/>
        <w:t>İşlem tarihi: [Doldurunuz]</w:t>
        <w:br/>
        <w:t>Belge veya kayıt adı ve numarası: [Doldurunuz]</w:t>
        <w:br/>
        <w:t>Hatanın görüldüğü sayfa / alan: [Doldurunuz]</w:t>
      </w:r>
    </w:p>
    <w:p>
      <w:pPr>
        <w:pStyle w:val="Heading2"/>
      </w:pPr>
      <w:r>
        <w:t>Mevcut bilgi ve talep</w:t>
      </w:r>
    </w:p>
    <w:p>
      <w:r>
        <w:t>Kayıtta bulunan ifade: [Aynen ilgili bölüm]</w:t>
        <w:br/>
        <w:t>Eksik, yanlış veya belirsiz olduğu belirtilen husus: [Açıklayınız]</w:t>
        <w:br/>
        <w:t>İstenen düzeltme / tamamlama / açıklama: [Doldurunuz]</w:t>
        <w:br/>
        <w:t>Talebin somut nedeni: [Gerçek bilgiler]</w:t>
      </w:r>
    </w:p>
    <w:p>
      <w:pPr>
        <w:pStyle w:val="Heading2"/>
      </w:pPr>
      <w:r>
        <w:t>Dayanak belgeler</w:t>
      </w:r>
    </w:p>
    <w:p>
      <w:r>
        <w:t>Belge adı, düzenleyen kurum ve tarih: [Doldurunuz]</w:t>
        <w:br/>
        <w:t>İlgili sayfa veya bölüm: [Doldurunuz]</w:t>
        <w:br/>
        <w:t>Talep ile bağlantısı: [Neyi gösteriyor?]</w:t>
        <w:br/>
        <w:t>Başvuru ek numarası: [Doldurunuz]</w:t>
        <w:br/>
        <w:t>Önceki başvuru / cevap bilgisi: [Varsa]</w:t>
      </w:r>
    </w:p>
    <w:p>
      <w:r>
        <w:t>Farklı tarihlerdeki tetkik sonuçlarının farklı olması tek başına maddi kayıt hatası değildir. Tıbbi açıklama gerektiren hususu ilgili sağlık biriminin değerlendirmesine sunun. Bu form hekim raporu değildir.</w:t>
      </w:r>
    </w:p>
    <w:p>
      <w:r>
        <w:br w:type="page"/>
      </w:r>
    </w:p>
    <w:p>
      <w:pPr>
        <w:pStyle w:val="Title"/>
      </w:pPr>
      <w:r>
        <w:t>Cevap ve düzeltme sonucu takip formu</w:t>
      </w:r>
    </w:p>
    <w:p>
      <w:r>
        <w:t>Bu sayfa başvuranda kalır. Kurum cevabı ve mevcut kayıtlarla doldurulur; henüz gerçekleşmeyen işlem için sonuç yazılmaz.</w:t>
      </w:r>
    </w:p>
    <w:p>
      <w:pPr>
        <w:pStyle w:val="Heading2"/>
      </w:pPr>
      <w:r>
        <w:t>Başvuru ve süre bilgileri</w:t>
      </w:r>
    </w:p>
    <w:p>
      <w:r>
        <w:t>Veri sorumlusunun tam adı: [Doldurunuz]</w:t>
        <w:br/>
        <w:t>Başvuru yöntemi: [Doldurunuz]</w:t>
        <w:br/>
        <w:t>Ulaşma / tebliğ tarihi ve belgesi: [Doldurunuz]</w:t>
        <w:br/>
        <w:t>Başvuru kayıt numarası: [Doldurunuz]</w:t>
        <w:br/>
        <w:t>Cevap tarihi ve numarası: [Varsa]</w:t>
        <w:br/>
        <w:t>Cevabın öğrenildiği tarih ve belge: [Varsa]</w:t>
      </w:r>
    </w:p>
    <w:p>
      <w:pPr>
        <w:pStyle w:val="Heading2"/>
      </w:pPr>
      <w:r>
        <w:t>Kayıt bazında cevap</w:t>
      </w:r>
    </w:p>
    <w:p>
      <w:r>
        <w:t>İlk formdaki kayıt sıra numarası: [Doldurunuz]</w:t>
        <w:br/>
        <w:t>Talebin sonucu: [Kabul / ret / açıklama / cevap yok]</w:t>
        <w:br/>
        <w:t>Bildirilen işlem ve tarih: [Cevaba göre]</w:t>
        <w:br/>
        <w:t>Ret varsa gerekçesi: [Cevaba göre]</w:t>
        <w:br/>
        <w:t>Düzeltilmiş suret veya sonuç belgesi: [Varsa]</w:t>
        <w:br/>
        <w:t>Aktarılan üçüncü kişilere bildirim cevabı: [Cevaba göre]</w:t>
      </w:r>
    </w:p>
    <w:p>
      <w:pPr>
        <w:pStyle w:val="Heading2"/>
      </w:pPr>
      <w:r>
        <w:t>Sonuç kontrolü</w:t>
      </w:r>
    </w:p>
    <w:p>
      <w:r>
        <w:t>Kontrol edilen sistem veya belge: [Doldurunuz]</w:t>
        <w:br/>
        <w:t>Kontrol tarihi: [Doldurunuz]</w:t>
        <w:br/>
        <w:t>Eksik veya devam eden yanlışlık: [Varsa]</w:t>
        <w:br/>
        <w:t>Ek açıklama / düzeltme istemi: [Tarih ve kayıt]</w:t>
        <w:br/>
        <w:t>Şikâyet takvimi için ilk başvuru ve öğrenme tarihleri kontrol edildi mi? [Sonuç]</w:t>
      </w:r>
    </w:p>
    <w:p>
      <w:r>
        <w:rPr>
          <w:sz w:val="20"/>
        </w:rPr>
        <w:t>Dayanak: KVKK m.11/1-d, f; m.13 ve m.14; Hasta Hakları Yönetmeliği m.17. KVKK cevabı en kısa sürede ve en geç 30 gün içindedir. Şikâyet süreleri ilk başvuru ve cevabın öğrenilme tarihine göre ayrıca izlenir.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Hatalı sağlık kaydının düzeltilmesi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