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E3BD58"/>
          <w:sz w:val="21"/>
        </w:rPr>
        <w:t>062</w:t>
      </w:r>
    </w:p>
    <w:p>
      <w:pPr>
        <w:pStyle w:val="Title"/>
        <w:jc w:val="center"/>
      </w:pPr>
      <w:r>
        <w:t>Hukuk Davasında Temyiz Dilekçesi Örneği</w:t>
      </w:r>
    </w:p>
    <w:p>
      <w:pPr>
        <w:jc w:val="center"/>
      </w:pPr>
      <w:r>
        <w:rPr>
          <w:i/>
          <w:color w:val="475569"/>
        </w:rPr>
        <w:t>Hukuk Yargılaması • Güncel mevzuat kontrolü: 2 Eylül 2026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313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Görevli / yetkili merci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Kararı veren bölge adliye mahkemesi veya temyiz dilekçesini kabul eden merci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Kanuni süre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Bölge adliye mahkemesi kararının tebliğinden itibaren iki haftadır.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Ön koşul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Temyiz edilebilirlik ve parasal sınır başvuru tarihinde kontrol edilmelidir.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Temel dayanak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HMK m. 361-373</w:t>
            </w:r>
          </w:p>
        </w:tc>
      </w:tr>
    </w:tbl>
    <w:p>
      <w:pPr>
        <w:spacing w:before="180" w:after="140"/>
        <w:shd w:fill="FFF8E7"/>
      </w:pPr>
      <w:r>
        <w:rPr>
          <w:b/>
          <w:color w:val="1E3A8A"/>
        </w:rPr>
        <w:t xml:space="preserve">Net hukuk kuralı: </w:t>
      </w:r>
      <w:r>
        <w:t>Kararın temyize açık olduğu denetlenmeli; her bozma nedeni kararın ilgili gerekçesi, usul işlemi ve delille ayrı başlıkta gösterilmelidir.</w:t>
      </w:r>
    </w:p>
    <w:p>
      <w:pPr>
        <w:pStyle w:val="Heading1"/>
      </w:pPr>
      <w:r>
        <w:t>ÖNEMLİ KULLANIM NOTU</w:t>
      </w:r>
    </w:p>
    <w:p>
      <w:r>
        <w:t>Bu belge genel bir Word şablonudur. Köşeli parantezli alanlar gerçek bilgilerle doldurulmalı; görev, yetki, süre, taraf sıfatı, harç ve talep sonucu imzadan önce somut dosyaya göre kontrol edilmelidir.</w:t>
      </w:r>
    </w:p>
    <w:p>
      <w:r>
        <w:br w:type="page"/>
      </w:r>
    </w:p>
    <w:p>
      <w:pPr>
        <w:pStyle w:val="Heading1"/>
        <w:jc w:val="center"/>
      </w:pPr>
      <w:r>
        <w:t>KARARI VEREN BÖLGE ADLIYE MAHKEMESI VEYA TEMYIZ DILEKÇESINI KABUL EDEN MERCI'NA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9"/>
        <w:gridCol w:w="7172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BAŞVURAN / DAVACI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T.C. KİMLİK NO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VEKİLİ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[VARSA AVUKAT ADI VE ADRESİ]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KARŞI TARAF / DAVALI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UNVAN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DOSYA / BAŞVURU NO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[ESAS, İCRA, HASAR VEYA KURUM NUMARASI]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KONU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Kararın bozulması.</w:t>
            </w:r>
          </w:p>
        </w:tc>
      </w:tr>
    </w:tbl>
    <w:p>
      <w:pPr>
        <w:pStyle w:val="Heading1"/>
      </w:pPr>
      <w:r>
        <w:t>AÇIKLAMALAR</w:t>
      </w:r>
    </w:p>
    <w:p>
      <w:r>
        <w:t>1. Başvuruya konu işlem veya olay [TARİH] tarihinde öğrenilmiş/tebliğ edilmiştir. Süre hesabı şu kurala dayanır: Bölge adliye mahkemesi kararının tebliğinden itibaren iki haftadır.</w:t>
      </w:r>
    </w:p>
    <w:p>
      <w:r>
        <w:t>2. Bölge adliye mahkemesi kararı: [SOMUT OLAYI TARİH, YER, KİŞİ VE BELGEYLE UYUMLU OLARAK AÇIKLAYIN].</w:t>
      </w:r>
    </w:p>
    <w:p>
      <w:r>
        <w:t>3. Tebliğ tarihi: [SOMUT OLAYI TARİH, YER, KİŞİ VE BELGEYLE UYUMLU OLARAK AÇIKLAYIN].</w:t>
      </w:r>
    </w:p>
    <w:p>
      <w:r>
        <w:t>4. Temyize açıklık: [SOMUT OLAYI TARİH, YER, KİŞİ VE BELGEYLE UYUMLU OLARAK AÇIKLAYIN].</w:t>
      </w:r>
    </w:p>
    <w:p>
      <w:r>
        <w:t>5. Hukuka aykırılık nedenleri: [SOMUT OLAYI TARİH, YER, KİŞİ VE BELGEYLE UYUMLU OLARAK AÇIKLAYIN].</w:t>
      </w:r>
    </w:p>
    <w:p>
      <w:r>
        <w:t>6. Bozma talebi: [SOMUT OLAYI TARİH, YER, KİŞİ VE BELGEYLE UYUMLU OLARAK AÇIKLAYIN].</w:t>
      </w:r>
    </w:p>
    <w:p>
      <w:r>
        <w:t>7. Temel hukuki sonuç: Kararın temyize açık olduğu denetlenmeli; her bozma nedeni kararın ilgili gerekçesi, usul işlemi ve delille ayrı başlıkta gösterilmelidir.</w:t>
      </w:r>
    </w:p>
    <w:p>
      <w:r>
        <w:t>8. Başvuru öncesi kontrol: Temyiz edilebilirlik ve parasal sınır başvuru tarihinde kontrol edilmelidir.</w:t>
      </w:r>
    </w:p>
    <w:p>
      <w:pPr>
        <w:pStyle w:val="Heading1"/>
      </w:pPr>
      <w:r>
        <w:t>HUKUKİ NEDENLER</w:t>
      </w:r>
    </w:p>
    <w:p>
      <w:r>
        <w:t>HMK m. 361-373 ve ilgili sair mevzuat.</w:t>
      </w:r>
    </w:p>
    <w:p>
      <w:r>
        <w:br w:type="page"/>
      </w:r>
    </w:p>
    <w:p>
      <w:pPr>
        <w:pStyle w:val="Heading1"/>
      </w:pPr>
      <w:r>
        <w:t>DELİLLER</w:t>
      </w:r>
    </w:p>
    <w:p>
      <w:pPr>
        <w:pStyle w:val="ListBullet"/>
        <w:spacing w:after="60"/>
      </w:pPr>
      <w:r>
        <w:t>BAM kararı [EK NUMARASI / TARİH]</w:t>
      </w:r>
    </w:p>
    <w:p>
      <w:pPr>
        <w:pStyle w:val="ListBullet"/>
        <w:spacing w:after="60"/>
      </w:pPr>
      <w:r>
        <w:t>Tebligat belgesi [EK NUMARASI / TARİH]</w:t>
      </w:r>
    </w:p>
    <w:p>
      <w:pPr>
        <w:pStyle w:val="ListBullet"/>
        <w:spacing w:after="60"/>
      </w:pPr>
      <w:r>
        <w:t>İlk derece kararı [EK NUMARASI / TARİH]</w:t>
      </w:r>
    </w:p>
    <w:p>
      <w:pPr>
        <w:pStyle w:val="ListBullet"/>
        <w:spacing w:after="60"/>
      </w:pPr>
      <w:r>
        <w:t>Duruşma tutanakları [EK NUMARASI / TARİH]</w:t>
      </w:r>
    </w:p>
    <w:p>
      <w:pPr>
        <w:pStyle w:val="ListBullet"/>
        <w:spacing w:after="60"/>
      </w:pPr>
      <w:r>
        <w:t>Delil ve bilirkişi raporları [EK NUMARASI / TARİH]</w:t>
      </w:r>
    </w:p>
    <w:p>
      <w:pPr>
        <w:pStyle w:val="ListBullet"/>
        <w:spacing w:after="60"/>
      </w:pPr>
      <w:r>
        <w:t>UYAP, kurum ve sicil kayıtları ile hukuka uygun diğer deliller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r>
        <w:t>1. Kararın bozulması,</w:t>
      </w:r>
    </w:p>
    <w:p>
      <w:r>
        <w:t>2. Dosyanın yeniden karar verilmek üzere gönderilmesi,</w:t>
      </w:r>
    </w:p>
    <w:p>
      <w:r>
        <w:t>3. Duruşmalı inceleme koşulu varsa uygulanması,</w:t>
      </w:r>
    </w:p>
    <w:p>
      <w:r>
        <w:t>4. Yargılama veya başvuru giderleri ile varsa vekâlet ücretinin hukuki durumuna göre karara bağlanmasına karar verilmesini saygıyla arz ve talep ederim. [TARİH]</w:t>
      </w:r>
    </w:p>
    <w:p>
      <w:pPr>
        <w:jc w:val="right"/>
      </w:pPr>
      <w:r>
        <w:rPr>
          <w:b/>
        </w:rPr>
        <w:t>Başvuran / Davacı</w:t>
        <w:br/>
        <w:t>[AD SOYAD]</w:t>
        <w:br/>
        <w:t>[İMZA]</w:t>
      </w:r>
    </w:p>
    <w:p>
      <w:pPr>
        <w:pStyle w:val="Heading1"/>
      </w:pPr>
      <w:r>
        <w:t>EKLER</w:t>
      </w:r>
    </w:p>
    <w:p>
      <w:r>
        <w:t>1. BAM kararı</w:t>
      </w:r>
    </w:p>
    <w:p>
      <w:r>
        <w:t>2. Tebligat belgesi</w:t>
      </w:r>
    </w:p>
    <w:p>
      <w:r>
        <w:t>3. İlk derece kararı</w:t>
      </w:r>
    </w:p>
    <w:p>
      <w:r>
        <w:t>4. Duruşma tutanakları</w:t>
      </w:r>
    </w:p>
    <w:p>
      <w:r>
        <w:t>5. Delil ve bilirkişi raporları</w:t>
      </w:r>
    </w:p>
    <w:p>
      <w:r>
        <w:br w:type="page"/>
      </w:r>
    </w:p>
    <w:p>
      <w:pPr>
        <w:pStyle w:val="Title"/>
      </w:pPr>
      <w:r>
        <w:t>ŞABLONU DOSYAYA UYARLAMA VE SON KONTROL</w:t>
      </w:r>
    </w:p>
    <w:p>
      <w:pPr>
        <w:pStyle w:val="Heading1"/>
      </w:pPr>
      <w:r>
        <w:t>Süre Kontrolü</w:t>
      </w:r>
    </w:p>
    <w:p>
      <w:r>
        <w:t>Bölge adliye mahkemesi kararının tebliğinden itibaren iki haftadır.</w:t>
      </w:r>
    </w:p>
    <w:p>
      <w:pPr>
        <w:pStyle w:val="Heading1"/>
      </w:pPr>
      <w:r>
        <w:t>Görev ve Yetki Kontrolü</w:t>
      </w:r>
    </w:p>
    <w:p>
      <w:r>
        <w:t>Kararı veren bölge adliye mahkemesi veya temyiz dilekçesini kabul eden merci</w:t>
      </w:r>
    </w:p>
    <w:p>
      <w:pPr>
        <w:pStyle w:val="Heading1"/>
      </w:pPr>
      <w:r>
        <w:t>İspat Planı</w:t>
      </w:r>
    </w:p>
    <w:p>
      <w:pPr>
        <w:pStyle w:val="ListBullet"/>
        <w:spacing w:after="60"/>
      </w:pPr>
      <w:r>
        <w:t>Bölge adliye mahkemesi kararı → BAM kararı</w:t>
      </w:r>
    </w:p>
    <w:p>
      <w:pPr>
        <w:pStyle w:val="ListBullet"/>
        <w:spacing w:after="60"/>
      </w:pPr>
      <w:r>
        <w:t>Tebliğ tarihi → Tebligat belgesi</w:t>
      </w:r>
    </w:p>
    <w:p>
      <w:pPr>
        <w:pStyle w:val="ListBullet"/>
        <w:spacing w:after="60"/>
      </w:pPr>
      <w:r>
        <w:t>Temyize açıklık → İlk derece kararı</w:t>
      </w:r>
    </w:p>
    <w:p>
      <w:pPr>
        <w:pStyle w:val="ListBullet"/>
        <w:spacing w:after="60"/>
      </w:pPr>
      <w:r>
        <w:t>Hukuka aykırılık nedenleri → Duruşma tutanakları</w:t>
      </w:r>
    </w:p>
    <w:p>
      <w:pPr>
        <w:pStyle w:val="ListBullet"/>
        <w:spacing w:after="60"/>
      </w:pPr>
      <w:r>
        <w:t>Bozma talebi → Delil ve bilirkişi raporları</w:t>
      </w:r>
    </w:p>
    <w:p>
      <w:pPr>
        <w:pStyle w:val="Heading1"/>
      </w:pPr>
      <w:r>
        <w:t>İmzadan Önce Kontrol Listesi</w:t>
      </w:r>
    </w:p>
    <w:p>
      <w:pPr>
        <w:pStyle w:val="ListBullet"/>
        <w:spacing w:after="60"/>
      </w:pPr>
      <w:r>
        <w:t>☐ Tebliğ/öğrenme tarihi ve son gün hesaplandı.</w:t>
      </w:r>
    </w:p>
    <w:p>
      <w:pPr>
        <w:pStyle w:val="ListBullet"/>
        <w:spacing w:after="60"/>
      </w:pPr>
      <w:r>
        <w:t>☐ Görevli ve yetkili merci doğrulandı.</w:t>
      </w:r>
    </w:p>
    <w:p>
      <w:pPr>
        <w:pStyle w:val="ListBullet"/>
        <w:spacing w:after="60"/>
      </w:pPr>
      <w:r>
        <w:t>☐ Taraf adları, kimlik/vergi numaraları ve adresler kontrol edildi.</w:t>
      </w:r>
    </w:p>
    <w:p>
      <w:pPr>
        <w:pStyle w:val="ListBullet"/>
        <w:spacing w:after="60"/>
      </w:pPr>
      <w:r>
        <w:t>☐ Her vakıa ilgili delille eşleştirildi.</w:t>
      </w:r>
    </w:p>
    <w:p>
      <w:pPr>
        <w:pStyle w:val="ListBullet"/>
        <w:spacing w:after="60"/>
      </w:pPr>
      <w:r>
        <w:t>☐ Talep sonucu açık, numaralı ve uygulanabilir yazıldı.</w:t>
      </w:r>
    </w:p>
    <w:p>
      <w:pPr>
        <w:pStyle w:val="ListBullet"/>
        <w:spacing w:after="60"/>
      </w:pPr>
      <w:r>
        <w:t>☐ Harç, gider avansı ve zorunlu başvuru koşulları kontrol edildi.</w:t>
      </w:r>
    </w:p>
    <w:p>
      <w:pPr>
        <w:pStyle w:val="ListBullet"/>
        <w:spacing w:after="60"/>
      </w:pPr>
      <w:r>
        <w:t>☐ Ekler okunaklı, kronolojik ve kişisel veriler bakımından ölçülü hazırlandı.</w:t>
      </w:r>
    </w:p>
    <w:p>
      <w:pPr>
        <w:pStyle w:val="Heading1"/>
      </w:pPr>
      <w:r>
        <w:t>Hukuki Bilgilendirme</w:t>
      </w:r>
    </w:p>
    <w:p>
      <w:r>
        <w:t>Şablon genel bilgilendirme amacı taşır. Süreli işlerde tebliğ belgesi ve dosyanın tamamı incelenmeden yalnız internet örneğine dayanılarak işlem yapılmamalıdır. Bakırcı &amp; Keskin Hukuk Bürosunun tek fiziksel ofisi Mersin’dedir; görev ve yetki kuralları elverdiğinde Türkiye genelindeki dosyalar Mersin’den yönetilir ve koordine edilir.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5" w:right="1077" w:bottom="879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color w:val="64748B"/>
        <w:sz w:val="16"/>
      </w:rPr>
      <w:t>halilbakirci.av.tr  •  Genel şablon — somut dosyaya uyarlanmalıdır.</w:t>
    </w:r>
  </w:p>
  <w:p>
    <w:pPr>
      <w:jc w:val="right"/>
    </w:pPr>
    <w:r>
      <w:rPr>
        <w:color w:val="64748B"/>
        <w:sz w:val="16"/>
      </w:rPr>
      <w:t xml:space="preserve">Sayfa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633"/>
      <w:gridCol w:w="3118"/>
    </w:tblGrid>
    <w:tr>
      <w:tc>
        <w:tcPr>
          <w:tcW w:type="dxa" w:w="4876"/>
          <w:shd w:fill="0F172A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</w:pPr>
          <w:r>
            <w:rPr>
              <w:b/>
              <w:color w:val="FFFFFF"/>
              <w:sz w:val="18"/>
            </w:rPr>
            <w:t>BAKIRCI &amp; KESKİN HUKUK BÜROSU</w:t>
          </w:r>
        </w:p>
      </w:tc>
      <w:tc>
        <w:tcPr>
          <w:tcW w:type="dxa" w:w="4876"/>
          <w:shd w:fill="E3BD58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  <w:jc w:val="center"/>
          </w:pPr>
          <w:r>
            <w:rPr>
              <w:b/>
              <w:color w:val="0F172A"/>
              <w:sz w:val="16"/>
            </w:rPr>
            <w:t>DİLEKÇE KÜTÜPHANESİ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10" w:line="259" w:lineRule="auto"/>
    </w:pPr>
    <w:rPr>
      <w:rFonts w:ascii="DejaVu Sans" w:hAnsi="DejaVu Sans"/>
      <w:color w:val="1F2937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E3A8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0F172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DejaVu Sans" w:hAnsi="DejaVu Sans"/>
      <w:b/>
      <w:color w:val="0F172A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Hukuk Davasında Temyiz Dilekçesi Örneği</dc:title>
  <dc:subject>Hukuk Yargılaması</dc:subject>
  <dc:creator>Av. Halil Bakırcı</dc:creator>
  <cp:keywords>hukuk temyiz dilekçesi örneği, Word dilekçe, Hukuk Yargılaması</cp:keywords>
  <dc:description>Genel hukuk şablonu; somut dosyaya uyarlanmalıdır.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