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[OLGUNLAŞAN ÜRÜNÜ TOPLAYAN DİĞER TARAFIN ADI / UNVANI]’NA</w:t>
      </w:r>
    </w:p>
    <w:p>
      <w:pPr/>
      <w:r>
        <w:rPr>
          <w:b/>
        </w:rPr>
        <w:t>Talepte bulunan:</w:t>
      </w:r>
      <w:r>
        <w:rPr>
          <w:b w:val="0"/>
        </w:rPr>
        <w:t xml:space="preserve"> [Ad soyad / unvan, malik veya intifa sahibi sıfatı, adres]</w:t>
      </w:r>
      <w:r>
        <w:br/>
      </w:r>
      <w:r>
        <w:rPr>
          <w:b/>
        </w:rPr>
        <w:t>Taşınmaz ve ürün:</w:t>
      </w:r>
      <w:r>
        <w:rPr>
          <w:b w:val="0"/>
        </w:rPr>
        <w:t xml:space="preserve"> [Ada, parsel, ilgili bölüm, ürün ve üretim dönemi]</w:t>
      </w:r>
      <w:r>
        <w:br/>
      </w:r>
      <w:r>
        <w:rPr>
          <w:b/>
        </w:rPr>
        <w:t>İntifa kaydı:</w:t>
      </w:r>
      <w:r>
        <w:rPr>
          <w:b w:val="0"/>
        </w:rPr>
        <w:t xml:space="preserve"> [Kuruluş belgesi ve ilgili süre]</w:t>
      </w:r>
      <w:r>
        <w:br/>
      </w:r>
      <w:r>
        <w:rPr>
          <w:b/>
        </w:rPr>
        <w:t>Konu:</w:t>
      </w:r>
      <w:r>
        <w:rPr>
          <w:b w:val="0"/>
        </w:rPr>
        <w:t xml:space="preserve"> TMK m.804/2 uyarınca ekim veya dikim giderleri için uygun bedel talebidir.</w:t>
      </w:r>
    </w:p>
    <w:p>
      <w:pPr/>
      <w:r>
        <w:rPr>
          <w:b/>
        </w:rPr>
        <w:t>Açıklamalar:</w:t>
      </w:r>
      <w:r>
        <w:br/>
      </w:r>
      <w:r>
        <w:rPr>
          <w:b w:val="0"/>
        </w:rPr>
        <w:t>1. Belirtilen ürünün ekimi / dikimi [tarih ve gerçek faaliyet] kapsamında tarafımdan yapılmış veya hesabıma yaptırılmıştır. Sıfatım ve intifa ilişkisi [belgeler] ile açıklanmaktadır.</w:t>
      </w:r>
      <w:r>
        <w:br/>
      </w:r>
      <w:r>
        <w:rPr>
          <w:b w:val="0"/>
        </w:rPr>
        <w:t>2. Olgunlaşan ürün [tarih / dönem] itibarıyla tarafınızca toplanmıştır. Ürün ve toplama kayıtları [belgeler] şeklindedir.</w:t>
      </w:r>
      <w:r>
        <w:br/>
      </w:r>
      <w:r>
        <w:rPr>
          <w:b w:val="0"/>
        </w:rPr>
        <w:t>3. Yaptığım giderler ekli çizelgede tarih, tutar, ödeme ve ürün bağlantısıyla gösterilmiştir. İlgili belgeli gider toplamı [tutar] TL; ürün değerinin dayanağı [belge ve açıklama] şeklindedir. Önceki ödeme ve iadeler [bilgi] olarak ayrıca gösterilmiştir.</w:t>
      </w:r>
    </w:p>
    <w:p>
      <w:pPr/>
      <w:r>
        <w:rPr>
          <w:b/>
        </w:rPr>
        <w:t>Sonuç ve talep:</w:t>
      </w:r>
      <w:r>
        <w:rPr>
          <w:b w:val="0"/>
        </w:rPr>
        <w:t xml:space="preserve"> TMK m.804/2 uyarınca yaptığım ekim / dikim giderleri için ürün değerini aşmamak üzere [talep edilen uygun bedel] TL'nin ödenmesini; gider veya değer hesabına itirazınız varsa ilgili satır ve belgeyle açıklanmasını talep ederim. Cevabın [adres] üzerinden iletilmesini, ödeme açıklamasında [ürün ve dönem] bilgisinin belirtilmesini istiyorum.</w:t>
      </w:r>
    </w:p>
    <w:p>
      <w:pPr/>
      <w:r>
        <w:rPr>
          <w:b/>
        </w:rPr>
        <w:t>Ekler:</w:t>
      </w:r>
      <w:r>
        <w:rPr>
          <w:b w:val="0"/>
        </w:rPr>
        <w:t xml:space="preserve"> [Mülkiyet ve intifa belgesi], [üretim ve toplama kayıtları], [gider ve ödeme belgeleri], [ürün değeri belgesi], [gider çizelgesi].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yetkili]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Ürün ve gider dökümü</w:t>
      </w:r>
    </w:p>
    <w:p>
      <w:r>
        <w:t>Ek olarak sunulacaksa yalnız doğrulanmış bilgileri yazın. Birden fazla ürün için ayrı sayfa kullanın.</w:t>
      </w:r>
    </w:p>
    <w:p>
      <w:pPr>
        <w:pStyle w:val="Heading2"/>
      </w:pPr>
      <w:r>
        <w:t>Ürün ve zaman çizelgesi</w:t>
      </w:r>
    </w:p>
    <w:p>
      <w:r>
        <w:t>Parsel / ilgili bölüm / ürün: [Doldurunuz]</w:t>
        <w:br/>
        <w:t>İntifa başlangıcı / sonu / belge: [Doldurunuz]</w:t>
        <w:br/>
        <w:t>Ekimi veya dikimi yapan taraf / tarih: [Doldurunuz]</w:t>
        <w:br/>
        <w:t>Olgunlaşma dönemi / dayanak: [Doldurunuz]</w:t>
        <w:br/>
        <w:t>Ürünü toplayan taraf / tarih / miktar: [Doldurunuz]</w:t>
      </w:r>
    </w:p>
    <w:p>
      <w:pPr>
        <w:pStyle w:val="Heading2"/>
      </w:pPr>
      <w:r>
        <w:t>Her gider için tekrarlanacak satır</w:t>
      </w:r>
    </w:p>
    <w:p>
      <w:r>
        <w:t>Gider sıra no / tarih / açıklama: [Doldurunuz]</w:t>
        <w:br/>
        <w:t>Belge no / toplam tutar: [Doldurunuz]</w:t>
        <w:br/>
        <w:t>Bu ürüne ayrılan tutar / ayırma dayanağı: [Doldurunuz]</w:t>
        <w:br/>
        <w:t>Ödeyen kişi / ödeme kaydı: [Doldurunuz]</w:t>
        <w:br/>
        <w:t>İade veya daha önce karşılanan tutar: [Varsa]</w:t>
      </w:r>
    </w:p>
    <w:p>
      <w:pPr>
        <w:pStyle w:val="Heading2"/>
      </w:pPr>
      <w:r>
        <w:t>Talep hesabı</w:t>
      </w:r>
    </w:p>
    <w:p>
      <w:r>
        <w:t>İlgili giderlerin toplamı: [Tutar]</w:t>
        <w:br/>
        <w:t>Ürün değeri ve belge dayanağı: [Tutar / belge]</w:t>
        <w:br/>
        <w:t>Ürün değerini aşmayan uygun bedel talebi: [Tutar]</w:t>
        <w:br/>
        <w:t>Hesapta inceleme bekleyen bilgi: [Varsa]</w:t>
        <w:br/>
        <w:t>Ekteki belgeler: [Numaralandırınız]</w:t>
      </w:r>
    </w:p>
    <w:p>
      <w:r>
        <w:rPr>
          <w:sz w:val="20"/>
        </w:rPr>
        <w:t>TMK m.804/2: Gideri yapan malik veya intifa sahibi, olgunlaşan ürünü toplayan diğer taraftan ürün değerini aşmayan uygun bedel isteyebilir. Gider toplamı kendiliğinden kesin alacak değildir.</w:t>
      </w:r>
    </w:p>
    <w:p>
      <w:r>
        <w:br w:type="page"/>
      </w:r>
    </w:p>
    <w:p>
      <w:pPr>
        <w:pStyle w:val="Title"/>
      </w:pPr>
      <w:r>
        <w:t>Cevap ve ödeme takip formu</w:t>
      </w:r>
    </w:p>
    <w:p>
      <w:r>
        <w:t>Bu sayfa başvuranda kalır. Aynı gideri veya ödemeyi iki kez saymayın.</w:t>
      </w:r>
    </w:p>
    <w:p>
      <w:pPr>
        <w:pStyle w:val="Heading2"/>
      </w:pPr>
      <w:r>
        <w:t>Gönderim ve cevap</w:t>
      </w:r>
    </w:p>
    <w:p>
      <w:r>
        <w:t>Gönderilen dilekçe / çizelge sürümü: [Doldurunuz]</w:t>
        <w:br/>
        <w:t>Gönderim / ulaşma tarihi ve kayıt: [Doldurunuz]</w:t>
        <w:br/>
        <w:t>Cevap tarihi / kabul edilen kalemler: [Doldurunuz]</w:t>
        <w:br/>
        <w:t>İtiraz edilen satır ve gerekçe: [Doldurunuz]</w:t>
      </w:r>
    </w:p>
    <w:p>
      <w:pPr>
        <w:pStyle w:val="Heading2"/>
      </w:pPr>
      <w:r>
        <w:t>Düzeltme ve mutabakat</w:t>
      </w:r>
    </w:p>
    <w:p>
      <w:r>
        <w:t>Yeni belge / düzeltilen satır: [Varsa]</w:t>
        <w:br/>
        <w:t>Önceki tutar / düzeltilmiş tutar / neden: [Doldurunuz]</w:t>
        <w:br/>
        <w:t>Kabul edilen ürün değeri ve bedel: [Doldurunuz]</w:t>
        <w:br/>
        <w:t>Anlaşma tarihi / kapsadığı ürün ve dönem: [Doldurunuz]</w:t>
        <w:br/>
        <w:t>Çözülmeyen ayrı konu: [Varsa]</w:t>
      </w:r>
    </w:p>
    <w:p>
      <w:pPr>
        <w:pStyle w:val="Heading2"/>
      </w:pPr>
      <w:r>
        <w:t>Ödeme ve kapanış</w:t>
      </w:r>
    </w:p>
    <w:p>
      <w:r>
        <w:t>Ödeme tarihi / tutarı / açıklaması: [Doldurunuz]</w:t>
        <w:br/>
        <w:t>Ödeme belgesi: [Doldurunuz]</w:t>
        <w:br/>
        <w:t>Kısmi ödeme sonrası kalan hesap: [Doldurunuz]</w:t>
        <w:br/>
        <w:t>Son çizelge sürümü ve ekleri: [Doldurunuz]</w:t>
        <w:br/>
        <w:t>Geri verme tarihi / süre değerlendirmesi: [Varsa]</w:t>
      </w:r>
    </w:p>
    <w:p>
      <w:r>
        <w:rPr>
          <w:sz w:val="20"/>
        </w:rPr>
        <w:t>TMK m.804 doğal ürün hesabını; m.805 dönemsel gelirleri düzenler. Kiracının yetiştirme gideri farklıdır. Geri verme anındaki istemler yönünden m.802 ayrıca incelenir. Bu talep yazısı bütün süreleri kendiliğinden korumaz ve ürüne el koyma yetkisi vermez.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İntifada ekim ve dikim gideri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