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İşçiye ait eşyanın geri verilmesi talebi</w:t>
      </w:r>
    </w:p>
    <w:p>
      <w:pPr>
        <w:jc w:val="center"/>
      </w:pPr>
      <w:r>
        <w:rPr>
          <w:b/>
        </w:rPr>
        <w:t>[İŞVERENİN TAM UNVANI / ADI SOYADI]</w:t>
        <w:br/>
        <w:t>[TEBLİGAT VEYA BAŞVURU ADRESİ]</w:t>
      </w:r>
    </w:p>
    <w:p>
      <w:r>
        <w:t>TALEP EDEN: [Ad soyad ve adres]</w:t>
        <w:br/>
        <w:t>ÇALIŞILAN İŞYERİ: [Şube / birim ve adres]</w:t>
        <w:br/>
        <w:t>KONU: Sona eren hizmet sözleşmesi kapsamında tarafınıza teslim edilmiş bana ait eşyanın TBK m.443 uyarınca geri verilmesi ve teslim işleminin düzenlenmesi talebidir.</w:t>
      </w:r>
    </w:p>
    <w:p>
      <w:pPr>
        <w:pStyle w:val="Heading2"/>
        <w:keepNext/>
      </w:pPr>
      <w:r>
        <w:rPr>
          <w:b/>
        </w:rPr>
        <w:t>AÇIKLAMALAR</w:t>
      </w:r>
    </w:p>
    <w:p>
      <w:r>
        <w:t>1. İşvereniniz nezdindeki hizmet ilişkim [başlangıç tarihi] tarihinde başladı ve [sona erme tarihi] tarihinde sona erdi. Sona ermeyi gösteren [belge adı ve tarihi] Ek-1'de sunulmuştur.</w:t>
      </w:r>
    </w:p>
    <w:p>
      <w:r>
        <w:t>2. Hizmetle ilişkili olarak tarafınıza teslim ettiğim, bana ait [eşyanın tanımı, marka/model, seri numarası veya ayırt edici bilgisi] henüz tarafıma geri verilmemiştir. Her kalemin sahiplik, teslim tarihi, teslim alan birim ve belge bilgisi Ek-2 iade çizelgesinde; dayanak kayıtları Ek-3'te bulunmaktadır. Önceden geri aldığım kalemler bu talep listesinden çıkarılmıştır.</w:t>
      </w:r>
    </w:p>
    <w:p>
      <w:r>
        <w:t>3. TBK m.443, sözleşmenin sona ermesinde tarafların hizmetle ilişkili aldıkları şeyleri geri verme yükümlülüğünü düzenlemektedir. Ek-2'deki eşyanın mevcut bulunduğu yerin, teslimi yapacak yetkilinin ve önerilen teslim gününün yazılı olarak bildirilmesini; eşyanın aksesuar ve belge asıllarıyla birlikte tutanak düzenlenerek tarafıma geri verilmesini talep ediyorum.</w:t>
      </w:r>
    </w:p>
    <w:p>
      <w:r>
        <w:t>4. İade edilmeyen kalem yönünden hapis hakkı veya başka bir alıkoyma gerekçesi ileri sürülüyorsa bunun hangi kaleme, hangi alacağa ve hangi hukuki dayanağa ilişkin olduğunun, ilgili belgelerle birlikte ayrı ayrı açıklanmasını istiyorum. Bu talep, ileri sürülen alacağın veya alıkoyma gerekçesinin kabulü değildir.</w:t>
      </w:r>
    </w:p>
    <w:p>
      <w:pPr>
        <w:pStyle w:val="Heading2"/>
        <w:keepNext/>
      </w:pPr>
      <w:r>
        <w:rPr>
          <w:b/>
        </w:rPr>
        <w:t>SONUÇ VE TALEP</w:t>
      </w:r>
    </w:p>
    <w:p>
      <w:r>
        <w:t>Ek-2'de tanımlanan bana ait eşyanın mevcut durumunun korunmasını; teslim yeri, gün ve yetkili bilgilerinin [yazılı cevap adresi] üzerinden bildirilmesini; geri vermenin kalem bazında düzenlenecek tutanakla gerçekleştirilmesini talep ederim. Fiilen teslim edilmemiş kalemler ve belgelerde görülen farklılıklar tutanakta ayrıca gösterilmelidir. Bu başvuru işçilik alacakları bakımından ibra, sulh veya feragat beyanı içermez.</w:t>
      </w:r>
    </w:p>
    <w:p>
      <w:pPr>
        <w:keepLines/>
      </w:pPr>
      <w:r>
        <w:t>Tarih: [Gün / ay / yıl]</w:t>
        <w:br/>
        <w:t>Talep eden: [Ad soyad]</w:t>
        <w:br/>
        <w:t>İmza:</w:t>
      </w:r>
    </w:p>
    <w:p>
      <w:r>
        <w:rPr>
          <w:b/>
        </w:rPr>
        <w:t>EKLER</w:t>
        <w:br/>
        <w:t>1. Hizmet ilişkisinin sona ermesini gösteren belge.</w:t>
        <w:br/>
        <w:t>2. İadesi istenen eşya çizelgesi.</w:t>
        <w:br/>
        <w:t>3. Sahiplik ve işverene teslim kayıtları.</w:t>
        <w:br/>
        <w:t>4. İade konusunda yapılmış ilgili yazışmalar.</w:t>
      </w:r>
    </w:p>
    <w:p>
      <w:r>
        <w:br w:type="page"/>
      </w:r>
    </w:p>
    <w:p>
      <w:pPr>
        <w:pStyle w:val="Title"/>
      </w:pPr>
      <w:r>
        <w:t>İadesi istenen eşya çizelgesi</w:t>
      </w:r>
    </w:p>
    <w:p>
      <w:r>
        <w:t>İşçi: [Ad soyad]</w:t>
      </w:r>
    </w:p>
    <w:p>
      <w:r>
        <w:t>İşveren: [Unvan]</w:t>
      </w:r>
    </w:p>
    <w:p>
      <w:r>
        <w:t>Sözleşmenin sona erme tarihi: [Tarih]</w:t>
      </w:r>
    </w:p>
    <w:p>
      <w:r>
        <w:t>Yalnız henüz geri alınmamış eşyayı yazın. Seri numarası bilinmiyorsa ayırt edici özelliği belirtin. Her sahiplik ve teslim belgesini ek numarasıyla eşleştirin.</w:t>
      </w:r>
    </w:p>
    <w:tbl>
      <w:tblPr>
        <w:tblW w:type="auto" w:w="0"/>
        <w:tblLayout w:type="fixed"/>
        <w:tblLook w:firstColumn="1" w:firstRow="1" w:lastColumn="0" w:lastRow="0" w:noHBand="0" w:noVBand="1" w:val="04A0"/>
      </w:tblPr>
      <w:tblGrid>
        <w:gridCol w:w="2484"/>
        <w:gridCol w:w="2484"/>
        <w:gridCol w:w="2484"/>
        <w:gridCol w:w="2484"/>
      </w:tblGrid>
      <w:tr>
        <w:tc>
          <w:tcPr>
            <w:tcW w:type="dxa" w:w="3024"/>
            <w:shd w:fill="E7ECF2"/>
            <w:tcBorders>
              <w:top w:val="single" w:sz="4" w:color="D9D9D9"/>
              <w:left w:val="single" w:sz="4" w:color="D9D9D9"/>
              <w:bottom w:val="single" w:sz="4" w:color="D9D9D9"/>
              <w:right w:val="single" w:sz="4" w:color="D9D9D9"/>
            </w:tcBorders>
          </w:tcPr>
          <w:p>
            <w:pPr>
              <w:spacing w:after="240" w:before="200"/>
            </w:pPr>
            <w:r>
              <w:t>Eşya ve ayırt edici bilgi</w:t>
            </w:r>
          </w:p>
        </w:tc>
        <w:tc>
          <w:tcPr>
            <w:tcW w:type="dxa" w:w="1872"/>
            <w:shd w:fill="E7ECF2"/>
            <w:tcBorders>
              <w:top w:val="single" w:sz="4" w:color="D9D9D9"/>
              <w:left w:val="single" w:sz="4" w:color="D9D9D9"/>
              <w:bottom w:val="single" w:sz="4" w:color="D9D9D9"/>
              <w:right w:val="single" w:sz="4" w:color="D9D9D9"/>
            </w:tcBorders>
          </w:tcPr>
          <w:p>
            <w:pPr>
              <w:spacing w:after="240" w:before="200"/>
            </w:pPr>
            <w:r>
              <w:t>Sahiplik belgesi</w:t>
            </w:r>
          </w:p>
        </w:tc>
        <w:tc>
          <w:tcPr>
            <w:tcW w:type="dxa" w:w="2160"/>
            <w:shd w:fill="E7ECF2"/>
            <w:tcBorders>
              <w:top w:val="single" w:sz="4" w:color="D9D9D9"/>
              <w:left w:val="single" w:sz="4" w:color="D9D9D9"/>
              <w:bottom w:val="single" w:sz="4" w:color="D9D9D9"/>
              <w:right w:val="single" w:sz="4" w:color="D9D9D9"/>
            </w:tcBorders>
          </w:tcPr>
          <w:p>
            <w:pPr>
              <w:spacing w:after="240" w:before="200"/>
            </w:pPr>
            <w:r>
              <w:t>İşverene teslim kaydı</w:t>
            </w:r>
          </w:p>
        </w:tc>
        <w:tc>
          <w:tcPr>
            <w:tcW w:type="dxa" w:w="2736"/>
            <w:shd w:fill="E7ECF2"/>
            <w:tcBorders>
              <w:top w:val="single" w:sz="4" w:color="D9D9D9"/>
              <w:left w:val="single" w:sz="4" w:color="D9D9D9"/>
              <w:bottom w:val="single" w:sz="4" w:color="D9D9D9"/>
              <w:right w:val="single" w:sz="4" w:color="D9D9D9"/>
            </w:tcBorders>
          </w:tcPr>
          <w:p>
            <w:pPr>
              <w:spacing w:after="240" w:before="200"/>
            </w:pPr>
            <w:r>
              <w:t>Son yer ve iade açıklaması</w:t>
            </w:r>
          </w:p>
        </w:tc>
      </w:tr>
      <w:tr>
        <w:tc>
          <w:tcPr>
            <w:tcW w:type="dxa" w:w="3024"/>
            <w:tcBorders>
              <w:top w:val="single" w:sz="4" w:color="D9D9D9"/>
              <w:left w:val="single" w:sz="4" w:color="D9D9D9"/>
              <w:bottom w:val="single" w:sz="4" w:color="D9D9D9"/>
              <w:right w:val="single" w:sz="4" w:color="D9D9D9"/>
            </w:tcBorders>
          </w:tcPr>
          <w:p>
            <w:pPr>
              <w:spacing w:after="240" w:before="200"/>
            </w:pPr>
            <w:r>
              <w:t>[Bilgi]</w:t>
            </w:r>
          </w:p>
        </w:tc>
        <w:tc>
          <w:tcPr>
            <w:tcW w:type="dxa" w:w="1872"/>
            <w:tcBorders>
              <w:top w:val="single" w:sz="4" w:color="D9D9D9"/>
              <w:left w:val="single" w:sz="4" w:color="D9D9D9"/>
              <w:bottom w:val="single" w:sz="4" w:color="D9D9D9"/>
              <w:right w:val="single" w:sz="4" w:color="D9D9D9"/>
            </w:tcBorders>
          </w:tcPr>
          <w:p>
            <w:pPr>
              <w:spacing w:after="240" w:before="200"/>
            </w:pPr>
            <w:r>
              <w:t>[Bilgi]</w:t>
            </w:r>
          </w:p>
        </w:tc>
        <w:tc>
          <w:tcPr>
            <w:tcW w:type="dxa" w:w="2160"/>
            <w:tcBorders>
              <w:top w:val="single" w:sz="4" w:color="D9D9D9"/>
              <w:left w:val="single" w:sz="4" w:color="D9D9D9"/>
              <w:bottom w:val="single" w:sz="4" w:color="D9D9D9"/>
              <w:right w:val="single" w:sz="4" w:color="D9D9D9"/>
            </w:tcBorders>
          </w:tcPr>
          <w:p>
            <w:pPr>
              <w:spacing w:after="240" w:before="200"/>
            </w:pPr>
            <w:r>
              <w:t>[Bilgi]</w:t>
            </w:r>
          </w:p>
        </w:tc>
        <w:tc>
          <w:tcPr>
            <w:tcW w:type="dxa" w:w="2736"/>
            <w:tcBorders>
              <w:top w:val="single" w:sz="4" w:color="D9D9D9"/>
              <w:left w:val="single" w:sz="4" w:color="D9D9D9"/>
              <w:bottom w:val="single" w:sz="4" w:color="D9D9D9"/>
              <w:right w:val="single" w:sz="4" w:color="D9D9D9"/>
            </w:tcBorders>
          </w:tcPr>
          <w:p>
            <w:pPr>
              <w:spacing w:after="240" w:before="200"/>
            </w:pPr>
            <w:r>
              <w:t>[Bilgi]</w:t>
            </w:r>
          </w:p>
        </w:tc>
      </w:tr>
      <w:tr>
        <w:tc>
          <w:tcPr>
            <w:tcW w:type="dxa" w:w="3024"/>
            <w:tcBorders>
              <w:top w:val="single" w:sz="4" w:color="D9D9D9"/>
              <w:left w:val="single" w:sz="4" w:color="D9D9D9"/>
              <w:bottom w:val="single" w:sz="4" w:color="D9D9D9"/>
              <w:right w:val="single" w:sz="4" w:color="D9D9D9"/>
            </w:tcBorders>
          </w:tcPr>
          <w:p>
            <w:pPr>
              <w:spacing w:after="240" w:before="200"/>
            </w:pPr>
            <w:r>
              <w:t>[Bilgi]</w:t>
            </w:r>
          </w:p>
        </w:tc>
        <w:tc>
          <w:tcPr>
            <w:tcW w:type="dxa" w:w="1872"/>
            <w:tcBorders>
              <w:top w:val="single" w:sz="4" w:color="D9D9D9"/>
              <w:left w:val="single" w:sz="4" w:color="D9D9D9"/>
              <w:bottom w:val="single" w:sz="4" w:color="D9D9D9"/>
              <w:right w:val="single" w:sz="4" w:color="D9D9D9"/>
            </w:tcBorders>
          </w:tcPr>
          <w:p>
            <w:pPr>
              <w:spacing w:after="240" w:before="200"/>
            </w:pPr>
            <w:r>
              <w:t>[Bilgi]</w:t>
            </w:r>
          </w:p>
        </w:tc>
        <w:tc>
          <w:tcPr>
            <w:tcW w:type="dxa" w:w="2160"/>
            <w:tcBorders>
              <w:top w:val="single" w:sz="4" w:color="D9D9D9"/>
              <w:left w:val="single" w:sz="4" w:color="D9D9D9"/>
              <w:bottom w:val="single" w:sz="4" w:color="D9D9D9"/>
              <w:right w:val="single" w:sz="4" w:color="D9D9D9"/>
            </w:tcBorders>
          </w:tcPr>
          <w:p>
            <w:pPr>
              <w:spacing w:after="240" w:before="200"/>
            </w:pPr>
            <w:r>
              <w:t>[Bilgi]</w:t>
            </w:r>
          </w:p>
        </w:tc>
        <w:tc>
          <w:tcPr>
            <w:tcW w:type="dxa" w:w="2736"/>
            <w:tcBorders>
              <w:top w:val="single" w:sz="4" w:color="D9D9D9"/>
              <w:left w:val="single" w:sz="4" w:color="D9D9D9"/>
              <w:bottom w:val="single" w:sz="4" w:color="D9D9D9"/>
              <w:right w:val="single" w:sz="4" w:color="D9D9D9"/>
            </w:tcBorders>
          </w:tcPr>
          <w:p>
            <w:pPr>
              <w:spacing w:after="240" w:before="200"/>
            </w:pPr>
            <w:r>
              <w:t>[Bilgi]</w:t>
            </w:r>
          </w:p>
        </w:tc>
      </w:tr>
      <w:tr>
        <w:tc>
          <w:tcPr>
            <w:tcW w:type="dxa" w:w="3024"/>
            <w:tcBorders>
              <w:top w:val="single" w:sz="4" w:color="D9D9D9"/>
              <w:left w:val="single" w:sz="4" w:color="D9D9D9"/>
              <w:bottom w:val="single" w:sz="4" w:color="D9D9D9"/>
              <w:right w:val="single" w:sz="4" w:color="D9D9D9"/>
            </w:tcBorders>
          </w:tcPr>
          <w:p>
            <w:pPr>
              <w:spacing w:after="240" w:before="200"/>
            </w:pPr>
            <w:r>
              <w:t>[Bilgi]</w:t>
            </w:r>
          </w:p>
        </w:tc>
        <w:tc>
          <w:tcPr>
            <w:tcW w:type="dxa" w:w="1872"/>
            <w:tcBorders>
              <w:top w:val="single" w:sz="4" w:color="D9D9D9"/>
              <w:left w:val="single" w:sz="4" w:color="D9D9D9"/>
              <w:bottom w:val="single" w:sz="4" w:color="D9D9D9"/>
              <w:right w:val="single" w:sz="4" w:color="D9D9D9"/>
            </w:tcBorders>
          </w:tcPr>
          <w:p>
            <w:pPr>
              <w:spacing w:after="240" w:before="200"/>
            </w:pPr>
            <w:r>
              <w:t>[Bilgi]</w:t>
            </w:r>
          </w:p>
        </w:tc>
        <w:tc>
          <w:tcPr>
            <w:tcW w:type="dxa" w:w="2160"/>
            <w:tcBorders>
              <w:top w:val="single" w:sz="4" w:color="D9D9D9"/>
              <w:left w:val="single" w:sz="4" w:color="D9D9D9"/>
              <w:bottom w:val="single" w:sz="4" w:color="D9D9D9"/>
              <w:right w:val="single" w:sz="4" w:color="D9D9D9"/>
            </w:tcBorders>
          </w:tcPr>
          <w:p>
            <w:pPr>
              <w:spacing w:after="240" w:before="200"/>
            </w:pPr>
            <w:r>
              <w:t>[Bilgi]</w:t>
            </w:r>
          </w:p>
        </w:tc>
        <w:tc>
          <w:tcPr>
            <w:tcW w:type="dxa" w:w="2736"/>
            <w:tcBorders>
              <w:top w:val="single" w:sz="4" w:color="D9D9D9"/>
              <w:left w:val="single" w:sz="4" w:color="D9D9D9"/>
              <w:bottom w:val="single" w:sz="4" w:color="D9D9D9"/>
              <w:right w:val="single" w:sz="4" w:color="D9D9D9"/>
            </w:tcBorders>
          </w:tcPr>
          <w:p>
            <w:pPr>
              <w:spacing w:after="240" w:before="200"/>
            </w:pPr>
            <w:r>
              <w:t>[Bilgi]</w:t>
            </w:r>
          </w:p>
        </w:tc>
      </w:tr>
      <w:tr>
        <w:tc>
          <w:tcPr>
            <w:tcW w:type="dxa" w:w="3024"/>
            <w:tcBorders>
              <w:top w:val="single" w:sz="4" w:color="D9D9D9"/>
              <w:left w:val="single" w:sz="4" w:color="D9D9D9"/>
              <w:bottom w:val="single" w:sz="4" w:color="D9D9D9"/>
              <w:right w:val="single" w:sz="4" w:color="D9D9D9"/>
            </w:tcBorders>
          </w:tcPr>
          <w:p>
            <w:pPr>
              <w:spacing w:after="240" w:before="200"/>
            </w:pPr>
            <w:r>
              <w:t>[Bilgi]</w:t>
            </w:r>
          </w:p>
        </w:tc>
        <w:tc>
          <w:tcPr>
            <w:tcW w:type="dxa" w:w="1872"/>
            <w:tcBorders>
              <w:top w:val="single" w:sz="4" w:color="D9D9D9"/>
              <w:left w:val="single" w:sz="4" w:color="D9D9D9"/>
              <w:bottom w:val="single" w:sz="4" w:color="D9D9D9"/>
              <w:right w:val="single" w:sz="4" w:color="D9D9D9"/>
            </w:tcBorders>
          </w:tcPr>
          <w:p>
            <w:pPr>
              <w:spacing w:after="240" w:before="200"/>
            </w:pPr>
            <w:r>
              <w:t>[Bilgi]</w:t>
            </w:r>
          </w:p>
        </w:tc>
        <w:tc>
          <w:tcPr>
            <w:tcW w:type="dxa" w:w="2160"/>
            <w:tcBorders>
              <w:top w:val="single" w:sz="4" w:color="D9D9D9"/>
              <w:left w:val="single" w:sz="4" w:color="D9D9D9"/>
              <w:bottom w:val="single" w:sz="4" w:color="D9D9D9"/>
              <w:right w:val="single" w:sz="4" w:color="D9D9D9"/>
            </w:tcBorders>
          </w:tcPr>
          <w:p>
            <w:pPr>
              <w:spacing w:after="240" w:before="200"/>
            </w:pPr>
            <w:r>
              <w:t>[Bilgi]</w:t>
            </w:r>
          </w:p>
        </w:tc>
        <w:tc>
          <w:tcPr>
            <w:tcW w:type="dxa" w:w="2736"/>
            <w:tcBorders>
              <w:top w:val="single" w:sz="4" w:color="D9D9D9"/>
              <w:left w:val="single" w:sz="4" w:color="D9D9D9"/>
              <w:bottom w:val="single" w:sz="4" w:color="D9D9D9"/>
              <w:right w:val="single" w:sz="4" w:color="D9D9D9"/>
            </w:tcBorders>
          </w:tcPr>
          <w:p>
            <w:pPr>
              <w:spacing w:after="240" w:before="200"/>
            </w:pPr>
            <w:r>
              <w:t>[Bilgi]</w:t>
            </w:r>
          </w:p>
        </w:tc>
      </w:tr>
      <w:tr>
        <w:tc>
          <w:tcPr>
            <w:tcW w:type="dxa" w:w="3024"/>
            <w:tcBorders>
              <w:top w:val="single" w:sz="4" w:color="D9D9D9"/>
              <w:left w:val="single" w:sz="4" w:color="D9D9D9"/>
              <w:bottom w:val="single" w:sz="4" w:color="D9D9D9"/>
              <w:right w:val="single" w:sz="4" w:color="D9D9D9"/>
            </w:tcBorders>
          </w:tcPr>
          <w:p>
            <w:pPr>
              <w:spacing w:after="240" w:before="200"/>
            </w:pPr>
            <w:r>
              <w:t>[Bilgi]</w:t>
            </w:r>
          </w:p>
        </w:tc>
        <w:tc>
          <w:tcPr>
            <w:tcW w:type="dxa" w:w="1872"/>
            <w:tcBorders>
              <w:top w:val="single" w:sz="4" w:color="D9D9D9"/>
              <w:left w:val="single" w:sz="4" w:color="D9D9D9"/>
              <w:bottom w:val="single" w:sz="4" w:color="D9D9D9"/>
              <w:right w:val="single" w:sz="4" w:color="D9D9D9"/>
            </w:tcBorders>
          </w:tcPr>
          <w:p>
            <w:pPr>
              <w:spacing w:after="240" w:before="200"/>
            </w:pPr>
            <w:r>
              <w:t>[Bilgi]</w:t>
            </w:r>
          </w:p>
        </w:tc>
        <w:tc>
          <w:tcPr>
            <w:tcW w:type="dxa" w:w="2160"/>
            <w:tcBorders>
              <w:top w:val="single" w:sz="4" w:color="D9D9D9"/>
              <w:left w:val="single" w:sz="4" w:color="D9D9D9"/>
              <w:bottom w:val="single" w:sz="4" w:color="D9D9D9"/>
              <w:right w:val="single" w:sz="4" w:color="D9D9D9"/>
            </w:tcBorders>
          </w:tcPr>
          <w:p>
            <w:pPr>
              <w:spacing w:after="240" w:before="200"/>
            </w:pPr>
            <w:r>
              <w:t>[Bilgi]</w:t>
            </w:r>
          </w:p>
        </w:tc>
        <w:tc>
          <w:tcPr>
            <w:tcW w:type="dxa" w:w="2736"/>
            <w:tcBorders>
              <w:top w:val="single" w:sz="4" w:color="D9D9D9"/>
              <w:left w:val="single" w:sz="4" w:color="D9D9D9"/>
              <w:bottom w:val="single" w:sz="4" w:color="D9D9D9"/>
              <w:right w:val="single" w:sz="4" w:color="D9D9D9"/>
            </w:tcBorders>
          </w:tcPr>
          <w:p>
            <w:pPr>
              <w:spacing w:after="240" w:before="200"/>
            </w:pPr>
            <w:r>
              <w:t>[Bilgi]</w:t>
            </w:r>
          </w:p>
        </w:tc>
      </w:tr>
    </w:tbl>
    <w:p>
      <w:r>
        <w:t>Önceden geri alınan ve talep listesinden çıkarılan kalemler: [Bilgi]</w:t>
      </w:r>
    </w:p>
    <w:p>
      <w:r>
        <w:t>Fiilen iade edilen kalemler, tarih ve mevcut durum: [Bilgi]</w:t>
      </w:r>
    </w:p>
    <w:p>
      <w:r>
        <w:t>İade edilmeyen kalemler ve karşı tarafın açıklaması: [Bilgi]</w:t>
      </w:r>
    </w:p>
    <w:p>
      <w:r>
        <w:t>Çizelgeyi hazırlayan: [Ad soyad]     Tarih: [Tarih]</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İşçiye ait eşyanın işverenden iadesi talebi</dc:title>
  <dc:subject>TBK 443 kapsamında işverene başvuru</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