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spacing w:after="360"/>
        <w:jc w:val="center"/>
      </w:pPr>
      <w:r>
        <w:rPr>
          <w:b/>
        </w:rPr>
        <w:t>KAPORA / BAĞLANMA PARASI İADESİ İHTARNAMESİ</w:t>
      </w:r>
    </w:p>
    <w:p>
      <w:pPr>
        <w:keepLines/>
      </w:pPr>
      <w:r>
        <w:rPr>
          <w:b/>
        </w:rPr>
        <w:t>İHTAR EDEN:</w:t>
      </w:r>
      <w:r>
        <w:rPr>
          <w:b w:val="0"/>
        </w:rPr>
        <w:t xml:space="preserve"> [Ad soyad/unvan, kimlik veya vergi bilgisi, adres]</w:t>
      </w:r>
    </w:p>
    <w:p>
      <w:pPr>
        <w:keepLines/>
      </w:pPr>
      <w:r>
        <w:rPr>
          <w:b/>
        </w:rPr>
        <w:t>MUHATAP:</w:t>
      </w:r>
      <w:r>
        <w:rPr>
          <w:b w:val="0"/>
        </w:rPr>
        <w:t xml:space="preserve"> [Ad soyad/unvan, doğru tebligat adresi]</w:t>
      </w:r>
    </w:p>
    <w:p>
      <w:pPr>
        <w:keepLines/>
      </w:pPr>
      <w:r>
        <w:rPr>
          <w:b/>
        </w:rPr>
        <w:t>KONU:</w:t>
      </w:r>
      <w:r>
        <w:rPr>
          <w:b w:val="0"/>
        </w:rPr>
        <w:t xml:space="preserve"> [Tarih] tarihli [sözleşme/işlem] için ödenen [tutar ve para birimi] bedelin aşağıdaki hukuki sebebe dayanılarak iadesi talebidir.</w:t>
      </w:r>
    </w:p>
    <w:p>
      <w:pPr>
        <w:keepLines/>
      </w:pPr>
      <w:r>
        <w:rPr>
          <w:b/>
        </w:rPr>
        <w:t>AÇIKLAMALAR</w:t>
      </w:r>
    </w:p>
    <w:p>
      <w:pPr>
        <w:keepLines/>
      </w:pPr>
      <w:r>
        <w:rPr>
          <w:b w:val="0"/>
        </w:rPr>
        <w:t>1. Aramızdaki [sözleşmenin tarihi, konusu ve temel edimleri] kapsamında tarafınıza [ödeme tarihi, yöntem ve açıklama] ile [tutar] ödedim. Ödemenin kaydı [dekont/makbuz bilgisi]dir.</w:t>
      </w:r>
    </w:p>
    <w:p>
      <w:pPr>
        <w:keepLines/>
      </w:pPr>
      <w:r>
        <w:rPr>
          <w:b w:val="0"/>
        </w:rPr>
        <w:t>2. İade hakkını doğuran olay [somut olay, tarih ve belge] olup hukuki sebebi [karşılıklı sona erdirme ve iade anlaşması / şartları gerçekleşmiş sözleşmeden dönme / geçersiz veya gerçekleşmemiş sebebe dayanan ödeme / dosyaya uygun diğer sebep]dir. Önceki bildirim ve cevaplar [varsa tarih ve içerik] şeklindedir.</w:t>
      </w:r>
    </w:p>
    <w:p>
      <w:pPr>
        <w:keepLines/>
      </w:pPr>
      <w:r>
        <w:rPr>
          <w:b w:val="0"/>
        </w:rPr>
        <w:t>3. Ödemenin niteliği bakımından sözleşmede [ilgili hüküm ve gerçek açıklama] bulunmaktadır. İstenen tutarın hesabı [ödenen miktar, yapılmış kısmi iade ve bakiye] şeklindedir. [Yalnız TBK 178 kapsamında kararlaştırılmış cayma parası ve muhatabın cayması söz konusuysa, bu anlaşmayı ve iki kat iade hesabını ayrıca açıklayınız.]</w:t>
      </w:r>
    </w:p>
    <w:p>
      <w:pPr>
        <w:keepLines/>
      </w:pPr>
      <w:r>
        <w:rPr>
          <w:b w:val="0"/>
        </w:rPr>
        <w:t>4. Yukarıda gösterilen sebebe dayanan [net tutar] iade borcunun, bu ihtarın tarafınıza ulaşmasından itibaren [somut ilişkiye uygun belirlenen süre] içinde [alacaklıya ait ödeme bilgisi] üzerinden ödenmesini ve ödeme açıklamasında ilgili sözleşmenin belirtilmesini talep ediyorum.</w:t>
      </w:r>
    </w:p>
    <w:p>
      <w:pPr>
        <w:keepLines/>
      </w:pPr>
      <w:r>
        <w:rPr>
          <w:b/>
        </w:rPr>
        <w:t>SONUÇ:</w:t>
      </w:r>
      <w:r>
        <w:rPr>
          <w:b w:val="0"/>
        </w:rPr>
        <w:t xml:space="preserve"> Belirtilen iade borcunun süresinde yerine getirilmesini ihtar ederim. Ödeme yapılmadığında, şartları bulunan faiz ve diğer alacaklar ile uygun takip veya dava yoluna ilişkin haklarımı kullanacağımı bildiririm. Bu bildirimde anılmayan bir kalemin kabul edildiği veya mevcut bir hakkımdan vazgeçildiği anlamı çıkarılamaz.</w:t>
      </w:r>
    </w:p>
    <w:p>
      <w:pPr>
        <w:keepLines/>
      </w:pPr>
      <w:r>
        <w:rPr>
          <w:b/>
        </w:rPr>
        <w:t>Tarih:</w:t>
      </w:r>
      <w:r>
        <w:rPr>
          <w:b w:val="0"/>
        </w:rPr>
        <w:t xml:space="preserve"> [Gün/ay/yıl]</w:t>
      </w:r>
      <w:r>
        <w:br/>
      </w:r>
      <w:r>
        <w:rPr>
          <w:b/>
        </w:rPr>
        <w:t>İhtar eden:</w:t>
      </w:r>
      <w:r>
        <w:rPr>
          <w:b w:val="0"/>
        </w:rPr>
        <w:t xml:space="preserve"> [Ad soyad/unvan]</w:t>
      </w:r>
      <w:r>
        <w:br/>
      </w:r>
      <w:r>
        <w:rPr>
          <w:b/>
        </w:rPr>
        <w:t>İmza</w:t>
      </w:r>
    </w:p>
    <w:p>
      <w:pPr>
        <w:keepLines/>
      </w:pPr>
      <w:r>
        <w:rPr>
          <w:b/>
        </w:rPr>
        <w:t>EKLER:</w:t>
      </w:r>
      <w:r>
        <w:rPr>
          <w:b w:val="0"/>
        </w:rPr>
        <w:t xml:space="preserve"> [Fiilen gönderilen sözleşme, ödeme kaydı ve ilgili yazışmaları numaralayınız.]</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40" w:line="264" w:lineRule="auto"/>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widowControl/>
      <w:spacing w:before="200" w:after="140" w:line="264" w:lineRule="auto"/>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40" w:line="264" w:lineRule="auto"/>
      <w:contextualSpacing/>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Kapora ve Bağlanma Parası İadesi İhtarnamesi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