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Kaybolan sigorta poliçesi için yeni nüsha talep dilekçesi</w:t>
      </w:r>
    </w:p>
    <w:p>
      <w:pPr>
        <w:keepNext/>
        <w:keepLines/>
        <w:jc w:val="center"/>
      </w:pPr>
      <w:r>
        <w:rPr>
          <w:b/>
        </w:rPr>
        <w:t>[SİGORTA ŞİRKETİNİN TAM UNVANI]</w:t>
      </w:r>
      <w:r>
        <w:br/>
      </w:r>
      <w:r>
        <w:rPr>
          <w:b/>
        </w:rPr>
        <w:t>[İLGİLİ BİRİMİNE]</w:t>
      </w:r>
    </w:p>
    <w:p>
      <w:pPr>
        <w:keepLines/>
      </w:pPr>
      <w:r>
        <w:rPr>
          <w:b/>
        </w:rPr>
        <w:t>BAŞVURAN:</w:t>
      </w:r>
      <w:r>
        <w:rPr>
          <w:b w:val="0"/>
        </w:rPr>
        <w:t xml:space="preserve"> [Ad soyad/unvan, kimlik veya vergi numarası, adres]</w:t>
      </w:r>
      <w:r>
        <w:br/>
      </w:r>
      <w:r>
        <w:rPr>
          <w:b/>
        </w:rPr>
        <w:t>SIFATI:</w:t>
      </w:r>
      <w:r>
        <w:rPr>
          <w:b w:val="0"/>
        </w:rPr>
        <w:t xml:space="preserve"> Sigorta ettiren</w:t>
      </w:r>
      <w:r>
        <w:br/>
      </w:r>
      <w:r>
        <w:rPr>
          <w:b/>
        </w:rPr>
        <w:t>VEKİLİ:</w:t>
      </w:r>
      <w:r>
        <w:rPr>
          <w:b w:val="0"/>
        </w:rPr>
        <w:t xml:space="preserve"> [Varsa adı ve temsil bilgisi]</w:t>
      </w:r>
      <w:r>
        <w:br/>
      </w:r>
      <w:r>
        <w:rPr>
          <w:b/>
        </w:rPr>
        <w:t>SÖZLEŞME:</w:t>
      </w:r>
      <w:r>
        <w:rPr>
          <w:b w:val="0"/>
        </w:rPr>
        <w:t xml:space="preserve"> [Poliçe numarası biliniyorsa numara; tür, sigortalanan kişi/varlık, bilinen başlangıç ve bitiş tarihleri]</w:t>
      </w:r>
    </w:p>
    <w:p>
      <w:pPr>
        <w:keepLines/>
      </w:pPr>
      <w:r>
        <w:rPr>
          <w:b/>
        </w:rPr>
        <w:t>KONU:</w:t>
      </w:r>
      <w:r>
        <w:rPr>
          <w:b w:val="0"/>
        </w:rPr>
        <w:t xml:space="preserve"> Kaybolan poliçem yerine TTK 1424/2 uyarınca mevcut sigorta sözleşmesini gösteren yeni poliçe verilmesi, düzenleme giderinin açıklanması ve belirtilen sözleşme eklerinin sunulması talebidir.</w:t>
      </w:r>
    </w:p>
    <w:p>
      <w:pPr>
        <w:keepNext/>
        <w:keepLines/>
      </w:pPr>
      <w:r>
        <w:rPr>
          <w:b/>
        </w:rPr>
        <w:t>AÇIKLAMALAR</w:t>
      </w:r>
    </w:p>
    <w:p>
      <w:pPr>
        <w:keepLines/>
      </w:pPr>
      <w:r>
        <w:rPr>
          <w:b w:val="0"/>
        </w:rPr>
        <w:t>1. [Sigorta türü ve sözleşme bilgileri] kapsamında tarafınızla yapılan sözleşmenin sigorta ettireniyim. Sözleşmeyi tanımlayan mevcut [prim belgesi, önceki bildirim veya acente kaydı] Ek-1'de sunulmuştur. [Poliçe numarası bilinmiyorsa bunun bilinmediği ve sözleşmenin hangi kayıtlarla tanımlandığı yazılır.]</w:t>
      </w:r>
    </w:p>
    <w:p>
      <w:pPr>
        <w:keepLines/>
      </w:pPr>
      <w:r>
        <w:rPr>
          <w:b w:val="0"/>
        </w:rPr>
        <w:t>2. Daha önce tarafıma verilen poliçe nüshasını kaybettim ve mevcut araştırmada belgeye ulaşamadım. Yeni bir sözleşme kurulmasını, poliçenin yenilenmesini veya teminatın değiştirilmesini istemiyorum. Talebim mevcut sözleşmeyi gösteren yeni poliçenin verilmesine yöneliktir.</w:t>
      </w:r>
    </w:p>
    <w:p>
      <w:pPr>
        <w:keepLines/>
      </w:pPr>
      <w:r>
        <w:rPr>
          <w:b w:val="0"/>
        </w:rPr>
        <w:t>3. TTK 1424/2 uyarınca yeni poliçenin giderinin tarafıma ait olduğunu dikkate alarak, düzenleme için gider talep edilecekse tutarın, kapsamının ve ödeme yönteminin bildirilmesini istiyorum. Ödeme gerektiren işlem için başvuru numarasıyla bağlantılı açık bilgi verilmelidir.</w:t>
      </w:r>
    </w:p>
    <w:p>
      <w:pPr>
        <w:keepLines/>
      </w:pPr>
      <w:r>
        <w:rPr>
          <w:b w:val="0"/>
        </w:rPr>
        <w:t>4. Yeni poliçenin bütün sayfalarıyla, TTK 1425/1'deki içerik esasına uygun şekilde okunabilir olarak verilmesini talep ediyorum. Mevcut sözleşmenin durumunu gösteren [tarih ve numarası bilinen zeyiller/ilgili ekler] de ayrı listelenerek sunulmalıdır. Ek kayıtlar bilinmiyorsa sözleşmeye bağlı mevcut zeyillerin tarih ve numara listesinin bildirilmesini istiyorum.</w:t>
      </w:r>
    </w:p>
    <w:p>
      <w:pPr>
        <w:keepLines/>
      </w:pPr>
      <w:r>
        <w:rPr>
          <w:b w:val="0"/>
        </w:rPr>
        <w:t>5. Yeni poliçenin ve verilecek eklerin [teslim adresi veya doğrulanmış elektronik teslim yöntemi] üzerinden tarafıma verilmesini; teslim edilen belgelerin tarih ve sayfa bilgilerinin açıklanmasını talep ediyorum. Kimlik veya temsil doğrulaması için eksik bilgi varsa hangi bilginin istendiğinin açıkça bildirilmesini rica ederim.</w:t>
      </w:r>
    </w:p>
    <w:p>
      <w:pPr>
        <w:keepLines/>
      </w:pPr>
      <w:r>
        <w:rPr>
          <w:b/>
        </w:rPr>
        <w:t>HUKUKİ DAYANAK:</w:t>
      </w:r>
      <w:r>
        <w:rPr>
          <w:b w:val="0"/>
        </w:rPr>
        <w:t xml:space="preserve"> 6102 sayılı Türk Ticaret Kanunu m.1424/2, poliçe içeriği bakımından m.1425/1 ve bildirim yönünden m.1416/1.</w:t>
      </w:r>
    </w:p>
    <w:p>
      <w:pPr>
        <w:keepLines/>
      </w:pPr>
      <w:r>
        <w:rPr>
          <w:b/>
        </w:rPr>
        <w:t>SONUÇ VE TALEP:</w:t>
      </w:r>
      <w:r>
        <w:rPr>
          <w:b w:val="0"/>
        </w:rPr>
        <w:t xml:space="preserve"> Kaybolan poliçem yerine mevcut sözleşmeyi doğru ve eksiksiz gösteren yeni poliçenin TTK 1424/2 uyarınca verilmesini; düzenleme gideri talep edilecekse kapsam ve ödeme bilgisinin açıklanmasını; yukarıda belirtilen mevcut sözleşme eklerinin sunulmasını ve teslim kaydının tarafıma verilmesini talep ederim. [Tarih]</w:t>
      </w:r>
    </w:p>
    <w:p>
      <w:pPr>
        <w:keepLines/>
      </w:pPr>
      <w:r>
        <w:rPr>
          <w:b/>
        </w:rPr>
        <w:t>Sigorta ettiren / Vekili</w:t>
      </w:r>
      <w:r>
        <w:br/>
      </w:r>
      <w:r>
        <w:rPr>
          <w:b w:val="0"/>
        </w:rPr>
        <w:t>[Ad soyad/unvan ve imza]</w:t>
      </w:r>
    </w:p>
    <w:p>
      <w:pPr>
        <w:keepLines/>
      </w:pPr>
      <w:r>
        <w:rPr>
          <w:b/>
        </w:rPr>
        <w:t>EKLER:</w:t>
      </w:r>
      <w:r>
        <w:rPr>
          <w:b w:val="0"/>
        </w:rPr>
        <w:t xml:space="preserve"> Ek-1 Sözleşmeyi tanımlayan mevcut kayıtlar; Ek-2 varsa önceki bildirimler ve zeyil listesi; Ek-3 gerekiyorsa usulüne uygun kimlik/temsil belgeleri.</w:t>
      </w:r>
    </w:p>
    <w:p>
      <w:pPr>
        <w:pStyle w:val="Title"/>
        <w:pageBreakBefore/>
      </w:pPr>
      <w:r>
        <w:t>Dilekçeyi tamamlama ve belge kontrolü</w:t>
      </w:r>
    </w:p>
    <w:p>
      <w:r>
        <w:t>Bu sayfa sigorta ettirenin hazırlığı içindir; sigortacıya gönderilecek nüshadan çıkarılır. Köşeli alanları gerçek sözleşme bilgileriyle tamamlayın. Poliçe ilk kez hiç verilmemişse kayıp beyanı içeren bu örneği kullanmayın.</w:t>
      </w:r>
    </w:p>
    <w:p>
      <w:pPr>
        <w:pStyle w:val="Heading1"/>
      </w:pPr>
      <w:r>
        <w:t>Doğru işlem</w:t>
      </w:r>
    </w:p>
    <w:p>
      <w:r>
        <w:t>Örnek, önceden verilmiş poliçesini kaybeden sigorta ettirenin TTK 1424/2 talebidir. İlk teslim eksikliği, hasar itirazı, yenileme ve fesih işlemleri için aynen kullanılmaz.</w:t>
      </w:r>
    </w:p>
    <w:p>
      <w:pPr>
        <w:pStyle w:val="Heading1"/>
      </w:pPr>
      <w:r>
        <w:t>Sözleşmenin tanımı</w:t>
      </w:r>
    </w:p>
    <w:p>
      <w:r>
        <w:t>Bilinen poliçe numarası, tür, dönem, sigortacı ve sigortalanan kişi/varlık bilgilerini yazın. Numara bilinmiyorsa eldeki ödeme veya bildirim kayıtlarını belirtin; numara uydurmayın. Birden fazla poliçeyi ayrı satırlarda tanımlayın.</w:t>
      </w:r>
    </w:p>
    <w:p>
      <w:pPr>
        <w:pStyle w:val="Heading1"/>
      </w:pPr>
      <w:r>
        <w:t>Gider ve teslim</w:t>
      </w:r>
    </w:p>
    <w:p>
      <w:r>
        <w:t>TTK 1424/2 yeni poliçenin giderini sigorta ettirene yükler. Talep edilen giderin kapsamını ve ödeme bilgisini isteyin. İlk poliçe için yazılan yirmi dört saat/on beş günü kayıp nüsha talebinin özel süresi gibi eklemeyin.</w:t>
      </w:r>
    </w:p>
    <w:p>
      <w:pPr>
        <w:pStyle w:val="Heading1"/>
      </w:pPr>
      <w:r>
        <w:t>Belge kapsamı</w:t>
      </w:r>
    </w:p>
    <w:p>
      <w:r>
        <w:t>Bütün sayfaları ve poliçe içeriğini isteyin. Mevcut zeyilleri tarih ve numarayla ayrı belirtin. Geçmiş olay için inceleme yapılacaksa doğru poliçe dönemini ve o dönem zeyillerini yazın.</w:t>
      </w:r>
    </w:p>
    <w:p>
      <w:pPr>
        <w:pStyle w:val="Heading1"/>
      </w:pPr>
      <w:r>
        <w:t>Yeni nüshanın kontrolü</w:t>
      </w:r>
    </w:p>
    <w:p>
      <w:r>
        <w:t>Kişiler, dönem, sigortalanan varlık, teminat, limit, muafiyet, prim ve ek listesini mevcut kayıtlarla karşılaştırın. Yeni düzenleme tarihini eski sözleşmenin başlangıcı sanmayın. Eksik sayfa veya farklı alanı somutlaştırarak düzeltme isteyin.</w:t>
      </w:r>
    </w:p>
    <w:p>
      <w:pPr>
        <w:pStyle w:val="Heading1"/>
      </w:pPr>
      <w:r>
        <w:t>Ayrı haklar ve imza</w:t>
      </w:r>
    </w:p>
    <w:p>
      <w:r>
        <w:t>Poliçe istemi hasar ihbarı veya tazminat başvurusu değildir; diğer işlemleri ve süreleri ayrıca izleyin. İmza, adres, kimlik/temsil ve ek listesini tamamlayın. Son dilekçe, alındı kaydı ve teslim edilen belgeyi aynı dosyada saklayın.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Kaybolan sigorta poliçesi için yeni nüsha talep dilekçesi</dc:title>
  <dc:subject>TTK 1424/2 uyarınca kayıp poliçe yerine yeni poliçe istemi</dc:subject>
  <dc:creator>Bakırcı &amp; Keskin Hukuk Bürosu</dc:creator>
  <cp:keywords>kayıp poliçe, yeni nüsha, sigorta ettiren, TTK 1424</cp:keywords>
  <dc:description>generated by python-docx</dc:description>
  <cp:lastModifiedBy/>
  <cp:revision>1</cp:revision>
  <dcterms:created xsi:type="dcterms:W3CDTF">2013-12-23T23:15:00Z</dcterms:created>
  <dcterms:modified xsi:type="dcterms:W3CDTF">2013-12-23T23:15:00Z</dcterms:modified>
  <cp:category/>
</cp:coreProperties>
</file>