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Kefilin ödemeyi kabul talebi</w:t>
      </w:r>
    </w:p>
    <w:p>
      <w:r>
        <w:rPr>
          <w:b/>
        </w:rPr>
        <w:t>[ALACAKLININ ADI SOYADI / UNVANI]’NA</w:t>
        <w:br/>
        <w:t>Adres: [Muhatap adresi]</w:t>
      </w:r>
    </w:p>
    <w:p>
      <w:r>
        <w:rPr>
          <w:b/>
        </w:rPr>
        <w:t>BAŞVURAN KEFİL: [Ad soyad, kimlik ve adres]</w:t>
        <w:br/>
        <w:t>ASIL BORÇLU: [Ad soyad / unvan]</w:t>
        <w:br/>
        <w:t>KONU: TBK m.593 uyarınca belirtilen muaccel borca ilişkin ödemenin kabulü istemidir.</w:t>
      </w:r>
    </w:p>
    <w:p>
      <w:pPr>
        <w:pStyle w:val="Heading2"/>
        <w:keepNext/>
      </w:pPr>
      <w:r>
        <w:rPr>
          <w:b/>
        </w:rPr>
        <w:t>AÇIKLAMALAR</w:t>
      </w:r>
    </w:p>
    <w:p>
      <w:r>
        <w:t>1. [Asıl sözleşmenin tarihi ve numarası] bilgili borç için [kefalet belgesinin tarihi] tarihinde tek kefil olarak güvence verilmiştir. Kefalet belgesi ile asıl borç kaydı ektedir.</w:t>
      </w:r>
    </w:p>
    <w:p>
      <w:r>
        <w:t>2. İsteme konu borç [muacceliyetin gerçek sebebi ve tarihi] nedeniyle muacceldir. İlgili belge [ek numarası] olarak sunulmuştur. Muaccel borç bakımından kefalet sorumluluğumun tamamına ilişkin önerdiğim ödeme [rakam, yazıyla tutar ve para birimi] olup hesap açıklaması ektedir.</w:t>
      </w:r>
    </w:p>
    <w:p>
      <w:r>
        <w:t>3. Belirtilen tutarı [hukuka uygun ifa yöntemi, yeri ve gerçek hazırlık bilgisi] ile ifaya hazır bulunduruyorum. Önerinin mevcut imkânını gösteren belge [ek bilgisi] olarak sunulmaktadır. Bu istem ilgili muaccel borç için belirli ödeme önerisidir.</w:t>
      </w:r>
    </w:p>
    <w:p>
      <w:pPr>
        <w:pStyle w:val="Heading2"/>
        <w:keepNext/>
      </w:pPr>
      <w:r>
        <w:rPr>
          <w:b/>
        </w:rPr>
        <w:t>SONUÇ VE TALEP</w:t>
      </w:r>
    </w:p>
    <w:p>
      <w:r>
        <w:t>TBK m.593 kapsamında yukarıda tanımlanan ödemeyi kabul etmenizi ve ilgili ifa işleminin tamamlanmasına ilişkin gerekli bilgileri tarafıma bildirmenizi istiyorum. Kabulden kaçınmanız hâlinde gerekçenizi ve buna dayanak kaydı yazılı olarak açıklamanızı talep ediyorum.</w:t>
      </w:r>
    </w:p>
    <w:p>
      <w:r>
        <w:t>Haklı sebep bulunmadan ödemenin kabulünden kaçınılması durumunda TBK m.593/2 hükmüne dayanacağımı bildiriyorum. Başvurum yeni bir kefalet taahhüdü veya mevcut azami kefalet tutarını artıran açıklama değildir. Gerçekleşen ödemenin ilgili borç hesabına işlenmesini ve ödeme kaydının tarafıma verilmesini istiyorum.</w:t>
      </w:r>
    </w:p>
    <w:p>
      <w:pPr>
        <w:keepLines/>
      </w:pPr>
      <w:r>
        <w:t>Tarih: [Gün / ay / yıl]</w:t>
        <w:br/>
        <w:t>Başvuran kefil: [Ad soyad]</w:t>
        <w:br/>
        <w:t>İmza: [İmza]</w:t>
      </w:r>
    </w:p>
    <w:p>
      <w:r>
        <w:rPr>
          <w:b/>
        </w:rPr>
        <w:t>EKLER</w:t>
        <w:br/>
        <w:t>1. Kefalet ve asıl sözleşme belgeleri.</w:t>
        <w:br/>
        <w:t>2. Muacceliyet belgesi ve ödeme hesabı.</w:t>
        <w:br/>
        <w:t>3. Gerçek ifa hazırlığı ve mevcut ödeme kayıtları.</w:t>
      </w:r>
    </w:p>
    <w:p>
      <w:r>
        <w:br w:type="page"/>
      </w:r>
    </w:p>
    <w:p>
      <w:pPr>
        <w:pStyle w:val="Title"/>
      </w:pPr>
      <w:r>
        <w:t>Ödeme önerisi kayıt çizelgesi</w:t>
      </w:r>
    </w:p>
    <w:p>
      <w:r>
        <w:t>Kefil / alacaklı / asıl borçlu: [Kimlik bilgileri]</w:t>
      </w:r>
    </w:p>
    <w:p>
      <w:r>
        <w:t>Asıl borç ve kefalet belgesi: [Tarih, numara ve kapsam]</w:t>
      </w:r>
    </w:p>
    <w:p>
      <w:r>
        <w:t>Muacceliyetin dayanağı: [Belge ve gerçek tarih]</w:t>
      </w:r>
    </w:p>
    <w:p>
      <w:r>
        <w:t>Muaccel bakiye / sorumluluk / öneri: [Ayrı tutarlar]</w:t>
      </w:r>
    </w:p>
    <w:p>
      <w:r>
        <w:t>İfa yöntemi ve gerçek hazırlık: [Yer, yöntem ve belge]</w:t>
      </w:r>
    </w:p>
    <w:p>
      <w:r>
        <w:t>Önceki tahsilatlar ve mevcut defiler: [Gerçek kayıtlar]</w:t>
      </w:r>
    </w:p>
    <w:tbl>
      <w:tblPr>
        <w:tblW w:type="auto" w:w="0"/>
        <w:tblLayout w:type="fixed"/>
        <w:tblLook w:firstColumn="1" w:firstRow="1" w:lastColumn="0" w:lastRow="0" w:noHBand="0" w:noVBand="1" w:val="04A0"/>
      </w:tblPr>
      <w:tblGrid>
        <w:gridCol w:w="2484"/>
        <w:gridCol w:w="2484"/>
        <w:gridCol w:w="2484"/>
        <w:gridCol w:w="2484"/>
      </w:tblGrid>
      <w:tr>
        <w:tc>
          <w:tcPr>
            <w:tcW w:type="dxa" w:w="2880"/>
            <w:shd w:fill="E7ECF2"/>
            <w:tcBorders>
              <w:top w:val="single" w:sz="4" w:color="D9D9D9"/>
              <w:left w:val="single" w:sz="4" w:color="D9D9D9"/>
              <w:bottom w:val="single" w:sz="4" w:color="D9D9D9"/>
              <w:right w:val="single" w:sz="4" w:color="D9D9D9"/>
            </w:tcBorders>
          </w:tcPr>
          <w:p>
            <w:pPr>
              <w:spacing w:after="240" w:before="200"/>
            </w:pPr>
            <w:r>
              <w:t>Öneri / cevap / işlem</w:t>
            </w:r>
          </w:p>
        </w:tc>
        <w:tc>
          <w:tcPr>
            <w:tcW w:type="dxa" w:w="1584"/>
            <w:shd w:fill="E7ECF2"/>
            <w:tcBorders>
              <w:top w:val="single" w:sz="4" w:color="D9D9D9"/>
              <w:left w:val="single" w:sz="4" w:color="D9D9D9"/>
              <w:bottom w:val="single" w:sz="4" w:color="D9D9D9"/>
              <w:right w:val="single" w:sz="4" w:color="D9D9D9"/>
            </w:tcBorders>
          </w:tcPr>
          <w:p>
            <w:pPr>
              <w:spacing w:after="240" w:before="200"/>
            </w:pPr>
            <w:r>
              <w:t>Gerçek tarih</w:t>
            </w:r>
          </w:p>
        </w:tc>
        <w:tc>
          <w:tcPr>
            <w:tcW w:type="dxa" w:w="2736"/>
            <w:shd w:fill="E7ECF2"/>
            <w:tcBorders>
              <w:top w:val="single" w:sz="4" w:color="D9D9D9"/>
              <w:left w:val="single" w:sz="4" w:color="D9D9D9"/>
              <w:bottom w:val="single" w:sz="4" w:color="D9D9D9"/>
              <w:right w:val="single" w:sz="4" w:color="D9D9D9"/>
            </w:tcBorders>
          </w:tcPr>
          <w:p>
            <w:pPr>
              <w:spacing w:after="240" w:before="200"/>
            </w:pPr>
            <w:r>
              <w:t>Belge ve içerik</w:t>
            </w:r>
          </w:p>
        </w:tc>
        <w:tc>
          <w:tcPr>
            <w:tcW w:type="dxa" w:w="2448"/>
            <w:shd w:fill="E7ECF2"/>
            <w:tcBorders>
              <w:top w:val="single" w:sz="4" w:color="D9D9D9"/>
              <w:left w:val="single" w:sz="4" w:color="D9D9D9"/>
              <w:bottom w:val="single" w:sz="4" w:color="D9D9D9"/>
              <w:right w:val="single" w:sz="4" w:color="D9D9D9"/>
            </w:tcBorders>
          </w:tcPr>
          <w:p>
            <w:pPr>
              <w:spacing w:after="240" w:before="200"/>
            </w:pPr>
            <w:r>
              <w:t>İfa durumu</w:t>
            </w:r>
          </w:p>
        </w:tc>
      </w:tr>
      <w:tr>
        <w:tc>
          <w:tcPr>
            <w:tcW w:type="dxa" w:w="2880"/>
            <w:tcBorders>
              <w:top w:val="single" w:sz="4" w:color="D9D9D9"/>
              <w:left w:val="single" w:sz="4" w:color="D9D9D9"/>
              <w:bottom w:val="single" w:sz="4" w:color="D9D9D9"/>
              <w:right w:val="single" w:sz="4" w:color="D9D9D9"/>
            </w:tcBorders>
          </w:tcPr>
          <w:p>
            <w:pPr>
              <w:spacing w:after="240" w:before="200"/>
            </w:pPr>
            <w:r>
              <w:t>[İşlem]</w:t>
            </w:r>
          </w:p>
        </w:tc>
        <w:tc>
          <w:tcPr>
            <w:tcW w:type="dxa" w:w="1584"/>
            <w:tcBorders>
              <w:top w:val="single" w:sz="4" w:color="D9D9D9"/>
              <w:left w:val="single" w:sz="4" w:color="D9D9D9"/>
              <w:bottom w:val="single" w:sz="4" w:color="D9D9D9"/>
              <w:right w:val="single" w:sz="4" w:color="D9D9D9"/>
            </w:tcBorders>
          </w:tcPr>
          <w:p>
            <w:pPr>
              <w:spacing w:after="240" w:before="200"/>
            </w:pPr>
            <w:r>
              <w:t>[Tarih]</w:t>
            </w:r>
          </w:p>
        </w:tc>
        <w:tc>
          <w:tcPr>
            <w:tcW w:type="dxa" w:w="2736"/>
            <w:tcBorders>
              <w:top w:val="single" w:sz="4" w:color="D9D9D9"/>
              <w:left w:val="single" w:sz="4" w:color="D9D9D9"/>
              <w:bottom w:val="single" w:sz="4" w:color="D9D9D9"/>
              <w:right w:val="single" w:sz="4" w:color="D9D9D9"/>
            </w:tcBorders>
          </w:tcPr>
          <w:p>
            <w:pPr>
              <w:spacing w:after="240" w:before="200"/>
            </w:pPr>
            <w:r>
              <w:t>[Kayıt]</w:t>
            </w:r>
          </w:p>
        </w:tc>
        <w:tc>
          <w:tcPr>
            <w:tcW w:type="dxa" w:w="2448"/>
            <w:tcBorders>
              <w:top w:val="single" w:sz="4" w:color="D9D9D9"/>
              <w:left w:val="single" w:sz="4" w:color="D9D9D9"/>
              <w:bottom w:val="single" w:sz="4" w:color="D9D9D9"/>
              <w:right w:val="single" w:sz="4" w:color="D9D9D9"/>
            </w:tcBorders>
          </w:tcPr>
          <w:p>
            <w:pPr>
              <w:spacing w:after="240" w:before="200"/>
            </w:pPr>
            <w:r>
              <w:t>[Bilgi]</w:t>
            </w:r>
          </w:p>
        </w:tc>
      </w:tr>
      <w:tr>
        <w:tc>
          <w:tcPr>
            <w:tcW w:type="dxa" w:w="2880"/>
            <w:tcBorders>
              <w:top w:val="single" w:sz="4" w:color="D9D9D9"/>
              <w:left w:val="single" w:sz="4" w:color="D9D9D9"/>
              <w:bottom w:val="single" w:sz="4" w:color="D9D9D9"/>
              <w:right w:val="single" w:sz="4" w:color="D9D9D9"/>
            </w:tcBorders>
          </w:tcPr>
          <w:p>
            <w:pPr>
              <w:spacing w:after="240" w:before="200"/>
            </w:pPr>
            <w:r>
              <w:t>[İşlem]</w:t>
            </w:r>
          </w:p>
        </w:tc>
        <w:tc>
          <w:tcPr>
            <w:tcW w:type="dxa" w:w="1584"/>
            <w:tcBorders>
              <w:top w:val="single" w:sz="4" w:color="D9D9D9"/>
              <w:left w:val="single" w:sz="4" w:color="D9D9D9"/>
              <w:bottom w:val="single" w:sz="4" w:color="D9D9D9"/>
              <w:right w:val="single" w:sz="4" w:color="D9D9D9"/>
            </w:tcBorders>
          </w:tcPr>
          <w:p>
            <w:pPr>
              <w:spacing w:after="240" w:before="200"/>
            </w:pPr>
            <w:r>
              <w:t>[Tarih]</w:t>
            </w:r>
          </w:p>
        </w:tc>
        <w:tc>
          <w:tcPr>
            <w:tcW w:type="dxa" w:w="2736"/>
            <w:tcBorders>
              <w:top w:val="single" w:sz="4" w:color="D9D9D9"/>
              <w:left w:val="single" w:sz="4" w:color="D9D9D9"/>
              <w:bottom w:val="single" w:sz="4" w:color="D9D9D9"/>
              <w:right w:val="single" w:sz="4" w:color="D9D9D9"/>
            </w:tcBorders>
          </w:tcPr>
          <w:p>
            <w:pPr>
              <w:spacing w:after="240" w:before="200"/>
            </w:pPr>
            <w:r>
              <w:t>[Kayıt]</w:t>
            </w:r>
          </w:p>
        </w:tc>
        <w:tc>
          <w:tcPr>
            <w:tcW w:type="dxa" w:w="2448"/>
            <w:tcBorders>
              <w:top w:val="single" w:sz="4" w:color="D9D9D9"/>
              <w:left w:val="single" w:sz="4" w:color="D9D9D9"/>
              <w:bottom w:val="single" w:sz="4" w:color="D9D9D9"/>
              <w:right w:val="single" w:sz="4" w:color="D9D9D9"/>
            </w:tcBorders>
          </w:tcPr>
          <w:p>
            <w:pPr>
              <w:spacing w:after="240" w:before="200"/>
            </w:pPr>
            <w:r>
              <w:t>[Bilgi]</w:t>
            </w:r>
          </w:p>
        </w:tc>
      </w:tr>
      <w:tr>
        <w:tc>
          <w:tcPr>
            <w:tcW w:type="dxa" w:w="2880"/>
            <w:tcBorders>
              <w:top w:val="single" w:sz="4" w:color="D9D9D9"/>
              <w:left w:val="single" w:sz="4" w:color="D9D9D9"/>
              <w:bottom w:val="single" w:sz="4" w:color="D9D9D9"/>
              <w:right w:val="single" w:sz="4" w:color="D9D9D9"/>
            </w:tcBorders>
          </w:tcPr>
          <w:p>
            <w:pPr>
              <w:spacing w:after="240" w:before="200"/>
            </w:pPr>
            <w:r>
              <w:t>[İşlem]</w:t>
            </w:r>
          </w:p>
        </w:tc>
        <w:tc>
          <w:tcPr>
            <w:tcW w:type="dxa" w:w="1584"/>
            <w:tcBorders>
              <w:top w:val="single" w:sz="4" w:color="D9D9D9"/>
              <w:left w:val="single" w:sz="4" w:color="D9D9D9"/>
              <w:bottom w:val="single" w:sz="4" w:color="D9D9D9"/>
              <w:right w:val="single" w:sz="4" w:color="D9D9D9"/>
            </w:tcBorders>
          </w:tcPr>
          <w:p>
            <w:pPr>
              <w:spacing w:after="240" w:before="200"/>
            </w:pPr>
            <w:r>
              <w:t>[Tarih]</w:t>
            </w:r>
          </w:p>
        </w:tc>
        <w:tc>
          <w:tcPr>
            <w:tcW w:type="dxa" w:w="2736"/>
            <w:tcBorders>
              <w:top w:val="single" w:sz="4" w:color="D9D9D9"/>
              <w:left w:val="single" w:sz="4" w:color="D9D9D9"/>
              <w:bottom w:val="single" w:sz="4" w:color="D9D9D9"/>
              <w:right w:val="single" w:sz="4" w:color="D9D9D9"/>
            </w:tcBorders>
          </w:tcPr>
          <w:p>
            <w:pPr>
              <w:spacing w:after="240" w:before="200"/>
            </w:pPr>
            <w:r>
              <w:t>[Kayıt]</w:t>
            </w:r>
          </w:p>
        </w:tc>
        <w:tc>
          <w:tcPr>
            <w:tcW w:type="dxa" w:w="2448"/>
            <w:tcBorders>
              <w:top w:val="single" w:sz="4" w:color="D9D9D9"/>
              <w:left w:val="single" w:sz="4" w:color="D9D9D9"/>
              <w:bottom w:val="single" w:sz="4" w:color="D9D9D9"/>
              <w:right w:val="single" w:sz="4" w:color="D9D9D9"/>
            </w:tcBorders>
          </w:tcPr>
          <w:p>
            <w:pPr>
              <w:spacing w:after="240" w:before="200"/>
            </w:pPr>
            <w:r>
              <w:t>[Bilgi]</w:t>
            </w:r>
          </w:p>
        </w:tc>
      </w:tr>
      <w:tr>
        <w:tc>
          <w:tcPr>
            <w:tcW w:type="dxa" w:w="2880"/>
            <w:tcBorders>
              <w:top w:val="single" w:sz="4" w:color="D9D9D9"/>
              <w:left w:val="single" w:sz="4" w:color="D9D9D9"/>
              <w:bottom w:val="single" w:sz="4" w:color="D9D9D9"/>
              <w:right w:val="single" w:sz="4" w:color="D9D9D9"/>
            </w:tcBorders>
          </w:tcPr>
          <w:p>
            <w:pPr>
              <w:spacing w:after="240" w:before="200"/>
            </w:pPr>
            <w:r>
              <w:t>[İşlem]</w:t>
            </w:r>
          </w:p>
        </w:tc>
        <w:tc>
          <w:tcPr>
            <w:tcW w:type="dxa" w:w="1584"/>
            <w:tcBorders>
              <w:top w:val="single" w:sz="4" w:color="D9D9D9"/>
              <w:left w:val="single" w:sz="4" w:color="D9D9D9"/>
              <w:bottom w:val="single" w:sz="4" w:color="D9D9D9"/>
              <w:right w:val="single" w:sz="4" w:color="D9D9D9"/>
            </w:tcBorders>
          </w:tcPr>
          <w:p>
            <w:pPr>
              <w:spacing w:after="240" w:before="200"/>
            </w:pPr>
            <w:r>
              <w:t>[Tarih]</w:t>
            </w:r>
          </w:p>
        </w:tc>
        <w:tc>
          <w:tcPr>
            <w:tcW w:type="dxa" w:w="2736"/>
            <w:tcBorders>
              <w:top w:val="single" w:sz="4" w:color="D9D9D9"/>
              <w:left w:val="single" w:sz="4" w:color="D9D9D9"/>
              <w:bottom w:val="single" w:sz="4" w:color="D9D9D9"/>
              <w:right w:val="single" w:sz="4" w:color="D9D9D9"/>
            </w:tcBorders>
          </w:tcPr>
          <w:p>
            <w:pPr>
              <w:spacing w:after="240" w:before="200"/>
            </w:pPr>
            <w:r>
              <w:t>[Kayıt]</w:t>
            </w:r>
          </w:p>
        </w:tc>
        <w:tc>
          <w:tcPr>
            <w:tcW w:type="dxa" w:w="2448"/>
            <w:tcBorders>
              <w:top w:val="single" w:sz="4" w:color="D9D9D9"/>
              <w:left w:val="single" w:sz="4" w:color="D9D9D9"/>
              <w:bottom w:val="single" w:sz="4" w:color="D9D9D9"/>
              <w:right w:val="single" w:sz="4" w:color="D9D9D9"/>
            </w:tcBorders>
          </w:tcPr>
          <w:p>
            <w:pPr>
              <w:spacing w:after="240" w:before="200"/>
            </w:pPr>
            <w:r>
              <w:t>[Bilgi]</w:t>
            </w:r>
          </w:p>
        </w:tc>
      </w:tr>
      <w:tr>
        <w:tc>
          <w:tcPr>
            <w:tcW w:type="dxa" w:w="2880"/>
            <w:tcBorders>
              <w:top w:val="single" w:sz="4" w:color="D9D9D9"/>
              <w:left w:val="single" w:sz="4" w:color="D9D9D9"/>
              <w:bottom w:val="single" w:sz="4" w:color="D9D9D9"/>
              <w:right w:val="single" w:sz="4" w:color="D9D9D9"/>
            </w:tcBorders>
          </w:tcPr>
          <w:p>
            <w:pPr>
              <w:spacing w:after="240" w:before="200"/>
            </w:pPr>
            <w:r>
              <w:t>[İşlem]</w:t>
            </w:r>
          </w:p>
        </w:tc>
        <w:tc>
          <w:tcPr>
            <w:tcW w:type="dxa" w:w="1584"/>
            <w:tcBorders>
              <w:top w:val="single" w:sz="4" w:color="D9D9D9"/>
              <w:left w:val="single" w:sz="4" w:color="D9D9D9"/>
              <w:bottom w:val="single" w:sz="4" w:color="D9D9D9"/>
              <w:right w:val="single" w:sz="4" w:color="D9D9D9"/>
            </w:tcBorders>
          </w:tcPr>
          <w:p>
            <w:pPr>
              <w:spacing w:after="240" w:before="200"/>
            </w:pPr>
            <w:r>
              <w:t>[Tarih]</w:t>
            </w:r>
          </w:p>
        </w:tc>
        <w:tc>
          <w:tcPr>
            <w:tcW w:type="dxa" w:w="2736"/>
            <w:tcBorders>
              <w:top w:val="single" w:sz="4" w:color="D9D9D9"/>
              <w:left w:val="single" w:sz="4" w:color="D9D9D9"/>
              <w:bottom w:val="single" w:sz="4" w:color="D9D9D9"/>
              <w:right w:val="single" w:sz="4" w:color="D9D9D9"/>
            </w:tcBorders>
          </w:tcPr>
          <w:p>
            <w:pPr>
              <w:spacing w:after="240" w:before="200"/>
            </w:pPr>
            <w:r>
              <w:t>[Kayıt]</w:t>
            </w:r>
          </w:p>
        </w:tc>
        <w:tc>
          <w:tcPr>
            <w:tcW w:type="dxa" w:w="2448"/>
            <w:tcBorders>
              <w:top w:val="single" w:sz="4" w:color="D9D9D9"/>
              <w:left w:val="single" w:sz="4" w:color="D9D9D9"/>
              <w:bottom w:val="single" w:sz="4" w:color="D9D9D9"/>
              <w:right w:val="single" w:sz="4" w:color="D9D9D9"/>
            </w:tcBorders>
          </w:tcPr>
          <w:p>
            <w:pPr>
              <w:spacing w:after="240" w:before="200"/>
            </w:pPr>
            <w:r>
              <w:t>[Bilgi]</w:t>
            </w:r>
          </w:p>
        </w:tc>
      </w:tr>
    </w:tbl>
    <w:p>
      <w:pPr>
        <w:spacing w:before="240"/>
      </w:pPr>
      <w:r>
        <w:t>Alacaklının kabul veya ret gerekçesi: [Gerçek açıklama]</w:t>
      </w:r>
    </w:p>
    <w:p>
      <w:r>
        <w:t>Gerçekleşmiş ödeme ve borçluya bildirim: [Tarih ve belge]</w:t>
      </w:r>
    </w:p>
    <w:p>
      <w:r>
        <w:t>Hazırlayan ve tarih: [Ad soyad / gün, ay, yıl]</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contextualSpacing/>
    </w:pPr>
    <w:rPr>
      <w:rFonts w:asciiTheme="majorHAnsi" w:eastAsiaTheme="majorEastAsia" w:hAnsiTheme="majorHAnsi" w:cstheme="majorBidi" w:ascii="Times New Roman" w:hAnsi="Times New Roman"/>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Kefilin ödemeyi kabul talebi</dc:title>
  <dc:subject>TBK 593 kapsamında muaccel borç için ödeme kabulü</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