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Soruşturmada keşif günü bildirimi ve müdafi katılımı</w:t>
      </w:r>
    </w:p>
    <w:p>
      <w:pPr>
        <w:keepNext/>
      </w:pPr>
      <w:r>
        <w:rPr>
          <w:b w:val="0"/>
        </w:rPr>
      </w:r>
      <w:r>
        <w:rPr>
          <w:b/>
        </w:rPr>
        <w:t>[İLGİLİ CUMHURİYET BAŞSAVCILIĞINA]</w:t>
      </w:r>
      <w:r>
        <w:rPr>
          <w:b w:val="0"/>
        </w:rPr>
      </w:r>
    </w:p>
    <w:p>
      <w:r>
        <w:rPr>
          <w:b w:val="0"/>
        </w:rPr>
      </w:r>
      <w:r>
        <w:rPr>
          <w:b/>
        </w:rPr>
        <w:t>SORUŞTURMA:</w:t>
      </w:r>
      <w:r>
        <w:rPr>
          <w:b w:val="0"/>
        </w:rPr>
        <w:t xml:space="preserve"> [Numara]</w:t>
      </w:r>
      <w:r>
        <w:br/>
      </w:r>
      <w:r>
        <w:rPr>
          <w:b w:val="0"/>
        </w:rPr>
      </w:r>
      <w:r>
        <w:rPr>
          <w:b/>
        </w:rPr>
        <w:t>ŞÜPHELİ:</w:t>
      </w:r>
      <w:r>
        <w:rPr>
          <w:b w:val="0"/>
        </w:rPr>
        <w:t xml:space="preserve"> [Ad ve soyad]</w:t>
      </w:r>
      <w:r>
        <w:br/>
      </w:r>
      <w:r>
        <w:rPr>
          <w:b w:val="0"/>
        </w:rPr>
      </w:r>
      <w:r>
        <w:rPr>
          <w:b/>
        </w:rPr>
        <w:t>MÜDAFİ:</w:t>
      </w:r>
      <w:r>
        <w:rPr>
          <w:b w:val="0"/>
        </w:rPr>
        <w:t xml:space="preserve"> [Ad, soyad ve meslekî adres]</w:t>
      </w:r>
      <w:r>
        <w:br/>
      </w:r>
      <w:r>
        <w:rPr>
          <w:b w:val="0"/>
        </w:rPr>
      </w:r>
      <w:r>
        <w:rPr>
          <w:b/>
        </w:rPr>
        <w:t>İLGİLİ KEŞİF DOSYASI:</w:t>
      </w:r>
      <w:r>
        <w:rPr>
          <w:b w:val="0"/>
        </w:rPr>
        <w:t xml:space="preserve"> [Varsa hâkimlik ve dosya numarası]</w:t>
      </w:r>
    </w:p>
    <w:p>
      <w:r>
        <w:rPr>
          <w:b w:val="0"/>
        </w:rPr>
      </w:r>
      <w:r>
        <w:rPr>
          <w:b/>
        </w:rPr>
        <w:t>KONU:</w:t>
      </w:r>
      <w:r>
        <w:rPr>
          <w:b w:val="0"/>
        </w:rPr>
        <w:t xml:space="preserve"> [Karar tarihi ve belirli işlem] kapsamındaki keşfin gününün CMK m.84/4 uyarınca önceden bildirilmesi ve m.84/1 kapsamında müdafi olarak hazır bulunma istemimdir.</w:t>
      </w:r>
    </w:p>
    <w:p>
      <w:pPr>
        <w:keepNext/>
      </w:pPr>
      <w:r>
        <w:rPr>
          <w:b w:val="0"/>
        </w:rPr>
      </w:r>
      <w:r>
        <w:rPr>
          <w:b/>
        </w:rPr>
        <w:t>AÇIKLAMALAR</w:t>
      </w:r>
      <w:r>
        <w:rPr>
          <w:b w:val="0"/>
        </w:rPr>
      </w:r>
    </w:p>
    <w:p>
      <w:r>
        <w:rPr>
          <w:b w:val="0"/>
        </w:rPr>
        <w:t>1. [Soruşturma numarası] dosyasında [şüpheli adı] adlı şüphelinin müdafiliğini üstleniyorum. Dosyadaki sıfat kaydım [mevcut kayıt] şeklindedir. Şüpheliye ilişkin güncel durum [tutuklu olmadığını gösteren gerçek bilgi] olarak açıklanmıştır.</w:t>
      </w:r>
    </w:p>
    <w:p>
      <w:r>
        <w:rPr>
          <w:b w:val="0"/>
        </w:rPr>
        <w:t>2. Dosyada [karar veya işlem kaydı ve tarih] kapsamında [yer veya eşya kimliği] üzerinde [keşfin belirli konusu] için keşif işlemi bulunmaktadır. İşlemi yürütecek merci [dosyadaki gerçek merci] olarak gösterilmiştir.</w:t>
      </w:r>
    </w:p>
    <w:p>
      <w:r>
        <w:rPr>
          <w:b w:val="0"/>
        </w:rPr>
        <w:t>3. Keşif günü hakkında mevcut bilgi [bilinen tarih ve saat / henüz belirlenmediğine ilişkin dosya durumu] şeklindedir. Gün bilgisini [mevcut evrak veya öğrenme kaydı] üzerinden takip ediyorum.</w:t>
      </w:r>
    </w:p>
    <w:p>
      <w:r>
        <w:rPr>
          <w:b w:val="0"/>
        </w:rPr>
        <w:t>4. CMK m.84/1 uyarınca müdafi olarak hazır bulunmak istiyorum. Madde 84/4'teki işin geri bırakılmasına neden olmama koşulu gözetilerek, belirlenen veya belirlenecek keşif gününün işlemden önce tarafıma bildirilmesini talep ediyorum.</w:t>
      </w:r>
    </w:p>
    <w:p>
      <w:r>
        <w:br w:type="page"/>
      </w:r>
    </w:p>
    <w:p>
      <w:r>
        <w:rPr>
          <w:b w:val="0"/>
        </w:rPr>
        <w:t>5. Keşif konusunun savunmayla bağlantısı [ilgili dosya belgesi] ile [incelenecek belirli durum] arasındadır. İşlemde ele alınmasını istediğim hususlar ek çizelgede kayıtlarıyla gösterilmiştir. Bildirim için dosyaya sunduğum güncel meslekî bilgi [adres ve dosyada kullanılacak iletişim kaydı] şeklindedir.</w:t>
      </w:r>
    </w:p>
    <w:p>
      <w:r>
        <w:rPr>
          <w:b w:val="0"/>
        </w:rPr>
      </w:r>
      <w:r>
        <w:rPr>
          <w:b/>
        </w:rPr>
        <w:t>HUKUKÎ NEDENLER:</w:t>
      </w:r>
      <w:r>
        <w:rPr>
          <w:b w:val="0"/>
        </w:rPr>
        <w:t xml:space="preserve"> CMK m.83/1-2, m.84/1 ve m.84/4 ile ilgili usul hükümleri.</w:t>
      </w:r>
    </w:p>
    <w:p>
      <w:r>
        <w:rPr>
          <w:b w:val="0"/>
        </w:rPr>
      </w:r>
      <w:r>
        <w:rPr>
          <w:b/>
        </w:rPr>
        <w:t>DAYANAK VE EKLER:</w:t>
      </w:r>
      <w:r>
        <w:rPr>
          <w:b w:val="0"/>
        </w:rPr>
        <w:t xml:space="preserve"> [Keşif kararı veya işlem kaydı], [mevcut gün bildirimi], [ilgili dosya belgesi ve bölümü], Ek 1 keşif konusu ve bildirim takip çizelgesi.</w:t>
      </w:r>
    </w:p>
    <w:p>
      <w:r>
        <w:rPr>
          <w:b w:val="0"/>
        </w:rPr>
      </w:r>
      <w:r>
        <w:rPr>
          <w:b/>
        </w:rPr>
        <w:t>SONUÇ VE İSTEM:</w:t>
      </w:r>
      <w:r>
        <w:rPr>
          <w:b w:val="0"/>
        </w:rPr>
        <w:t xml:space="preserve"> Belirtilen [keşif kimliği] işleminin gününün ve gün değişikliğinin CMK m.84/4'teki koşul gözetilerek işlemden önce tarafıma bildirilmesini; m.84/1 kapsamında müdafi olarak hazır bulunma istemimin ilgili işlem dosyasında değerlendirilmesini; başvuru ve bildirim kaydının dosyada izlenebilmesini talep ederim.</w:t>
      </w:r>
    </w:p>
    <w:p>
      <w:r>
        <w:rPr>
          <w:b w:val="0"/>
        </w:rPr>
        <w:t>[Tarih]</w:t>
      </w:r>
      <w:r>
        <w:br/>
      </w:r>
      <w:r>
        <w:rPr>
          <w:b w:val="0"/>
        </w:rPr>
      </w:r>
      <w:r>
        <w:rPr>
          <w:b/>
        </w:rPr>
        <w:t>Şüpheli müdafii</w:t>
      </w:r>
      <w:r>
        <w:rPr>
          <w:b w:val="0"/>
        </w:rPr>
      </w:r>
      <w:r>
        <w:br/>
      </w:r>
      <w:r>
        <w:rPr>
          <w:b w:val="0"/>
        </w:rPr>
        <w:t>[Ad, soyad ve imza]</w:t>
      </w:r>
    </w:p>
    <w:p>
      <w:pPr>
        <w:pStyle w:val="Heading2"/>
      </w:pPr>
      <w:r>
        <w:t>Ek 1 Keşif konusu ve bildirim takip çizelgesi</w:t>
      </w:r>
    </w:p>
    <w:p>
      <w:r>
        <w:t>Soruşturma ve keşif kaydı: [................................]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t>İnceleme alanı</w:t>
            </w:r>
          </w:p>
        </w:tc>
        <w:tc>
          <w:tcPr>
            <w:tcW w:type="dxa" w:w="4968"/>
          </w:tcPr>
          <w:p>
            <w:r>
              <w:t>Dosyaya özgü bilgi</w:t>
            </w:r>
          </w:p>
        </w:tc>
      </w:tr>
      <w:tr>
        <w:tc>
          <w:tcPr>
            <w:tcW w:type="dxa" w:w="4968"/>
          </w:tcPr>
          <w:p>
            <w:r>
              <w:t>Keşif kaydı</w:t>
            </w:r>
          </w:p>
        </w:tc>
        <w:tc>
          <w:tcPr>
            <w:tcW w:type="dxa" w:w="4968"/>
          </w:tcPr>
          <w:p>
            <w:r>
              <w:t>[Karar, merci, yer veya eşya kimliği]</w:t>
            </w:r>
          </w:p>
        </w:tc>
      </w:tr>
      <w:tr>
        <w:tc>
          <w:tcPr>
            <w:tcW w:type="dxa" w:w="4968"/>
          </w:tcPr>
          <w:p>
            <w:r>
              <w:t>Bildirim</w:t>
            </w:r>
          </w:p>
        </w:tc>
        <w:tc>
          <w:tcPr>
            <w:tcW w:type="dxa" w:w="4968"/>
          </w:tcPr>
          <w:p>
            <w:r>
              <w:t>[Gün, saat, öğrenme ve bildirim kaydı]</w:t>
            </w:r>
          </w:p>
        </w:tc>
      </w:tr>
      <w:tr>
        <w:tc>
          <w:tcPr>
            <w:tcW w:type="dxa" w:w="4968"/>
          </w:tcPr>
          <w:p>
            <w:r>
              <w:t>İnceleme bağlantısı</w:t>
            </w:r>
          </w:p>
        </w:tc>
        <w:tc>
          <w:tcPr>
            <w:tcW w:type="dxa" w:w="4968"/>
          </w:tcPr>
          <w:p>
            <w:r>
              <w:t>[Dosya belgesi, bölüm ve belirli tespit istemi]</w:t>
            </w:r>
          </w:p>
        </w:tc>
      </w:tr>
      <w:tr>
        <w:tc>
          <w:tcPr>
            <w:tcW w:type="dxa" w:w="4968"/>
          </w:tcPr>
          <w:p>
            <w:r>
              <w:t>İşlem sonucu</w:t>
            </w:r>
          </w:p>
        </w:tc>
        <w:tc>
          <w:tcPr>
            <w:tcW w:type="dxa" w:w="4968"/>
          </w:tcPr>
          <w:p>
            <w:r>
              <w:t>[Katılım kaydı, tutanak ve ilgili tespit]</w:t>
            </w:r>
          </w:p>
        </w:tc>
      </w:tr>
    </w:tbl>
    <w:sectPr w:rsidR="00FC693F" w:rsidRPr="0006063C" w:rsidSect="00034616"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Soruşturmada keşif günü bildirimi ve müdafi katılımı</dc:title>
  <dc:subject/>
  <dc:creator>Bakırcı ve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