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Kollektif şirket yılsonu bilançosu çıkarılması talebi</w:t>
      </w:r>
    </w:p>
    <w:p>
      <w:pPr>
        <w:keepNext/>
        <w:keepLines/>
        <w:jc w:val="center"/>
      </w:pPr>
      <w:r>
        <w:rPr>
          <w:b/>
        </w:rPr>
        <w:t>[KOLLEKTİF ŞİRKETİN TAM UNVANI]</w:t>
      </w:r>
      <w:r>
        <w:br/>
      </w:r>
      <w:r>
        <w:rPr>
          <w:b/>
        </w:rPr>
        <w:t>YÖNETİCİ ORTAKLARINA</w:t>
      </w:r>
    </w:p>
    <w:p>
      <w:pPr>
        <w:keepLines/>
      </w:pPr>
      <w:r>
        <w:rPr>
          <w:b/>
        </w:rPr>
        <w:t>TALEP EDEN ORTAK:</w:t>
      </w:r>
      <w:r>
        <w:rPr>
          <w:b w:val="0"/>
        </w:rPr>
        <w:t xml:space="preserve"> [Ad soyad, ortaklık kaydı ve adres]</w:t>
      </w:r>
      <w:r>
        <w:br/>
      </w:r>
      <w:r>
        <w:rPr>
          <w:b/>
        </w:rPr>
        <w:t>YÖNETİCİ ORTAKLAR:</w:t>
      </w:r>
      <w:r>
        <w:rPr>
          <w:b w:val="0"/>
        </w:rPr>
        <w:t xml:space="preserve"> [Gerçek isimler ve görev kayıtları]</w:t>
      </w:r>
      <w:r>
        <w:br/>
      </w:r>
      <w:r>
        <w:rPr>
          <w:b/>
        </w:rPr>
        <w:t>FAALİYET DÖNEMİ:</w:t>
      </w:r>
      <w:r>
        <w:rPr>
          <w:b w:val="0"/>
        </w:rPr>
        <w:t xml:space="preserve"> [Başlangıç ve bitiş tarihi]</w:t>
      </w:r>
      <w:r>
        <w:br/>
      </w:r>
      <w:r>
        <w:rPr>
          <w:b/>
        </w:rPr>
        <w:t>İLGİLİ KAYIT:</w:t>
      </w:r>
      <w:r>
        <w:rPr>
          <w:b w:val="0"/>
        </w:rPr>
        <w:t xml:space="preserve"> [Bilanço eksikliğini gösteren gerçek kayıt]</w:t>
      </w:r>
    </w:p>
    <w:p>
      <w:pPr>
        <w:keepLines/>
      </w:pPr>
      <w:r>
        <w:rPr>
          <w:b/>
        </w:rPr>
        <w:t>KONU:</w:t>
      </w:r>
      <w:r>
        <w:rPr>
          <w:b w:val="0"/>
        </w:rPr>
        <w:t xml:space="preserve"> TTK 228/1 uyarınca çıkarılmamış yılsonu bilançosunun hazırlanması ve TTK 227/1 kapsamındaki imza ve ortaklar kuruluna onay için sunum sürecinin yerine getirilmesi talebidir.</w:t>
      </w:r>
    </w:p>
    <w:p>
      <w:pPr>
        <w:keepNext/>
        <w:keepLines/>
      </w:pPr>
      <w:r>
        <w:rPr>
          <w:b/>
        </w:rPr>
        <w:t>AÇIKLAMALAR</w:t>
      </w:r>
    </w:p>
    <w:p>
      <w:pPr>
        <w:keepLines/>
      </w:pPr>
      <w:r>
        <w:rPr>
          <w:b w:val="0"/>
        </w:rPr>
        <w:t>1. Şirketin mevcut ortağıyım. Ortaklık kaydım ve şirketin yönetici ortakları Ek-1'de gösterilmiştir. Şirket faaliyeti devam etmektedir; başvuru tasfiye bilançosuna ilişkin değildir.</w:t>
      </w:r>
    </w:p>
    <w:p>
      <w:pPr>
        <w:keepLines/>
      </w:pPr>
      <w:r>
        <w:rPr>
          <w:b w:val="0"/>
        </w:rPr>
        <w:t>2. [Başlangıç-bitiş] faaliyet dönemi sona ermiştir. Bu döneme ilişkin yılsonu bilançosu çıkarılmamıştır. Gerçek eksiklik [belge ve açıklama] ile gösterilmektedir; ilgili kayıt Ek-2'dedir.</w:t>
      </w:r>
    </w:p>
    <w:p>
      <w:pPr>
        <w:keepLines/>
      </w:pPr>
      <w:r>
        <w:rPr>
          <w:b w:val="0"/>
        </w:rPr>
        <w:t>3. TTK 227/1 yönetici ortakların dönem sonu finansal tablolarını kanuni defter hükümlerine uygun hazırlayıp imzalamasını ve ortaklar kuruluna sunmasını düzenler.</w:t>
      </w:r>
    </w:p>
    <w:p>
      <w:pPr>
        <w:keepLines/>
      </w:pPr>
      <w:r>
        <w:rPr>
          <w:b w:val="0"/>
        </w:rPr>
        <w:t>4. TTK 228/1, kanuna veya şirket sözleşmesine göre yılsonu bilançosu çıkarılmamışsa çıkarılmasını isteme hakkını her ortağa tanır. İlgili şirket sözleşmesi düzeni Ek-3'te gösterilmiştir.</w:t>
      </w:r>
    </w:p>
    <w:p>
      <w:r>
        <w:br w:type="page"/>
      </w:r>
    </w:p>
    <w:p>
      <w:pPr>
        <w:keepLines/>
      </w:pPr>
      <w:r>
        <w:rPr>
          <w:b w:val="0"/>
        </w:rPr>
        <w:t>5. Talebim belirtilen dönemin yılsonu bilançosunun hazırlanmasına ilişkindir. Henüz belirlenmemiş kâr tutarının kabulü veya hazırlanacak tablonun peşinen onayı niteliğinde değildir.</w:t>
      </w:r>
    </w:p>
    <w:p>
      <w:pPr>
        <w:keepLines/>
      </w:pPr>
      <w:r>
        <w:rPr>
          <w:b/>
        </w:rPr>
        <w:t>HUKUKİ DAYANAK:</w:t>
      </w:r>
      <w:r>
        <w:rPr>
          <w:b w:val="0"/>
        </w:rPr>
        <w:t xml:space="preserve"> 6102 sayılı Türk Ticaret Kanunu m.227/1, 228/1 ve 2; ilgili şirket sözleşmesi hükmü.</w:t>
      </w:r>
    </w:p>
    <w:p>
      <w:pPr>
        <w:keepLines/>
      </w:pPr>
      <w:r>
        <w:rPr>
          <w:b/>
        </w:rPr>
        <w:t>SONUÇ VE TALEP:</w:t>
      </w:r>
      <w:r>
        <w:rPr>
          <w:b w:val="0"/>
        </w:rPr>
        <w:t xml:space="preserve"> Belirtilen döneme ilişkin çıkarılmamış yılsonu bilançosunun kanuni kayıtlara uygun hazırlanmasını; TTK 227/1 uyarınca yönetici ortaklarca imzalanarak ortaklar kurulunun onayına sunulmasını; hazırlama ve sunum bilgilerinin [gerçek bildirim adresi] üzerinden tarafıma iletilmesini talep ederim. [Tarih]</w:t>
      </w:r>
    </w:p>
    <w:p>
      <w:pPr>
        <w:keepNext/>
        <w:keepLines/>
      </w:pPr>
      <w:r>
        <w:rPr>
          <w:b/>
        </w:rPr>
        <w:t>Talep eden ortak</w:t>
      </w:r>
      <w:r>
        <w:br/>
      </w:r>
      <w:r>
        <w:rPr>
          <w:b w:val="0"/>
        </w:rPr>
        <w:t>[Ad soyad ve imza]</w:t>
      </w:r>
    </w:p>
    <w:p>
      <w:pPr>
        <w:keepLines/>
      </w:pPr>
      <w:r>
        <w:rPr>
          <w:b/>
        </w:rPr>
        <w:t>EKLER:</w:t>
      </w:r>
      <w:r>
        <w:rPr>
          <w:b w:val="0"/>
        </w:rPr>
        <w:t xml:space="preserve"> Ek-1 Şirket, ortaklık ve yönetici ortak kayıtları; Ek-2 belirtilen dönem bilançosunun çıkarılmadığını gösteren gerçek kayıtlar; Ek-3 şirket sözleşmesinin ilgili düzeni; Ek-4 dosyada mevcut faaliyet dönemi bilgileri.</w:t>
      </w:r>
    </w:p>
    <w:p>
      <w:pPr>
        <w:pStyle w:val="Title"/>
        <w:pageBreakBefore/>
      </w:pPr>
      <w:r>
        <w:t>Dilekçeyi tamamlama ve belge kontrolü</w:t>
      </w:r>
    </w:p>
    <w:p>
      <w:r>
        <w:t>Bu sayfa gönderilecek nüshadan çıkarılır. Örnek faaliyeti devam eden, tasfiyeye girmemiş kollektif şirkette mevcut ortağın belirli bitmiş dönemin çıkarılmamış bilançosu için ilk yönetici ortaklara istemidir. Hazırlanmış tablonun sureti, kâr tahsili ve tasfiye bilançosuna itiraz ayrı taleplerdir.</w:t>
      </w:r>
    </w:p>
    <w:p>
      <w:pPr>
        <w:pStyle w:val="Heading1"/>
      </w:pPr>
      <w:r>
        <w:t>Şirket ve ortak</w:t>
      </w:r>
    </w:p>
    <w:p>
      <w:r>
        <w:t>Şirketin kollektif olduğunu ve mevcut ortaklığı gerçek sicil ve sözleşme kayıtlarıyla doğrulayın.</w:t>
      </w:r>
    </w:p>
    <w:p>
      <w:pPr>
        <w:pStyle w:val="Heading1"/>
      </w:pPr>
      <w:r>
        <w:t>Yönetici ortaklar</w:t>
      </w:r>
    </w:p>
    <w:p>
      <w:r>
        <w:t>Gerçek görev kayıtlarını alın; istemi görevli yönetici ortaklara yöneltin.</w:t>
      </w:r>
    </w:p>
    <w:p>
      <w:pPr>
        <w:pStyle w:val="Heading1"/>
      </w:pPr>
      <w:r>
        <w:t>Faaliyet dönemi</w:t>
      </w:r>
    </w:p>
    <w:p>
      <w:r>
        <w:t>Başlangıç ve bitişi yazın. Özel dönemi takvim yılıyla karıştırmayın.</w:t>
      </w:r>
    </w:p>
    <w:p>
      <w:pPr>
        <w:pStyle w:val="Heading1"/>
      </w:pPr>
      <w:r>
        <w:t>Bilanço eksikliği</w:t>
      </w:r>
    </w:p>
    <w:p>
      <w:r>
        <w:t>Tablonun gerçekten çıkarılmadığını gösteren kayıtları ekleyin. Yalnız surete ulaşamamayı aynı olgu saymayın.</w:t>
      </w:r>
    </w:p>
    <w:p>
      <w:pPr>
        <w:pStyle w:val="Heading1"/>
      </w:pPr>
      <w:r>
        <w:t>İstem kapsamı</w:t>
      </w:r>
    </w:p>
    <w:p>
      <w:r>
        <w:t>Hazırlama, imza ve onaya sunumu ayrı tutun. Kâr tutarı veya peşin onay eklemeyin.</w:t>
      </w:r>
    </w:p>
    <w:p>
      <w:pPr>
        <w:pStyle w:val="Heading1"/>
      </w:pPr>
      <w:r>
        <w:t>Teslim</w:t>
      </w:r>
    </w:p>
    <w:p>
      <w:r>
        <w:t>Hazırlık sayfasını çıkarın; imzalı metin ve gerçek eklerin teslimini saklayın. Gelen tablo ile sunum kaydını ayrı kontrol edin.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Kollektif şirket yılsonu bilançosu çıkarılması talebi</dc:title>
  <dc:subject>TTK 228/1 çıkarılmamış faaliyet dönemi bilançosu ilk istemi</dc:subject>
  <dc:creator>Bakırcı &amp; Keskin Hukuk Bürosu</dc:creator>
  <cp:keywords>kollektif şirket, yılsonu bilançosu, TTK 227, TTK 228</cp:keywords>
  <dc:description>generated by python-docx</dc:description>
  <cp:lastModifiedBy/>
  <cp:revision>1</cp:revision>
  <dcterms:created xsi:type="dcterms:W3CDTF">2013-12-23T23:15:00Z</dcterms:created>
  <dcterms:modified xsi:type="dcterms:W3CDTF">2013-12-23T23:15:00Z</dcterms:modified>
  <cp:category/>
</cp:coreProperties>
</file>