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Teslimden önce ödeme zararı talebi</w:t>
      </w:r>
    </w:p>
    <w:p>
      <w:r>
        <w:rPr>
          <w:b/>
        </w:rPr>
        <w:t>[KOMİSYONCUNUN TAM UNVANI / ADI SOYADI]</w:t>
        <w:br/>
        <w:t>[BAŞVURU ADRESİ]</w:t>
      </w:r>
    </w:p>
    <w:p>
      <w:r>
        <w:t>BAŞVURAN VEKÂLET VEREN: [Ad soyad/unvan, adres]</w:t>
        <w:br/>
        <w:t>İLGİLİ ALIM: [Emir tarihi, mal ve işlem kaydı]</w:t>
        <w:br/>
        <w:t>KONU: TBK m.536 kapsamında iznim olmadan teslimden önce yapılan ödemeden doğan belgeli zararın giderilmesi talebidir.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[Sözleşme tarihi ve kayıt] kapsamında [malın türü, miktarı ve ayırt edici bilgisi] kendi adınıza ve hesabıma satın alınmak üzere tarafınıza alım emri verilmiştir. Ödeme koşulu ve yetkinin kapsamı [gerçek talimat ve belge] şeklindedir.</w:t>
      </w:r>
    </w:p>
    <w:p>
      <w:r>
        <w:t>2. [Banka kaydı ve tarih] ile [satıcı/alıcı hesap bilgisi] lehine [tutar ve para birimi] ödeme yapılmıştır. Bu ödeme sırasında ilgili malın teslim durumu [gerçek kayıt, miktar ve tarih] şeklindedir. Mal teslim alınmadan yapılan bu ödeme için izin bulunmadığı açıklamamın dayanağı [sözleşme, emir ve ilgili yazışma] olup belgeler ekte sunulmuştur.</w:t>
      </w:r>
    </w:p>
    <w:p>
      <w:r>
        <w:t>3. Bu ödeme davranışından doğan zarar [somut kalem ve bağlantı] olarak belirlenmiştir. Sonraki teslimler, para iadeleri ve aynı zararı karşılayan tahsilatlar Ek-4'te ayrıca gösterilmiştir. Kalan belgeli zarar [tutar ve para birimi] olup her kalemin dayanağı çizelgede açıklanmıştır.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6098 sayılı Türk Borçlar Kanunu m.536 uyarınca iznim olmadan mal teslim alınmadan yapılan ödemeden doğan, ekte kalem ve dayanakları gösterilmiş kalan [tutar ve para birimi] zararın ödenmesini talep ederim. Ödeme izni, ödeme sırası, teslim veya zarar kalemi bakımından farklı kaydınız varsa ilgili işlem ve belge dayanağının [cevap adresi] üzerinden bildirilmesini istiyorum.</w:t>
      </w:r>
    </w:p>
    <w:p>
      <w:pPr>
        <w:keepLines/>
      </w:pPr>
      <w:r>
        <w:t>Tarih: [Gün / ay / yıl]</w:t>
        <w:br/>
        <w:t>Başvuran: [Ad soyad/unvan]</w:t>
        <w:br/>
        <w:t>İmza:</w:t>
      </w:r>
    </w:p>
    <w:p>
      <w:r>
        <w:t>EKLER</w:t>
        <w:br/>
        <w:t>1. Komisyon sözleşmesi ve alım emri.</w:t>
        <w:br/>
        <w:t>2. Ödeme koşulu, izin kapsamı ve ilgili yazışmalar.</w:t>
        <w:br/>
        <w:t>3. Ödeme ve teslim kayıtları.</w:t>
        <w:br/>
        <w:t>4. Sonraki teslim, iade, tahsilat ve kalan zarar çizelgesi.</w:t>
      </w:r>
    </w:p>
    <w:p>
      <w:r>
        <w:br w:type="page"/>
      </w:r>
    </w:p>
    <w:p>
      <w:pPr>
        <w:pStyle w:val="Title"/>
      </w:pPr>
      <w:r>
        <w:t>Ödeme ve teslim kayıtları</w:t>
      </w:r>
    </w:p>
    <w:p>
      <w:r>
        <w:t>Vekâlet veren: [Ad soyad / unvan]</w:t>
      </w:r>
    </w:p>
    <w:p>
      <w:r>
        <w:t>Alım komisyoncusu: [Ad soyad / tam unvan]</w:t>
      </w:r>
    </w:p>
    <w:p>
      <w:r>
        <w:t>Alım emri ve mal: [Tarih, kayıt, ürün ve miktar]</w:t>
      </w:r>
    </w:p>
    <w:p>
      <w:r>
        <w:t>Ödeme izni ve sınırları: [Belge ve gerçek açıklama]</w:t>
      </w:r>
    </w:p>
    <w:p>
      <w:r>
        <w:t>Her parti için ödeme ve teslim tarihlerini ayrı yazın. İade veya sonraki teslimi, karşıladığı zarar satırıyla eşleştirin.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01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İşlem / tarih</w:t>
            </w:r>
          </w:p>
        </w:tc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Ödeme veya teslim</w:t>
            </w:r>
          </w:p>
        </w:tc>
        <w:tc>
          <w:tcPr>
            <w:tcW w:type="dxa" w:w="2304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Belge / tutar</w:t>
            </w:r>
          </w:p>
        </w:tc>
        <w:tc>
          <w:tcPr>
            <w:tcW w:type="dxa" w:w="259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Zarar bağlantısı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</w:tbl>
    <w:p>
      <w:pPr>
        <w:spacing w:before="240"/>
      </w:pPr>
      <w:r>
        <w:t>İade ve aynı kaybı karşılayan tahsilatlar: [Tarih / tutar / belge]</w:t>
      </w:r>
    </w:p>
    <w:p>
      <w:r>
        <w:t>Kalan belgeli zarar ve para birimi: [Bilgi]</w:t>
      </w:r>
    </w:p>
    <w:p>
      <w:r>
        <w:t>Hazırlayan: [Ad soyad]</w:t>
      </w:r>
    </w:p>
    <w:p>
      <w:r>
        <w:t>Tarih: [Gün / ay /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Teslimden önce ödeme zararı talebi</dc:title>
  <dc:subject>TBK 536 kapsamında alım komisyoncusuna zarar talebi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