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Limited şirket müdürünün rekabet izni talep dilekçesi</w:t>
      </w:r>
    </w:p>
    <w:p>
      <w:pPr>
        <w:keepNext/>
        <w:keepLines/>
        <w:jc w:val="center"/>
      </w:pPr>
      <w:r>
        <w:rPr>
          <w:b/>
        </w:rPr>
        <w:t>[MEVCUT LİMİTED ŞİRKET TAM UNVANI]’NIN TÜM ORTAKLARINA</w:t>
      </w:r>
    </w:p>
    <w:p>
      <w:pPr>
        <w:keepLines/>
      </w:pPr>
      <w:r>
        <w:rPr>
          <w:b/>
        </w:rPr>
        <w:t>Talep eden müdür:</w:t>
      </w:r>
      <w:r>
        <w:rPr>
          <w:b w:val="0"/>
        </w:rPr>
        <w:t xml:space="preserve"> [Ad soyad, kimlik ve adres]</w:t>
      </w:r>
      <w:r>
        <w:br/>
      </w:r>
      <w:r>
        <w:rPr>
          <w:b/>
        </w:rPr>
        <w:t>Mevcut şirket:</w:t>
      </w:r>
      <w:r>
        <w:rPr>
          <w:b w:val="0"/>
        </w:rPr>
        <w:t xml:space="preserve"> [Tam unvan, sicil ve merkez]</w:t>
      </w:r>
      <w:r>
        <w:br/>
      </w:r>
      <w:r>
        <w:rPr>
          <w:b/>
        </w:rPr>
        <w:t>Muhatap ortaklar:</w:t>
      </w:r>
      <w:r>
        <w:rPr>
          <w:b w:val="0"/>
        </w:rPr>
        <w:t xml:space="preserve"> [Güncel bütün ortaklar]</w:t>
      </w:r>
      <w:r>
        <w:br/>
      </w:r>
      <w:r>
        <w:rPr>
          <w:b/>
        </w:rPr>
        <w:t>Planlanan rakip görev:</w:t>
      </w:r>
      <w:r>
        <w:rPr>
          <w:b w:val="0"/>
        </w:rPr>
        <w:t xml:space="preserve"> [İşletme unvanı ve belirli müdürlük]</w:t>
      </w:r>
      <w:r>
        <w:br/>
      </w:r>
      <w:r>
        <w:rPr>
          <w:b/>
        </w:rPr>
        <w:t>Konu:</w:t>
      </w:r>
      <w:r>
        <w:rPr>
          <w:b w:val="0"/>
        </w:rPr>
        <w:t xml:space="preserve"> TTK 626/2 uyarınca ekte tanımlanan rekabet oluşturan faaliyete yazılı izin verilmesi istemidir.</w:t>
      </w:r>
    </w:p>
    <w:p>
      <w:pPr>
        <w:keepNext/>
        <w:keepLines/>
      </w:pPr>
      <w:r>
        <w:rPr>
          <w:b/>
        </w:rPr>
        <w:t>AÇIKLAMALAR</w:t>
      </w:r>
    </w:p>
    <w:p>
      <w:pPr>
        <w:keepLines/>
      </w:pPr>
      <w:r>
        <w:rPr>
          <w:b w:val="0"/>
        </w:rPr>
        <w:t>1. Belirtilen limited şirkette [gerçek atama kaydı] uyarınca halen müdür olarak görev yapıyorum. Şirketin ortağı değilim. Müdürlük ve güncel ortaklık kayıtları ekte sunulmuştur.</w:t>
      </w:r>
    </w:p>
    <w:p>
      <w:pPr>
        <w:keepLines/>
      </w:pPr>
      <w:r>
        <w:rPr>
          <w:b w:val="0"/>
        </w:rPr>
        <w:t>2. [Rakip işletme] nezdinde [belirli görev, faaliyet, yer ve süre] müdürlük görevini üstlenmek istiyorum. Bu faaliyete henüz başlamadım. Gerçek görev önerisi ve ayrıntılı faaliyet çizelgesi ekte yer almaktadır.</w:t>
      </w:r>
    </w:p>
    <w:p>
      <w:pPr>
        <w:keepLines/>
      </w:pPr>
      <w:r>
        <w:rPr>
          <w:b w:val="0"/>
        </w:rPr>
        <w:t>3. Güncel şirket sözleşmesi ve değişiklikleri incelenmiştir. Belirtilen faaliyet için önceden izin veya ortakların yazılı izni yerine genel kurul onay kararı öngörülmediği doğrulanmıştır. TTK 626/2 kapsamında bütün mevcut ortakların yazılı iznini istiyorum.</w:t>
      </w:r>
    </w:p>
    <w:p>
      <w:pPr>
        <w:keepLines/>
      </w:pPr>
      <w:r>
        <w:rPr>
          <w:b w:val="0"/>
        </w:rPr>
        <w:t>4. İstemim yalnız [tarih/sürüm] faaliyet çizelgesindeki görev, kapsam ve süre içindir. Şirkete ait gizli bilgi, müşteri dosyası, personel, araç, yazılım veya finansmanın rakip faaliyette kullanılmasına izin istemiyorum.</w:t>
      </w:r>
    </w:p>
    <w:p>
      <w:r>
        <w:br w:type="page"/>
      </w:r>
    </w:p>
    <w:p>
      <w:pPr>
        <w:keepLines/>
      </w:pPr>
      <w:r>
        <w:rPr>
          <w:b w:val="0"/>
        </w:rPr>
        <w:t>5. TTK 626/1 ve 3 kapsamındaki özen ve bağlılık borcum ile şirket sırlarını koruma yükümlülüğüm devam etmektedir. Bu talep geçmiş işlemlerin ibrası veya mevcut şirket adına başka işlem yapma yetkisi verilmesi istemi değildir.</w:t>
      </w:r>
    </w:p>
    <w:p>
      <w:pPr>
        <w:keepLines/>
      </w:pPr>
      <w:r>
        <w:rPr>
          <w:b w:val="0"/>
        </w:rPr>
        <w:t>6. Her ortağın aynı faaliyet çizelgesine ilişkin yazılı beyanının kapsamı ve süresiyle verilmesini talep ediyorum. Bütün gerekli yazılı izinler tamamlanmadan bu başvurunun kendisini faaliyet izni olarak kullanmayacağım.</w:t>
      </w:r>
    </w:p>
    <w:p>
      <w:pPr>
        <w:keepLines/>
      </w:pPr>
      <w:r>
        <w:rPr>
          <w:b/>
        </w:rPr>
        <w:t>HUKUKİ DAYANAK:</w:t>
      </w:r>
      <w:r>
        <w:rPr>
          <w:b w:val="0"/>
        </w:rPr>
        <w:t xml:space="preserve"> 6102 sayılı Türk Ticaret Kanunu m.626/1, 2 ve 3; bağlılık ve sır koruması bakımından m.613/1.</w:t>
      </w:r>
    </w:p>
    <w:p>
      <w:pPr>
        <w:keepLines/>
      </w:pPr>
      <w:r>
        <w:rPr>
          <w:b/>
        </w:rPr>
        <w:t>SONUÇ VE TALEP:</w:t>
      </w:r>
      <w:r>
        <w:rPr>
          <w:b w:val="0"/>
        </w:rPr>
        <w:t xml:space="preserve"> Ekte belirli gösterilmiş rakip görev için TTK 626/2 uyarınca yazılı izninizin verilmesini; kabul ettiğiniz kapsam, süre ve varsa sınırların açık belirtilmesini talep ederim.</w:t>
      </w:r>
    </w:p>
    <w:p>
      <w:pPr>
        <w:keepLines/>
      </w:pPr>
      <w:r>
        <w:rPr>
          <w:b/>
        </w:rPr>
        <w:t>EKLER:</w:t>
      </w:r>
      <w:r>
        <w:rPr>
          <w:b w:val="0"/>
        </w:rPr>
        <w:t xml:space="preserve"> 1. Güncel şirket sözleşmesi ve ilgili değişiklikler. 2. Müdürlük ve güncel ortak listesi kayıtları. 3. Tarih/sürüm taşıyan faaliyet çizelgesi. 4. Gerçek görev önerisi. 5. Varsa temsil belgesi.</w:t>
      </w:r>
    </w:p>
    <w:p>
      <w:pPr>
        <w:keepNext/>
        <w:keepLines/>
      </w:pPr>
      <w:r>
        <w:rPr>
          <w:b w:val="0"/>
        </w:rPr>
        <w:t>[Tarih]</w:t>
      </w:r>
      <w:r>
        <w:br/>
      </w:r>
      <w:r>
        <w:rPr>
          <w:b w:val="0"/>
        </w:rPr>
        <w:t>[Müdürün adı ve imzası]</w:t>
      </w:r>
    </w:p>
    <w:p>
      <w:pPr>
        <w:keepLines/>
      </w:pPr>
      <w:r>
        <w:rPr>
          <w:b/>
        </w:rPr>
        <w:t>HER ORTAK İÇİN AYRI YAZILI İZİN BEYANI:</w:t>
      </w:r>
      <w:r>
        <w:rPr>
          <w:b w:val="0"/>
        </w:rPr>
        <w:t xml:space="preserve"> Ortağı bulunduğum [mevcut şirket] müdürü [ad soyad] kişinin [tarih/sürüm] faaliyet çizelgesinde belirtilen [rakip işletme, görev, kapsam ve süre] faaliyetine TTK 626/2 uyarınca yazılı izin veriyorum. İznimin açık sınırları [gerçek kabul edilen kayıt] şeklindedir.</w:t>
      </w:r>
      <w:r>
        <w:br/>
      </w:r>
      <w:r>
        <w:rPr>
          <w:b w:val="0"/>
        </w:rPr>
        <w:t>[Gerçek tarih, ortağın adı/unvanı, varsa yetkili temsilci ve imza]</w:t>
      </w:r>
    </w:p>
    <w:p>
      <w:pPr>
        <w:pStyle w:val="Title"/>
        <w:pageBreakBefore/>
      </w:pPr>
      <w:r>
        <w:t>Dilekçeyi tamamlama ve belge kontrolü</w:t>
      </w:r>
    </w:p>
    <w:p>
      <w:r>
        <w:t>Bu sayfa gönderilecek nüshadan çıkarılır. Örnek şirket ortağı olmayan mevcut limited müdürünün henüz başlamadığı belirli rakip müdürlük için bütün ortaklardan yazılı izin istemidir. Güncel şirket sözleşmesinin önceden izin veya genel kurul alternatifini öngörmediği doğrulanır.</w:t>
      </w:r>
    </w:p>
    <w:p>
      <w:pPr>
        <w:pStyle w:val="Heading1"/>
      </w:pPr>
      <w:r>
        <w:t>Sıfat ve sözleşme</w:t>
      </w:r>
    </w:p>
    <w:p>
      <w:r>
        <w:t>Mevcut müdürlük ve ortak olmama kaydını doğrulayın. Güncel şirket sözleşmesi ve değişiklikleri okuyun; görülmemiş metinde aksi hüküm yok demeyin.</w:t>
      </w:r>
    </w:p>
    <w:p>
      <w:pPr>
        <w:pStyle w:val="Heading1"/>
      </w:pPr>
      <w:r>
        <w:t>İzin yolu</w:t>
      </w:r>
    </w:p>
    <w:p>
      <w:r>
        <w:t>Sözleşme genel kurul onayını öngörüyorsa bu yazılı ortak izni örneğini aynen kullanmayın. 621/1-g usulü ayrıca incelenir.</w:t>
      </w:r>
    </w:p>
    <w:p>
      <w:pPr>
        <w:pStyle w:val="Heading1"/>
      </w:pPr>
      <w:r>
        <w:t>Bütün ortaklar</w:t>
      </w:r>
    </w:p>
    <w:p>
      <w:r>
        <w:t>Güncel ortak listesini belirleyin. Bu örnekte bütün ortakların yazılı izni gerekir. Büyük pay sahibinin mektubunu yeterli saymayın.</w:t>
      </w:r>
    </w:p>
    <w:p>
      <w:pPr>
        <w:pStyle w:val="Heading1"/>
      </w:pPr>
      <w:r>
        <w:t>Belirli faaliyet</w:t>
      </w:r>
    </w:p>
    <w:p>
      <w:r>
        <w:t>Rakip işletme, müdürlük rolü, yer, kapsam ve süreyi gerçek öneriyle yazın. Başlanmış faaliyeti henüz başlamadı göstermeyin.</w:t>
      </w:r>
    </w:p>
    <w:p>
      <w:pPr>
        <w:pStyle w:val="Heading1"/>
      </w:pPr>
      <w:r>
        <w:t>Aynı izin kapsamı</w:t>
      </w:r>
    </w:p>
    <w:p>
      <w:r>
        <w:t>Her ortağa aynı tarih ve sürümlü çizelgeyi sunun. İzin beyanını her ortak kendi iradesiyle ayrı imzalar; dar kapsamları eşitlemeyin.</w:t>
      </w:r>
    </w:p>
    <w:p>
      <w:pPr>
        <w:pStyle w:val="Heading1"/>
      </w:pPr>
      <w:r>
        <w:t>Son kontrol</w:t>
      </w:r>
    </w:p>
    <w:p>
      <w:r>
        <w:t>İmza ve temsil yetkisini kontrol edin. Hazırlık sayfasını çıkarın. Talebi izin saymayın; gerçek izinler ve mevcut özen/sır koruma borcu birlikte izlenir.</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şirket müdürünün rekabet izni talep dilekçesi</dc:title>
  <dc:subject>TTK 626/2 ortak olmayan müdürün bütün ortaklardan belirli faaliyet için yazılı izin istemi</dc:subject>
  <dc:creator>Bakırcı &amp; Keskin Hukuk Bürosu</dc:creator>
  <cp:keywords>limited şirket, müdür, rekabet, yazılı izin, TTK 626</cp:keywords>
  <dc:description>generated by python-docx</dc:description>
  <cp:lastModifiedBy/>
  <cp:revision>1</cp:revision>
  <dcterms:created xsi:type="dcterms:W3CDTF">2013-12-23T23:15:00Z</dcterms:created>
  <dcterms:modified xsi:type="dcterms:W3CDTF">2013-12-23T23:15:00Z</dcterms:modified>
  <cp:category/>
</cp:coreProperties>
</file>