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Limited şirkette ek ödemenin geri verilmesi talep dilekçesi</w:t>
      </w:r>
    </w:p>
    <w:p>
      <w:pPr>
        <w:keepNext/>
        <w:keepLines/>
        <w:jc w:val="center"/>
      </w:pPr>
      <w:r>
        <w:rPr>
          <w:b/>
        </w:rPr>
        <w:t>[LİMİTED ŞİRKET TAM UNVANI] MÜDÜRLERİNE</w:t>
      </w:r>
    </w:p>
    <w:p>
      <w:pPr>
        <w:keepLines/>
      </w:pPr>
      <w:r>
        <w:rPr>
          <w:b/>
        </w:rPr>
        <w:t>Talep eden ortak:</w:t>
      </w:r>
      <w:r>
        <w:rPr>
          <w:b w:val="0"/>
        </w:rPr>
        <w:t xml:space="preserve"> [Ad/unvan, kimlik/sicil ve adres]</w:t>
      </w:r>
      <w:r>
        <w:br/>
      </w:r>
      <w:r>
        <w:rPr>
          <w:b/>
        </w:rPr>
        <w:t>Şirket:</w:t>
      </w:r>
      <w:r>
        <w:rPr>
          <w:b w:val="0"/>
        </w:rPr>
        <w:t xml:space="preserve"> [Tam unvan, merkez ve sicil]</w:t>
      </w:r>
      <w:r>
        <w:br/>
      </w:r>
      <w:r>
        <w:rPr>
          <w:b/>
        </w:rPr>
        <w:t>İlgili esas sermaye payı:</w:t>
      </w:r>
      <w:r>
        <w:rPr>
          <w:b w:val="0"/>
        </w:rPr>
        <w:t xml:space="preserve"> [Gerçek kayıt]</w:t>
      </w:r>
      <w:r>
        <w:br/>
      </w:r>
      <w:r>
        <w:rPr>
          <w:b/>
        </w:rPr>
        <w:t>Geri verilmesi istenen tutar:</w:t>
      </w:r>
      <w:r>
        <w:rPr>
          <w:b w:val="0"/>
        </w:rPr>
        <w:t xml:space="preserve"> [Belirli rakam ve para birimi]</w:t>
      </w:r>
      <w:r>
        <w:br/>
      </w:r>
      <w:r>
        <w:rPr>
          <w:b/>
        </w:rPr>
        <w:t>Konu:</w:t>
      </w:r>
      <w:r>
        <w:rPr>
          <w:b w:val="0"/>
        </w:rPr>
        <w:t xml:space="preserve"> Yerine getirdiğim ek ödemenin belirtilen kısmının TTK 605 kapsamında geri verilmesi istemidir.</w:t>
      </w:r>
    </w:p>
    <w:p>
      <w:pPr>
        <w:keepNext/>
        <w:keepLines/>
      </w:pPr>
      <w:r>
        <w:rPr>
          <w:b/>
        </w:rPr>
        <w:t>AÇIKLAMALAR</w:t>
      </w:r>
    </w:p>
    <w:p>
      <w:pPr>
        <w:keepLines/>
      </w:pPr>
      <w:r>
        <w:rPr>
          <w:b w:val="0"/>
        </w:rPr>
        <w:t>1. Şirketinizin halen ortağıyım. Güncel şirket sözleşmesinin [madde] hükmünde ilgili paya bağlı ek ödeme yükümlülüğü öngörülmüştür. Ortaklık ve sözleşme kayıtları ekte sunulmuştur.</w:t>
      </w:r>
    </w:p>
    <w:p>
      <w:pPr>
        <w:keepLines/>
      </w:pPr>
      <w:r>
        <w:rPr>
          <w:b w:val="0"/>
        </w:rPr>
        <w:t>2. Müdürlerin [tarih ve kayıt] ek ödeme çağrısı üzerine [tarih/tutar listesi] ödemelerini şirketin [hesap] hesabına yaptım. Yerine getirdiğim ek ödeme toplamı [tutar]dır. Dekontlar ve şirket hesap kaydı ekte yer almaktadır.</w:t>
      </w:r>
    </w:p>
    <w:p>
      <w:pPr>
        <w:keepLines/>
      </w:pPr>
      <w:r>
        <w:rPr>
          <w:b w:val="0"/>
        </w:rPr>
        <w:t>3. Önceki geri verme kayıtları ve kalan ek ödeme tutarı ek çizelgede gösterilmiştir. Bu başvuruda yalnız kalan kaydın [belirli tutar] kısmının geri verilmesini istiyorum. Sermaye payı bedelimin geri verilmesini veya başka ortağın ödemesini talep etmiyorum.</w:t>
      </w:r>
    </w:p>
    <w:p>
      <w:pPr>
        <w:keepLines/>
      </w:pPr>
      <w:r>
        <w:rPr>
          <w:b w:val="0"/>
        </w:rPr>
        <w:t>4. Ekteki [gerçek tarih ve hazırlayan] mali belge ve kaynak açıklamasında, bu istem tutarını karşılayan serbestçe kullanılabilecek [belirli yedek akçe/fon] kayıtları gösterilmiştir. Başvuru tarihine kadar kayda etkili gerçek hareketler ayrıca belirtilmiştir. TTK 605 mali koşulunun bu belgeler üzerinden değerlendirilmesini istiyorum.</w:t>
      </w:r>
    </w:p>
    <w:p>
      <w:r>
        <w:br w:type="page"/>
      </w:r>
    </w:p>
    <w:p>
      <w:pPr>
        <w:keepLines/>
      </w:pPr>
      <w:r>
        <w:rPr>
          <w:b w:val="0"/>
        </w:rPr>
        <w:t>5. İlgili belgelerin güncel şirket sözleşmesi ve uygulanacak karar düzeniyle birlikte incelenmesini, belirtilen kısmi geri verme istemimin şirketin ilgili usulüne göre karara bağlanmasını talep ediyorum. Bu dilekçeyi verilmiş kabul kararı veya otomatik ödeme vadesi olarak göstermiyorum.</w:t>
      </w:r>
    </w:p>
    <w:p>
      <w:pPr>
        <w:keepLines/>
      </w:pPr>
      <w:r>
        <w:rPr>
          <w:b w:val="0"/>
        </w:rPr>
        <w:t>6. Geri verme kabul edildiğinde ödeme ve kalan ek ödeme kaydının açık gösterilmesini; kararın ve uygulanacak ödeme bilgisinin tarafıma yazılı bildirilmesini istiyorum. Banka bilgim [başvuranın kendi hesap ve IBAN kaydı]dır.</w:t>
      </w:r>
    </w:p>
    <w:p>
      <w:pPr>
        <w:keepLines/>
      </w:pPr>
      <w:r>
        <w:rPr>
          <w:b/>
        </w:rPr>
        <w:t>HUKUKİ DAYANAK:</w:t>
      </w:r>
      <w:r>
        <w:rPr>
          <w:b w:val="0"/>
        </w:rPr>
        <w:t xml:space="preserve"> 6102 sayılı Türk Ticaret Kanunu m.605; ek ödemenin kaynağı bakımından m.603; finansal tablo ve yedek akçe düzeni bakımından m.610.</w:t>
      </w:r>
    </w:p>
    <w:p>
      <w:pPr>
        <w:keepLines/>
      </w:pPr>
      <w:r>
        <w:rPr>
          <w:b/>
        </w:rPr>
        <w:t>SONUÇ VE TALEP:</w:t>
      </w:r>
      <w:r>
        <w:rPr>
          <w:b w:val="0"/>
        </w:rPr>
        <w:t xml:space="preserve"> Yerine getirdiğim ek ödemenin [belirli tutar] kısmının, ekte gösterilen serbest kaynak ve TTK 605 şartı değerlendirilerek ilgili şirket usulüyle geri verilmesine karar verilmesini; karar, ödeme bilgisi ve kalan ek ödeme kaydının tarafıma bildirilmesini talep ederim.</w:t>
      </w:r>
    </w:p>
    <w:p>
      <w:pPr>
        <w:keepLines/>
      </w:pPr>
      <w:r>
        <w:rPr>
          <w:b/>
        </w:rPr>
        <w:t>EKLER:</w:t>
      </w:r>
      <w:r>
        <w:rPr>
          <w:b w:val="0"/>
        </w:rPr>
        <w:t xml:space="preserve"> 1. Güncel ortaklık ve şirket sözleşmesi kayıtları. 2. Gerçek ek ödeme çağrısı. 3. Dekontlar ve şirket hesap kaydı. 4. Ödeme, önceki geri verme ve kalan tutar çizelgesi. 5. Güncel mali belge ve serbest kaynak açıklaması. 6. Varsa temsil belgesi.</w:t>
      </w:r>
    </w:p>
    <w:p>
      <w:pPr>
        <w:keepLines/>
      </w:pPr>
      <w:r>
        <w:rPr>
          <w:b w:val="0"/>
        </w:rPr>
        <w:t>[Gerçek tarih]</w:t>
      </w:r>
      <w:r>
        <w:br/>
      </w:r>
      <w:r>
        <w:rPr>
          <w:b w:val="0"/>
        </w:rPr>
        <w:t>[Ortağın/temsilcinin adı ve imzası]</w:t>
      </w:r>
    </w:p>
    <w:p>
      <w:pPr>
        <w:pStyle w:val="Title"/>
        <w:pageBreakBefore/>
      </w:pPr>
      <w:r>
        <w:t>Dilekçeyi tamamlama ve belge kontrolü</w:t>
      </w:r>
    </w:p>
    <w:p>
      <w:r>
        <w:t>Bu sayfa gönderilecek nüshadan çıkarılır. Örnek halen ortak olan kişinin geçerli çağrıyla şirket hesabına yaptığı gerçek ek ödemenin belirli kısmını ilk kez geri istemesidir. Şirket tasfiye veya iflas halinde değildir; istemi karşılayan güncel serbest kaynak belgeleri görülmüştür.</w:t>
      </w:r>
    </w:p>
    <w:p>
      <w:pPr>
        <w:pStyle w:val="Heading1"/>
      </w:pPr>
      <w:r>
        <w:t>Ödemenin niteliği</w:t>
      </w:r>
    </w:p>
    <w:p>
      <w:r>
        <w:t>Şirket sözleşmesini, payı ve gerçek müdür çağrısını doğrulayın. Sermaye borcu, ödünç ve başka havaleyi ek ödeme olarak göstermeyin.</w:t>
      </w:r>
    </w:p>
    <w:p>
      <w:pPr>
        <w:pStyle w:val="Heading1"/>
      </w:pPr>
      <w:r>
        <w:t>Fiilî ifa</w:t>
      </w:r>
    </w:p>
    <w:p>
      <w:r>
        <w:t>Şirket hesabına ulaşan dekontları şirket kayıtlarıyla karşılaştırın. Taksitleri ayrı yazın; ödenmemiş taahhüdü eklemeyin.</w:t>
      </w:r>
    </w:p>
    <w:p>
      <w:pPr>
        <w:pStyle w:val="Heading1"/>
      </w:pPr>
      <w:r>
        <w:t>Kalan tutar</w:t>
      </w:r>
    </w:p>
    <w:p>
      <w:r>
        <w:t>Önceki geri vermeleri ayrı düşürün. Bu ilk kısmi istemde belirli rakamı yazın; başka ortağın ödemesini istemeyin.</w:t>
      </w:r>
    </w:p>
    <w:p>
      <w:pPr>
        <w:pStyle w:val="Heading1"/>
      </w:pPr>
      <w:r>
        <w:t>Serbest kaynak</w:t>
      </w:r>
    </w:p>
    <w:p>
      <w:r>
        <w:t>Güncel yedek akçe/fon dayanağını, kullanım kısıtını ve sonraki hareketleri inceleyin. Yalnız banka bakiyesini yeterli saymayın. Görülmemiş mali şartı doğrulandı yazmayın.</w:t>
      </w:r>
    </w:p>
    <w:p>
      <w:pPr>
        <w:pStyle w:val="Heading1"/>
      </w:pPr>
      <w:r>
        <w:t>Karar usulü</w:t>
      </w:r>
    </w:p>
    <w:p>
      <w:r>
        <w:t>Güncel şirket sözleşmesini ve ilgili karar düzenini inceleyin. TTK 605'e otomatik vade veya değişmez merci eklemeyin. İlk istemi kabul kararı saymayın.</w:t>
      </w:r>
    </w:p>
    <w:p>
      <w:pPr>
        <w:pStyle w:val="Heading1"/>
      </w:pPr>
      <w:r>
        <w:t>Son kontrol</w:t>
      </w:r>
    </w:p>
    <w:p>
      <w:r>
        <w:t>Ekleri numaralandırın, temsil ve gerçek imzayı doğrulayın. Kendi banka bilgilerinizi yazın. Hazırlık sayfasını çıkarın; karar, gerçek ödeme ve kalan kaydı ayrı izleyin.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şirkette ek ödemenin geri verilmesi talep dilekçesi</dc:title>
  <dc:subject>TTK 605 fiilen yerine getirilmiş ek ödemenin belirli kısmının serbest kaynakla geri verilmesi istemi</dc:subject>
  <dc:creator>Bakırcı &amp; Keskin Hukuk Bürosu</dc:creator>
  <cp:keywords>limited şirket, ek ödeme, geri verme, TTK 605</cp:keywords>
  <dc:description>generated by python-docx</dc:description>
  <cp:lastModifiedBy/>
  <cp:revision>1</cp:revision>
  <dcterms:created xsi:type="dcterms:W3CDTF">2013-12-23T23:15:00Z</dcterms:created>
  <dcterms:modified xsi:type="dcterms:W3CDTF">2013-12-23T23:15:00Z</dcterms:modified>
  <cp:category/>
</cp:coreProperties>
</file>