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[SATICININ TAM UNVANINA]</w:t>
      </w:r>
      <w:r>
        <w:br/>
      </w:r>
      <w:r>
        <w:rPr>
          <w:b w:val="0"/>
        </w:rPr>
        <w:t>[Cayma bildirimi adresi / e-posta]</w:t>
      </w:r>
      <w:r>
        <w:br/>
      </w:r>
      <w:r>
        <w:rPr>
          <w:b w:val="0"/>
        </w:rPr>
        <w:t>[Varsa platformun unvanı ve başvuru kanalı]</w:t>
      </w:r>
    </w:p>
    <w:p>
      <w:pPr>
        <w:keepLines/>
      </w:pPr>
      <w:r>
        <w:rPr>
          <w:b/>
        </w:rPr>
        <w:t>TÜKETİCİ:</w:t>
      </w:r>
      <w:r>
        <w:rPr>
          <w:b w:val="0"/>
        </w:rPr>
        <w:t xml:space="preserve"> [Ad soyad]</w:t>
      </w:r>
      <w:r>
        <w:br/>
      </w:r>
      <w:r>
        <w:rPr>
          <w:b/>
        </w:rPr>
        <w:t>ADRES VE İLETİŞİM:</w:t>
      </w:r>
      <w:r>
        <w:rPr>
          <w:b w:val="0"/>
        </w:rPr>
        <w:t xml:space="preserve"> [Adres, e-posta, telefon]</w:t>
      </w:r>
      <w:r>
        <w:br/>
      </w:r>
      <w:r>
        <w:rPr>
          <w:b/>
        </w:rPr>
        <w:t>SİPARİŞ:</w:t>
      </w:r>
      <w:r>
        <w:rPr>
          <w:b w:val="0"/>
        </w:rPr>
        <w:t xml:space="preserve"> [Numara ve sözleşme tarihi]</w:t>
      </w:r>
      <w:r>
        <w:br/>
      </w:r>
      <w:r>
        <w:rPr>
          <w:b/>
        </w:rPr>
        <w:t>MAL:</w:t>
      </w:r>
      <w:r>
        <w:rPr>
          <w:b w:val="0"/>
        </w:rPr>
        <w:t xml:space="preserve"> [Ürün, model, adet ve ayırt edici bilgi]</w:t>
      </w:r>
      <w:r>
        <w:br/>
      </w:r>
      <w:r>
        <w:rPr>
          <w:b/>
        </w:rPr>
        <w:t>TESLİM TARİHİ:</w:t>
      </w:r>
      <w:r>
        <w:rPr>
          <w:b w:val="0"/>
        </w:rPr>
        <w:t xml:space="preserve"> [Fiilî teslim tarihi]</w:t>
      </w:r>
      <w:r>
        <w:br/>
      </w:r>
      <w:r>
        <w:rPr>
          <w:b/>
        </w:rPr>
        <w:t>ÖDEME:</w:t>
      </w:r>
      <w:r>
        <w:rPr>
          <w:b w:val="0"/>
        </w:rPr>
        <w:t xml:space="preserve"> [Mal bedeli, teslimat masrafı, toplam ve ödeme aracı]</w:t>
      </w:r>
      <w:r>
        <w:br/>
      </w:r>
      <w:r>
        <w:rPr>
          <w:b/>
        </w:rPr>
        <w:t>KONU:</w:t>
      </w:r>
      <w:r>
        <w:rPr>
          <w:b w:val="0"/>
        </w:rPr>
        <w:t xml:space="preserve"> Mesafeli satış sözleşmesinden cayma bildirimi ve bedel iadesi.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[İnternet sitesi / uygulama] üzerinden tüketici sıfatıyla satın aldığım yukarıdaki malı belirtilen tarihte teslim aldım. Sipariş ve teslim kayıtları ektedir.</w:t>
      </w:r>
    </w:p>
    <w:p>
      <w:pPr>
        <w:keepLines/>
      </w:pPr>
      <w:r>
        <w:rPr>
          <w:b w:val="0"/>
        </w:rPr>
        <w:t>2. 6502 sayılı Kanun m.48/4 ve Mesafeli Sözleşmeler Yönetmeliği m.9 ile m.11 uyarınca, yasal süre içinde bu satış sözleşmesinden cayma hakkımı kullandığımı açıkça bildiriyorum. Cayma beyanım herhangi bir onay veya gerekçe değerlendirmesine bağlı değildir.</w:t>
      </w:r>
    </w:p>
    <w:p>
      <w:pPr>
        <w:keepLines/>
      </w:pPr>
      <w:r>
        <w:rPr>
          <w:b w:val="0"/>
        </w:rPr>
        <w:t>3. Malı, Yönetmelik m.13/1 uyarınca bu bildirimi yönelttiğim tarihten itibaren on dört gün içinde geri göndereceğim. Ön bilgilendirmede iade için gösterilen [taşıyıcı adı] aracılığıyla ücretsiz gönderim için gerekli iade kodu ve teslim adresinin bildirilmesini istiyorum. Mal tarafınızdan alınacaksa alım düzeninin yazılı olarak bildirilmesini talep ediyorum.</w:t>
      </w:r>
    </w:p>
    <w:p>
      <w:pPr>
        <w:keepLines/>
      </w:pPr>
      <w:r>
        <w:rPr>
          <w:b w:val="0"/>
        </w:rPr>
        <w:t>4. Yönetmelik m.12/1 ve 12/4 uyarınca teslimat masrafı dâhil tahsil edilen ödemelerin, malın belirtilen taşıyıcıya tesliminden itibaren on dört gün içinde, satın alırken kullandığım ödeme aracına uygun biçimde, masraf yüklenmeden ve tek seferde iadesini istiyorum.</w:t>
      </w:r>
    </w:p>
    <w:p>
      <w:pPr>
        <w:keepLines/>
      </w:pPr>
      <w:r>
        <w:rPr>
          <w:b/>
        </w:rPr>
        <w:t>SONUÇ:</w:t>
      </w:r>
      <w:r>
        <w:rPr>
          <w:b w:val="0"/>
        </w:rPr>
        <w:t xml:space="preserve"> Cayma bildirimimin kayda alınmasını, alındı teyidinin ve iade işlemi bilgilerinin tarafıma iletilmesini; malın geri gönderilmesi üzerine yukarıda belirtilen bedel iadesinin yasal sürede yapılmasını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[Sipariş/sözleşme ve ön bilgilendirme, fatura/ödeme kaydı, teslim kaydı]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[Kâğıt üzerinde gönderiliyorsa imza]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Mesafeli Satış Cayma Bildirimi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