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[MUHATAP MİRASÇININ ADI SOYADI]’NA</w:t>
      </w:r>
    </w:p>
    <w:p>
      <w:pPr/>
      <w:r>
        <w:rPr>
          <w:b/>
        </w:rPr>
        <w:t>Başvuran:</w:t>
      </w:r>
      <w:r>
        <w:rPr>
          <w:b w:val="0"/>
        </w:rPr>
        <w:t xml:space="preserve"> [Ad soyad, adres ve iletişim]</w:t>
      </w:r>
      <w:r>
        <w:br/>
      </w:r>
      <w:r>
        <w:rPr>
          <w:b/>
        </w:rPr>
        <w:t>Mirasbırakan:</w:t>
      </w:r>
      <w:r>
        <w:rPr>
          <w:b w:val="0"/>
        </w:rPr>
        <w:t xml:space="preserve"> [Ad soyad ve ayırt edici bilgi]</w:t>
      </w:r>
      <w:r>
        <w:br/>
      </w:r>
      <w:r>
        <w:rPr>
          <w:b/>
        </w:rPr>
        <w:t>Ölüm tarihi:</w:t>
      </w:r>
      <w:r>
        <w:rPr>
          <w:b w:val="0"/>
        </w:rPr>
        <w:t xml:space="preserve"> [Tarih]</w:t>
      </w:r>
      <w:r>
        <w:br/>
      </w:r>
      <w:r>
        <w:rPr>
          <w:b/>
        </w:rPr>
        <w:t>Mirasçılık belgesi:</w:t>
      </w:r>
      <w:r>
        <w:rPr>
          <w:b w:val="0"/>
        </w:rPr>
        <w:t xml:space="preserve"> [Düzenleyen, tarih ve numara]</w:t>
      </w:r>
      <w:r>
        <w:br/>
      </w:r>
      <w:r>
        <w:rPr>
          <w:b/>
        </w:rPr>
        <w:t>Konu:</w:t>
      </w:r>
      <w:r>
        <w:rPr>
          <w:b w:val="0"/>
        </w:rPr>
        <w:t xml:space="preserve"> Paylaşma için TMK m.646/3 ve m.649/2 kapsamında bilgi verilmesi talebidir.</w:t>
      </w:r>
    </w:p>
    <w:p>
      <w:pPr/>
      <w:r>
        <w:rPr>
          <w:b w:val="0"/>
        </w:rPr>
        <w:t>Yukarıda belirtilen mirasbırakanın mirasçısıyım. Mirasın paylaşılmasına esas bilgilerin tamamlanması için, ekte numaralandırılan konularda açıklamanıza ihtiyaç bulunmaktadır.</w:t>
      </w:r>
    </w:p>
    <w:p>
      <w:pPr/>
      <w:r>
        <w:rPr>
          <w:b w:val="0"/>
        </w:rPr>
        <w:t>1. Zilyetliğinizde bulunan [belirli tereke malı / eşya listesi] hakkında cins, adet, bulunduğu yer ve teslim kayıtlarının açıklanmasını istiyorum. Daha sonra başkasına teslim edilen kalem varsa teslim tarihi, muhatabı ve dayanağının belirtilmesini talep ediyorum.</w:t>
      </w:r>
    </w:p>
    <w:p>
      <w:pPr/>
      <w:r>
        <w:rPr>
          <w:b w:val="0"/>
        </w:rPr>
        <w:t>2. Mirasbırakanla aranızdaki [belirli borç ilişkisi, tarih ve belge] bakımından başlangıç tutarı, ödeme kayıtları ve mevcut bakiyenin açıklanmasını istiyorum. Paylaşmada dikkate alınması gereken [belirli diğer ilişki / işlem] hakkında bilgilerin ek listedeki kapsamda verilmesini talep ediyorum.</w:t>
      </w:r>
    </w:p>
    <w:p>
      <w:pPr/>
      <w:r>
        <w:rPr>
          <w:b/>
        </w:rPr>
        <w:t>Sonuç ve talep:</w:t>
      </w:r>
      <w:r>
        <w:rPr>
          <w:b w:val="0"/>
        </w:rPr>
        <w:t xml:space="preserve"> TMK m.646/3 ve m.649/2 uyarınca belirtilen konularda eksiksiz bilginin, mevcut dayanak belgelerle ilişkilendirilerek [iletişim / teslim adresi] üzerinden yazılı verilmesini talep ederim. Bilinmeyen veya belgesi elinizde bulunmayan hususlar ayrıca açıklanmalıdır. Bu başvuru paylaşma, ibra veya belirli malın mülkiyetinin kabulü niteliğinde değildir.</w:t>
      </w:r>
    </w:p>
    <w:p>
      <w:pPr/>
      <w:r>
        <w:rPr>
          <w:b/>
        </w:rPr>
        <w:t>Ekler:</w:t>
      </w:r>
      <w:r>
        <w:rPr>
          <w:b w:val="0"/>
        </w:rPr>
        <w:t xml:space="preserve"> Mirasçılık sıfatını gösteren belge; numaralı bilgi talep listesi; taleple ilgili mevcut kayıtların örnekleri.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p>
      <w:r>
        <w:br w:type="page"/>
      </w:r>
    </w:p>
    <w:p>
      <w:pPr>
        <w:pStyle w:val="Title"/>
      </w:pPr>
      <w:r>
        <w:t>Numaralı bilgi listesi hazırlığı</w:t>
      </w:r>
    </w:p>
    <w:p>
      <w:r>
        <w:t>Her mal, borç veya ilişki için ayrı numara kullanın. Gerçek bilgi ile açıklanmasını istediğiniz eksikliği ayırın.</w:t>
      </w:r>
    </w:p>
    <w:p>
      <w:pPr>
        <w:pStyle w:val="Heading2"/>
      </w:pPr>
      <w:r>
        <w:t>Miras ve taraflar</w:t>
      </w:r>
    </w:p>
    <w:p>
      <w:r>
        <w:t>Mirasbırakan / ölüm tarihi: [Doldurunuz]</w:t>
        <w:br/>
        <w:t>Başvuran / mirasçılık belgesi: [Doldurunuz]</w:t>
        <w:br/>
        <w:t>Muhatap mirasçı / adres: [Doldurunuz]</w:t>
        <w:br/>
        <w:t>Varsa temsilci / yetki belgesi: [Doldurunuz]</w:t>
        <w:br/>
        <w:t>Paylaşım görüşmesi veya dosya bilgisi: [Varsa]</w:t>
      </w:r>
    </w:p>
    <w:p>
      <w:pPr>
        <w:pStyle w:val="Heading2"/>
      </w:pPr>
      <w:r>
        <w:t>Tereke malı bilgi kalemi</w:t>
      </w:r>
    </w:p>
    <w:p>
      <w:r>
        <w:t>Kalem no / eşyanın açık tanımı: [Doldurunuz]</w:t>
        <w:br/>
        <w:t>Bilinen cins / adet / seri numarası: [Doldurunuz]</w:t>
        <w:br/>
        <w:t>Mevcut bilginin kaynağı: [Belge / doğrudan gözlem vb.]</w:t>
        <w:br/>
        <w:t>Açıklanması istenen yer / teslim bilgisi: [Doldurunuz]</w:t>
        <w:br/>
        <w:t>İlgili dönem ve talep edilen belge: [Doldurunuz]</w:t>
      </w:r>
    </w:p>
    <w:p>
      <w:pPr>
        <w:pStyle w:val="Heading2"/>
      </w:pPr>
      <w:r>
        <w:t>Borç veya diğer ilişki kalemi</w:t>
      </w:r>
    </w:p>
    <w:p>
      <w:r>
        <w:t>Kalem no / işlemin tarihi ve tanımı: [Doldurunuz]</w:t>
        <w:br/>
        <w:t>Bilinen tutar / para birimi: [Doldurunuz]</w:t>
        <w:br/>
        <w:t>Mevcut belge / tarih / numara: [Doldurunuz]</w:t>
        <w:br/>
        <w:t>İstenen başlangıç, ödeme ve bakiye açıklaması: [Doldurunuz]</w:t>
        <w:br/>
        <w:t>Paylaşmayla bağlantısı: [Açıklayınız]</w:t>
        <w:br/>
        <w:t>İstenen belge örneği: [Doldurunuz]</w:t>
      </w:r>
    </w:p>
    <w:p>
      <w:r>
        <w:rPr>
          <w:sz w:val="20"/>
        </w:rPr>
        <w:t>Gerekirse bu bilgi kalemlerini ayrı çizelgede çoğaltın. TMK m.646/3 zilyetlik ve mirasbırakana borç hakkında eksiksiz bilgiyi; m.649/2 paylaşmanın eşit ve adil yürütülmesi için ilişkiler hakkında gerekli bilgileri düzenler.</w:t>
      </w:r>
    </w:p>
    <w:p>
      <w:r>
        <w:br w:type="page"/>
      </w:r>
    </w:p>
    <w:p>
      <w:pPr>
        <w:pStyle w:val="Title"/>
      </w:pPr>
      <w:r>
        <w:t>Cevap ve eksik bilgi takip formu</w:t>
      </w:r>
    </w:p>
    <w:p>
      <w:r>
        <w:t>Başvuranda kalır. Cevapları talep listesinin numaralarına bağlayın; bilgi edinmeyi paylaşma anlaşmasıyla karıştırmayın.</w:t>
      </w:r>
    </w:p>
    <w:p>
      <w:pPr>
        <w:pStyle w:val="Heading2"/>
      </w:pPr>
      <w:r>
        <w:t>Gönderim</w:t>
      </w:r>
    </w:p>
    <w:p>
      <w:r>
        <w:t>Dilekçe ve ek liste tarihi: [Doldurunuz]</w:t>
        <w:br/>
        <w:t>Gönderilen ekler / nüshalar: [Doldurunuz]</w:t>
        <w:br/>
        <w:t>Gönderim / ulaşma kaydı: [Doldurunuz]</w:t>
        <w:br/>
        <w:t>Varsa önerilen görüşme veya cevap tarihi: [Doldurunuz]</w:t>
      </w:r>
    </w:p>
    <w:p>
      <w:pPr>
        <w:pStyle w:val="Heading2"/>
      </w:pPr>
      <w:r>
        <w:t>Her cevap için kayıt</w:t>
      </w:r>
    </w:p>
    <w:p>
      <w:r>
        <w:t>Talep kalemi no: [Doldurunuz]</w:t>
        <w:br/>
        <w:t>Cevap tarihi / cevap veren: [Doldurunuz]</w:t>
        <w:br/>
        <w:t>Verilen açıklama: [Özetleyiniz]</w:t>
        <w:br/>
        <w:t>Gelen belge / tarih / sayfa sayısı: [Doldurunuz]</w:t>
        <w:br/>
        <w:t>Asıl / örnek / okunabilirlik: [Kontrol ediniz]</w:t>
        <w:br/>
        <w:t>Eksik bilgi veya somut çelişki: [Varsa]</w:t>
        <w:br/>
        <w:t>Tamamlama talebi ve tarihi: [Varsa]</w:t>
      </w:r>
    </w:p>
    <w:p>
      <w:pPr>
        <w:pStyle w:val="Heading2"/>
      </w:pPr>
      <w:r>
        <w:t>Son durum</w:t>
      </w:r>
    </w:p>
    <w:p>
      <w:r>
        <w:t>Tamamlanan kalemler: [Numaraları]</w:t>
        <w:br/>
        <w:t>Açıkta kalan kalemler: [Numaraları ve sebebi]</w:t>
        <w:br/>
        <w:t>Yeni öğrenilen mal / işlem: [Varsa kaynak]</w:t>
        <w:br/>
        <w:t>İncelenecek ayrı hak veya süre: [Varsa]</w:t>
        <w:br/>
        <w:t>Belge aslının geri verilmesi: [Varsa kayıt]</w:t>
        <w:br/>
        <w:t>Sonraki işlem / takip tarihi: [Varsa]</w:t>
      </w:r>
    </w:p>
    <w:p>
      <w:r>
        <w:rPr>
          <w:sz w:val="20"/>
        </w:rPr>
        <w:t>TMK m.646 ve 649 sabit 7/15/30 günlük cevap süresi koymaz. Bilgi talebi başka hukuki yolların sürelerini kendiliğinden durdurmaz. Kişisel şifre veya yetkisiz hesap erişimi istenmez. Bu form mahkemeye tereke tespiti başvurusu değildir.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Mirasçıdan terekeye ilişkin bilgi talep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