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[İL / İLÇE VE NUMARA] NOTERLİĞİNE</w:t>
      </w:r>
    </w:p>
    <w:p>
      <w:pPr/>
      <w:r>
        <w:rPr>
          <w:b/>
        </w:rPr>
        <w:t>TALEP EDEN:</w:t>
      </w:r>
      <w:r>
        <w:rPr>
          <w:b w:val="0"/>
        </w:rPr>
        <w:t xml:space="preserve"> [Ad soyad / tüzel kişi unvanı]</w:t>
      </w:r>
      <w:r>
        <w:br/>
      </w:r>
      <w:r>
        <w:rPr>
          <w:b/>
        </w:rPr>
        <w:t>KİMLİK VEYA SİCİL BİLGİSİ:</w:t>
      </w:r>
      <w:r>
        <w:rPr>
          <w:b w:val="0"/>
        </w:rPr>
        <w:t xml:space="preserve"> [İşlem için gerekli doğru bilgi]</w:t>
      </w:r>
      <w:r>
        <w:br/>
      </w:r>
      <w:r>
        <w:rPr>
          <w:b/>
        </w:rPr>
        <w:t>ADRES:</w:t>
      </w:r>
      <w:r>
        <w:rPr>
          <w:b w:val="0"/>
        </w:rPr>
        <w:t xml:space="preserve"> [Açık adres]</w:t>
      </w:r>
      <w:r>
        <w:br/>
      </w:r>
      <w:r>
        <w:rPr>
          <w:b/>
        </w:rPr>
        <w:t>BAŞVURU SIFATI:</w:t>
      </w:r>
      <w:r>
        <w:rPr>
          <w:b w:val="0"/>
        </w:rPr>
        <w:t xml:space="preserve"> [İşlemin ilgilisi / kanuni temsilci / vekil / mirasçı]</w:t>
      </w:r>
      <w:r>
        <w:br/>
      </w:r>
      <w:r>
        <w:rPr>
          <w:b/>
        </w:rPr>
        <w:t>TEMSİL EDİLEN:</w:t>
      </w:r>
      <w:r>
        <w:rPr>
          <w:b w:val="0"/>
        </w:rPr>
        <w:t xml:space="preserve"> [Temsil varsa ad soyad veya unvan]</w:t>
      </w:r>
    </w:p>
    <w:p>
      <w:pPr/>
      <w:r>
        <w:rPr>
          <w:b/>
        </w:rPr>
        <w:t>KONU:</w:t>
      </w:r>
      <w:r>
        <w:rPr>
          <w:b w:val="0"/>
        </w:rPr>
        <w:t xml:space="preserve"> 1512 sayılı Noterlik Kanunu m.94 uyarınca aşağıda belirtilen noterlik işleminin onaylı örneğinin verilmesi talebidir.</w:t>
      </w:r>
    </w:p>
    <w:p>
      <w:pPr/>
      <w:r>
        <w:rPr>
          <w:b/>
        </w:rPr>
        <w:t>AÇIKLAMALAR</w:t>
      </w:r>
    </w:p>
    <w:p>
      <w:pPr/>
      <w:r>
        <w:rPr>
          <w:b w:val="0"/>
        </w:rPr>
        <w:t>1. Örneğini istediğim işlem [işlemi yapan noterliğin tam adı] tarafından [işlem tarihi] tarihinde, [yevmiye numarası] yevmiye numarasıyla yapılmıştır. İşlemin türü [işlem türü], işlemle ilgili kişi veya kişiler [ad soyad / unvan] şeklindedir. Bilinmeyen işlem bilgileri ve kaydın bulunmasına yardımcı belgeler ayrıca ekte gösterilmiştir.</w:t>
      </w:r>
    </w:p>
    <w:p>
      <w:pPr/>
      <w:r>
        <w:rPr>
          <w:b w:val="0"/>
        </w:rPr>
        <w:t>2. Bu işleme ilişkin örnek talebim [ilgili olma, kanuni temsil, vekâlet veya mirasçılık ilişkisinin somut açıklaması] sıfatına dayanmaktadır. Sıfatımı gösteren [belgenin adı, tarihi ve numarası] başvurumla birlikte sunulmaktadır.</w:t>
      </w:r>
    </w:p>
    <w:p>
      <w:pPr/>
      <w:r>
        <w:rPr>
          <w:b w:val="0"/>
        </w:rPr>
        <w:t>3. Talebim, belirtilen işlemin [tamamının / açıkça tanımlanan bölümünün] onaylı örneğinin [adet] nüsha verilmesidir. İşleme bağlı olarak arşivde saklanan ve örnek alma hakkım kapsamında bulunan [eklerin adları] da talebime dahildir. Ek talebi yoksa bu son cümle başvurudan çıkarılacaktır.</w:t>
      </w:r>
    </w:p>
    <w:p>
      <w:pPr/>
      <w:r>
        <w:rPr>
          <w:b/>
        </w:rPr>
        <w:t>HUKUKİ DAYANAK:</w:t>
      </w:r>
      <w:r>
        <w:rPr>
          <w:b w:val="0"/>
        </w:rPr>
        <w:t xml:space="preserve"> 1512 sayılı Noterlik Kanunu m.94.</w:t>
      </w:r>
    </w:p>
    <w:p>
      <w:pPr/>
      <w:r>
        <w:rPr>
          <w:b/>
        </w:rPr>
        <w:t>SONUÇ VE TALEP:</w:t>
      </w:r>
      <w:r>
        <w:rPr>
          <w:b w:val="0"/>
        </w:rPr>
        <w:t xml:space="preserve"> Yukarıda tanımlanan işlem ve talep kapsamı esas alınarak, başvuru sıfatımın ve sunduğum belgelerin kontrolü ile işlem örneğinin tarafıma verilmesini talep ederim. İşlem için gereken masrafın bildirilmesini; kayıt kimliği veya sıfat belgesinde tamamlanması gereken eksik varsa bunun açıklanmasını isterim.</w:t>
      </w:r>
    </w:p>
    <w:p>
      <w:pPr/>
      <w:r>
        <w:rPr>
          <w:b/>
        </w:rPr>
        <w:t>EKLER:</w:t>
      </w:r>
      <w:r>
        <w:rPr>
          <w:b w:val="0"/>
        </w:rPr>
        <w:t xml:space="preserve"> 1. Başvuru sıfatını gösteren belge. 2. Varsa önceki işlem örneği veya işlem kimliğini gösteren kayıt. 3. Gerekiyorsa işlem bilgileri çizelgesi.</w:t>
      </w:r>
    </w:p>
    <w:p>
      <w:pPr>
        <w:jc w:val="right"/>
      </w:pPr>
      <w:r>
        <w:rPr>
          <w:b w:val="0"/>
        </w:rPr>
        <w:t>[Tarih]</w:t>
      </w:r>
      <w:r>
        <w:br/>
      </w:r>
      <w:r>
        <w:rPr>
          <w:b w:val="0"/>
        </w:rPr>
        <w:t>[Ad soyad ve temsil sıfatı]</w:t>
      </w:r>
      <w:r>
        <w:br/>
      </w:r>
      <w:r>
        <w:rPr>
          <w:b w:val="0"/>
        </w:rPr>
        <w:t>[İmza]</w:t>
      </w:r>
    </w:p>
    <w:p>
      <w:r>
        <w:br w:type="page"/>
      </w:r>
    </w:p>
    <w:p>
      <w:pPr>
        <w:pStyle w:val="Title"/>
      </w:pPr>
      <w:r>
        <w:t>İşlem bilgileri ve başvuru hazırlığı</w:t>
      </w:r>
    </w:p>
    <w:p>
      <w:r>
        <w:t>Bu sayfa hazırlık içindir. Bilmediğiniz bilgileri tahmin etmeyin. Gerekiyorsa yalnız işlem kimliğini açıklayan kısmı ek olarak sunun; kişisel takip notlarını noterliğe verilen metinden çıkarın.</w:t>
      </w:r>
    </w:p>
    <w:p>
      <w:pPr>
        <w:pStyle w:val="Heading2"/>
      </w:pPr>
      <w:r>
        <w:t>Aranan işlemin kimliği</w:t>
      </w:r>
    </w:p>
    <w:p>
      <w:r>
        <w:t>İşlemi yapan noterlik: [Tam adı]</w:t>
        <w:br/>
        <w:t>İşlem tarihi: [Biliniyorsa kesin tarih]</w:t>
        <w:br/>
        <w:t>Yevmiye numarası: [Biliniyorsa]</w:t>
        <w:br/>
        <w:t>İşlem türü: [Vekâletname, sözleşme vb.]</w:t>
        <w:br/>
        <w:t>İlgili kişiler: [Ad soyad / unvan]</w:t>
        <w:br/>
        <w:t>Bilgi alınan belgenin adı: [Eski örnek, makbuz vb.]</w:t>
      </w:r>
    </w:p>
    <w:p>
      <w:pPr>
        <w:pStyle w:val="Heading2"/>
      </w:pPr>
      <w:r>
        <w:t>Eksik bilgilerin açıklaması</w:t>
      </w:r>
    </w:p>
    <w:p>
      <w:r>
        <w:t>Bilinmeyen bilgi: [Açıkça belirtiniz]</w:t>
        <w:br/>
        <w:t>Bilinen tarih aralığı: [Kesin tarih bilinmiyorsa]</w:t>
        <w:br/>
        <w:t>Kaydı ayırt eden diğer gerçek bilgi: [Doldurunuz]</w:t>
        <w:br/>
        <w:t>Ekte sunulan yardımcı belge: [Varsa adı]</w:t>
      </w:r>
    </w:p>
    <w:p>
      <w:pPr>
        <w:pStyle w:val="Heading2"/>
      </w:pPr>
      <w:r>
        <w:t>Başvuru hakkı ve kapsam</w:t>
      </w:r>
    </w:p>
    <w:p>
      <w:r>
        <w:t>Başvuru sıfatı: [İlgili, kanuni temsilci, vekil veya mirasçı]</w:t>
        <w:br/>
        <w:t>Temsil edilen kişi: [Varsa]</w:t>
        <w:br/>
        <w:t>Sıfat belgesinin adı, tarihi ve numarası: [Doldurunuz]</w:t>
        <w:br/>
        <w:t>İstenen kapsam: [İşlemin tamamı / tanımlanan bölüm]</w:t>
        <w:br/>
        <w:t>İstenen ekler: [Arşivdeki belirli ekleri yazınız]</w:t>
        <w:br/>
        <w:t>Nüsha sayısı: [Doldurunuz]</w:t>
      </w:r>
    </w:p>
    <w:p>
      <w:pPr>
        <w:pStyle w:val="Heading2"/>
      </w:pPr>
      <w:r>
        <w:t>Başka şehirden getirtilme için sonuç cümlesi</w:t>
      </w:r>
    </w:p>
    <w:p>
      <w:r>
        <w:t>Yukarıda tanımlanan işlem örneğinin, 1512 sayılı Noterlik Kanunu m.94 uyarınca masrafı tarafımdan karşılanmak üzere [işlemi yapan noterlik] nezdinden getirtilerek tarafıma verilmesini talep ederim.</w:t>
      </w:r>
    </w:p>
    <w:p>
      <w:r>
        <w:t>Bu cümleyi yalnız başka şehirdeki noterlikten bulunduğunuz yerdeki noter aracılığıyla örnek isteniyorsa kullanın. İlgili noterliklerin adlarını kendi işlevlerine göre yazın.</w:t>
      </w:r>
    </w:p>
    <w:p>
      <w:r>
        <w:br w:type="page"/>
      </w:r>
    </w:p>
    <w:p>
      <w:pPr>
        <w:pStyle w:val="Title"/>
      </w:pPr>
      <w:r>
        <w:t>Teslim ve dosya kontrol formu</w:t>
      </w:r>
    </w:p>
    <w:p>
      <w:r>
        <w:t>Bu sayfa başvuranda kalır. Sonuçları gerçek teslim bilgilerine göre doldurun. Form, noterlik onayının veya ödeme makbuzunun yerine geçmez.</w:t>
      </w:r>
    </w:p>
    <w:p>
      <w:pPr>
        <w:pStyle w:val="Heading2"/>
      </w:pPr>
      <w:r>
        <w:t>Başvuru takibi</w:t>
      </w:r>
    </w:p>
    <w:p>
      <w:r>
        <w:t>Başvuru yapılan noterlik: [Doldurunuz]</w:t>
        <w:br/>
        <w:t>Başvuru tarihi ve kayıt bilgisi: [Doldurunuz]</w:t>
        <w:br/>
        <w:t>Tamamlanması istenen belge: [Varsa]</w:t>
        <w:br/>
        <w:t>Tamamlama tarihi: [Varsa]</w:t>
        <w:br/>
        <w:t>Ödeme tarihi ve makbuz bilgisi: [Doldurunuz]</w:t>
      </w:r>
    </w:p>
    <w:p>
      <w:pPr>
        <w:pStyle w:val="Heading2"/>
      </w:pPr>
      <w:r>
        <w:t>Teslim edilen örnek</w:t>
      </w:r>
    </w:p>
    <w:p>
      <w:r>
        <w:t>Teslim tarihi: [Doldurunuz]</w:t>
        <w:br/>
        <w:t>Örnekteki noterlik adı: [Doldurunuz]</w:t>
        <w:br/>
        <w:t>İşlem tarihi ve yevmiye numarası: [Doldurunuz]</w:t>
        <w:br/>
        <w:t>Teslim alınan nüsha ve sayfa sayısı: [Doldurunuz]</w:t>
        <w:br/>
        <w:t>Teslim edilen ekler: [Adlarıyla yazınız]</w:t>
      </w:r>
    </w:p>
    <w:p>
      <w:pPr>
        <w:pStyle w:val="Heading2"/>
      </w:pPr>
      <w:r>
        <w:t>Karşılaştırma</w:t>
      </w:r>
    </w:p>
    <w:p>
      <w:r>
        <w:t>Talepteki işlem ile aynı mı? [Evet / açıklama]</w:t>
        <w:br/>
        <w:t>Talep edilen kapsam tamam mı? [Evet / eksik bölüm]</w:t>
        <w:br/>
        <w:t>Sayfalar okunaklı mı? [Evet / sorunlu sayfa]</w:t>
        <w:br/>
        <w:t>Onay bilgileri ve ekler kontrol edildi mi? [Sonucu yazınız]</w:t>
        <w:br/>
        <w:t>Bildirilen hata ve bildirim tarihi: [Varsa]</w:t>
      </w:r>
    </w:p>
    <w:p>
      <w:pPr>
        <w:pStyle w:val="Heading2"/>
      </w:pPr>
      <w:r>
        <w:t>Kullanım sınırları</w:t>
      </w:r>
    </w:p>
    <w:p>
      <w:r>
        <w:t>Dayanak: 1512 sayılı Noterlik Kanunu m.94. Genel örnek alma hakkı, ilgililer ile kanuni temsilci, vekil ve mirasçı bakımından değerlendirilir. Açılmamış vasiyetnamede özel sınırlama vardır; bu konuda özel yetkili noterlikçe onaylı vekâletname aranmasına ilişkin hüküm göz ardı edilmez. Üçüncü kişinin m.95 kapsamındaki izin başvurusu için bu genel metni aynen kullanmayın. Köşeli parantezleri doldurun, uygun olmayan seçenek ve açıklama satırlarını silin.</w:t>
      </w:r>
    </w:p>
    <w:p>
      <w:r>
        <w:rPr>
          <w:sz w:val="20"/>
        </w:rPr>
        <w:t>Resmî güncel açıklama: rotterdam-bk.mfa.gov.tr/Mission/ShowAnnouncement/417180</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Noterlik işleminden örnek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