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Zararın artmasını önleme gideri avans talebi</w:t>
      </w:r>
    </w:p>
    <w:p>
      <w:pPr>
        <w:keepNext/>
        <w:keepLines/>
        <w:jc w:val="center"/>
      </w:pPr>
      <w:r>
        <w:rPr>
          <w:b/>
        </w:rPr>
        <w:t>[SİGORTACI ŞİRKETİN TAM UNVANI]’NA</w:t>
      </w:r>
    </w:p>
    <w:p>
      <w:pPr>
        <w:keepLines/>
      </w:pPr>
      <w:r>
        <w:rPr>
          <w:b/>
        </w:rPr>
        <w:t>Sigorta ettiren:</w:t>
      </w:r>
      <w:r>
        <w:rPr>
          <w:b w:val="0"/>
        </w:rPr>
        <w:t xml:space="preserve"> [Ad soyad / unvan ve adres]</w:t>
      </w:r>
      <w:r>
        <w:br/>
      </w:r>
      <w:r>
        <w:rPr>
          <w:b/>
        </w:rPr>
        <w:t>Temsilci:</w:t>
      </w:r>
      <w:r>
        <w:rPr>
          <w:b w:val="0"/>
        </w:rPr>
        <w:t xml:space="preserve"> [Varsa yetkili kişi ve belge]</w:t>
      </w:r>
      <w:r>
        <w:br/>
      </w:r>
      <w:r>
        <w:rPr>
          <w:b/>
        </w:rPr>
        <w:t>Poliçe:</w:t>
      </w:r>
      <w:r>
        <w:rPr>
          <w:b w:val="0"/>
        </w:rPr>
        <w:t xml:space="preserve"> [Numara, dönem ve sigortalı menfaat]</w:t>
      </w:r>
      <w:r>
        <w:br/>
      </w:r>
      <w:r>
        <w:rPr>
          <w:b/>
        </w:rPr>
        <w:t>Olay ve dosya:</w:t>
      </w:r>
      <w:r>
        <w:rPr>
          <w:b w:val="0"/>
        </w:rPr>
        <w:t xml:space="preserve"> [Gerçek tarih, yer, hasar dosya numarası]</w:t>
      </w:r>
      <w:r>
        <w:br/>
      </w:r>
      <w:r>
        <w:rPr>
          <w:b/>
        </w:rPr>
        <w:t>Konu:</w:t>
      </w:r>
      <w:r>
        <w:rPr>
          <w:b w:val="0"/>
        </w:rPr>
        <w:t xml:space="preserve"> TTK 1448/4 kapsamında zararın artmasını önleme giderleri için gerekli [tutar ve para birimi] avansın ödenmesi istemidir.</w:t>
      </w:r>
    </w:p>
    <w:p>
      <w:pPr>
        <w:keepNext/>
        <w:keepLines/>
      </w:pPr>
      <w:r>
        <w:rPr>
          <w:b/>
        </w:rPr>
        <w:t>AÇIKLAMALAR</w:t>
      </w:r>
    </w:p>
    <w:p>
      <w:pPr>
        <w:keepLines/>
      </w:pPr>
      <w:r>
        <w:rPr>
          <w:b w:val="0"/>
        </w:rPr>
        <w:t>1. Şirketinizle kurulu belirtilen özel işyeri mal sigortasında sigorta ettirenim. [Gerçek olay] [tarih] tarihinde meydana gelmiş, [tarih ve teslim kaydı] ile tarafınıza bildirilmiştir. İlgili poliçe ve ihbar kayıtları ekte sunulmuştur.</w:t>
      </w:r>
    </w:p>
    <w:p>
      <w:pPr>
        <w:keepLines/>
      </w:pPr>
      <w:r>
        <w:rPr>
          <w:b w:val="0"/>
        </w:rPr>
        <w:t>2. [Korunacak mal ve mevcut durum] nedeniyle gerçekleşmiş zararın artmasını engellemek için [somut önlem] gereklidir. Teknik dayanak [rapor / tutanak adı ve tarihi] olup önlemin kapsamı, uygulanacağı yer ve gerekli süre ek çizelgede gösterilmiştir.</w:t>
      </w:r>
    </w:p>
    <w:p>
      <w:pPr>
        <w:keepLines/>
      </w:pPr>
      <w:r>
        <w:rPr>
          <w:b w:val="0"/>
        </w:rPr>
        <w:t>3. Alınan sigortacı talimatı [varsa gerçek kayıt ve tarih] şeklindedir. Henüz verilmemiş talimat veya onay mevcutmuş gibi ileri sürülmemiştir. Önlem öncesi durumu ve rücu açısından ilgili delilleri gösteren kayıtlar eklenmiştir.</w:t>
      </w:r>
    </w:p>
    <w:p>
      <w:pPr>
        <w:keepLines/>
      </w:pPr>
      <w:r>
        <w:rPr>
          <w:b w:val="0"/>
        </w:rPr>
        <w:t>4. Gerekli gider, [teklif tarihi, hizmet ve kalemler] uyarınca [tutar ve para birimi] olarak hesaplanmıştır. Önceden karşılanmış giderler ve alınmış avanslar ayrı gösterilmiş; bu talepte yalnız gerekli kalan tutar istenmiştir.</w:t>
      </w:r>
    </w:p>
    <w:p>
      <w:r>
        <w:br w:type="page"/>
      </w:r>
    </w:p>
    <w:p>
      <w:pPr>
        <w:keepLines/>
      </w:pPr>
      <w:r>
        <w:rPr>
          <w:b w:val="0"/>
        </w:rPr>
        <w:t>5. TTK 1448/1 kapsamındaki zarar artışını engelleme önlemi için üçüncü fıkrada düzenlenen makul giderlerin karşılanması amacıyla, dördüncü fıkra uyarınca gerekli tutarı avans olarak talep ediyorum. Eksik sigorta değerlendirmesinde 1448/3 ve 1462'nin ilgili düzeni gözetilir; yapılacak hesap gerçek bedel ve değer belgelerine dayandırılır.</w:t>
      </w:r>
    </w:p>
    <w:p>
      <w:pPr>
        <w:keepLines/>
      </w:pPr>
      <w:r>
        <w:rPr>
          <w:b w:val="0"/>
        </w:rPr>
        <w:t>6. Önlemin uygulanması ve ödeme sonrasında gerçekleşen gider, fatura ve ödeme kayıtlarını dosyaya sunacağım. Talep, ana hasar bedelinin tamamının avansı veya üç aylık inceleme sonrası yüzde elli hasar avansı değildir. İstenen tutar belirli koruma giderine aittir.</w:t>
      </w:r>
    </w:p>
    <w:p>
      <w:pPr>
        <w:keepLines/>
      </w:pPr>
      <w:r>
        <w:rPr>
          <w:b/>
        </w:rPr>
        <w:t>HUKUKİ DAYANAK:</w:t>
      </w:r>
      <w:r>
        <w:rPr>
          <w:b w:val="0"/>
        </w:rPr>
        <w:t xml:space="preserve"> 6102 sayılı Türk Ticaret Kanunu m.1448/1, 3 ve 4; m.1452/3, 1446, 1462 ve 1471.</w:t>
      </w:r>
    </w:p>
    <w:p>
      <w:pPr>
        <w:keepLines/>
      </w:pPr>
      <w:r>
        <w:rPr>
          <w:b/>
        </w:rPr>
        <w:t>SONUÇ VE TALEP:</w:t>
      </w:r>
      <w:r>
        <w:rPr>
          <w:b w:val="0"/>
        </w:rPr>
        <w:t xml:space="preserve"> Belirtilen zararın artmasını önleme gideri için gerekli [tutar ve para birimi] avansın [gerçek hesap sahibi ve IBAN] hesabına ödenmesini talep ederim. Eksik görülen gider veya tutar konusunda kalem ve dayanağın yazılı açıklanmasını isterim.</w:t>
      </w:r>
    </w:p>
    <w:p>
      <w:pPr>
        <w:keepLines/>
      </w:pPr>
      <w:r>
        <w:rPr>
          <w:b/>
        </w:rPr>
        <w:t>EKLER:</w:t>
      </w:r>
      <w:r>
        <w:rPr>
          <w:b w:val="0"/>
        </w:rPr>
        <w:t xml:space="preserve"> 1. Poliçe ve ilgili zeyil. 2. Hasar ihbarı ve ulaşma belgesi. 3. Teknik önlem tespiti ve olay kayıtları. 4. Güncel teklif ve gider çizelgesi. 5. Varsa önceki gider, avans ve talimat kayıtları. 6. Varsa temsil belgesi.</w:t>
      </w:r>
    </w:p>
    <w:p>
      <w:pPr>
        <w:keepLines/>
      </w:pPr>
      <w:r>
        <w:rPr>
          <w:b w:val="0"/>
        </w:rPr>
        <w:t>[Tarih]</w:t>
      </w:r>
      <w:r>
        <w:br/>
      </w:r>
      <w:r>
        <w:rPr>
          <w:b w:val="0"/>
        </w:rPr>
        <w:t>[Sigorta ettiren veya yetkili temsilci adı ve imzası]</w:t>
      </w:r>
    </w:p>
    <w:p>
      <w:pPr>
        <w:pStyle w:val="Title"/>
        <w:pageBreakBefore/>
      </w:pPr>
      <w:r>
        <w:t>Dilekçeyi tamamlama ve belge kontrolü</w:t>
      </w:r>
    </w:p>
    <w:p>
      <w:r>
        <w:t>Bu sayfa gönderilecek nüshadan çıkarılır. Örnek, gerçekleşmiş ve sigortacıya bildirilmiş işyeri mal sigortası olayında zararın artmasını önleyecek belirli işin gerekli kalan gideri içindir. Başvuran sigorta ettirendir. Ödenmiş gider iadesi ve 1427/3 hasar avansı ayrı taleplerdir.</w:t>
      </w:r>
    </w:p>
    <w:p>
      <w:pPr>
        <w:pStyle w:val="Heading1"/>
      </w:pPr>
      <w:r>
        <w:t>Poliçe ve sıfat</w:t>
      </w:r>
    </w:p>
    <w:p>
      <w:r>
        <w:t>Gerçek sigorta ettiren, ilgili menfaat, dönem, olay ve dosyayı eşleştirin. Temsilci varsa yetki belgesini ekleyin.</w:t>
      </w:r>
    </w:p>
    <w:p>
      <w:pPr>
        <w:pStyle w:val="Heading1"/>
      </w:pPr>
      <w:r>
        <w:t>Somut önlem</w:t>
      </w:r>
    </w:p>
    <w:p>
      <w:r>
        <w:t>Korunacak mal, zarar artışı, gerekli hizmet, süre ve teknik dayanağı belirleyin. Yapılmamış tespit veya verilmemiş talimatı varmış gibi yazmayın.</w:t>
      </w:r>
    </w:p>
    <w:p>
      <w:pPr>
        <w:pStyle w:val="Heading1"/>
      </w:pPr>
      <w:r>
        <w:t>Gerekli tutar</w:t>
      </w:r>
    </w:p>
    <w:p>
      <w:r>
        <w:t>Güncel teklifin iş kalemlerini ve para birimini gösterin. Ödenmiş gider ve önceki avansları ayırın; kalan gerekli tutarı isteyin.</w:t>
      </w:r>
    </w:p>
    <w:p>
      <w:pPr>
        <w:pStyle w:val="Heading1"/>
      </w:pPr>
      <w:r>
        <w:t>Eksik sigorta</w:t>
      </w:r>
    </w:p>
    <w:p>
      <w:r>
        <w:t>1448/3 ve 1462 bakımından gerçek bedel, değer ve ilgili anlaşmayı inceleyin. Bilinmeyen oranı uydurmayın.</w:t>
      </w:r>
    </w:p>
    <w:p>
      <w:pPr>
        <w:pStyle w:val="Heading1"/>
      </w:pPr>
      <w:r>
        <w:t>Delil ve teslim</w:t>
      </w:r>
    </w:p>
    <w:p>
      <w:r>
        <w:t>Önlem öncesi kayıtlar ile rücu delillerini saklayın. İmzalı nüsha, ekler ve gerçek ulaşma kaydını birlikte tutun.</w:t>
      </w:r>
    </w:p>
    <w:p>
      <w:pPr>
        <w:pStyle w:val="Heading1"/>
      </w:pPr>
      <w:r>
        <w:t>Sonraki hesap</w:t>
      </w:r>
    </w:p>
    <w:p>
      <w:r>
        <w:t>Önlem uygulandıktan sonra fatura, ödeme ve sonuç kaydını sunun. Avans ve gerçek gideri karşılaştırın. Hazırlık sayfasını çıkarın; Word imza alanını gönderilmiş başvuru saymayın.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Zararın artmasını önleme gideri avans talebi</dc:title>
  <dc:subject>TTK 1448/4 gerçekleşmiş olaydan sonra belirli koruma gideri avansı</dc:subject>
  <dc:creator>Bakırcı &amp; Keskin Hukuk Bürosu</dc:creator>
  <cp:keywords>sigortacı, koruma gideri, avans, TTK 1448</cp:keywords>
  <dc:description>generated by python-docx</dc:description>
  <cp:lastModifiedBy/>
  <cp:revision>1</cp:revision>
  <dcterms:created xsi:type="dcterms:W3CDTF">2013-12-23T23:15:00Z</dcterms:created>
  <dcterms:modified xsi:type="dcterms:W3CDTF">2013-12-23T23:15:00Z</dcterms:modified>
  <cp:category/>
</cp:coreProperties>
</file>