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Üçüncü Kişi veya Kurumdan Belge İbrazı Talep Dilekçesi</w:t>
      </w:r>
    </w:p>
    <w:p>
      <w:pPr>
        <w:jc w:val="center"/>
      </w:pPr>
      <w:r>
        <w:rPr>
          <w:b/>
        </w:rPr>
        <w:t>[YER] [MAHKEME TÜRÜ] MAHKEMESİNE</w:t>
      </w:r>
    </w:p>
    <w:p>
      <w:r>
        <w:rPr>
          <w:b/>
        </w:rPr>
        <w:t>DOSYA NO: [Yıl/Esas]</w:t>
      </w:r>
    </w:p>
    <w:p>
      <w:r>
        <w:rPr>
          <w:b w:val="0"/>
        </w:rPr>
        <w:t>TALEP EDEN: [Davacı/davalı sıfatı, ad soyad veya unvan]</w:t>
      </w:r>
    </w:p>
    <w:p>
      <w:r>
        <w:rPr>
          <w:b w:val="0"/>
        </w:rPr>
        <w:t>VEKİLİ: [Varsa vekilin adı ve tebligat adresi]</w:t>
      </w:r>
    </w:p>
    <w:p>
      <w:r>
        <w:rPr>
          <w:b w:val="0"/>
        </w:rPr>
        <w:t>KARŞI TARAF: [Ad soyad veya unvan]</w:t>
      </w:r>
    </w:p>
    <w:p>
      <w:r>
        <w:rPr>
          <w:b w:val="0"/>
        </w:rPr>
        <w:t>BELGEYİ ELİNDE BULUNDURAN ÜÇÜNCÜ KİŞİ/KURUM: [Gerçek ad veya tam unvan, ilgili birim ve tebligata elverişli adres]</w:t>
      </w:r>
    </w:p>
    <w:p>
      <w:r>
        <w:rPr>
          <w:b/>
        </w:rPr>
        <w:t>KONU: [Belgenin adı, tarih aralığı ve ayırt edici numarası] belgesinin, [belirli çekişmeli vakıa] bakımından HMK m.221 uyarınca üçüncü kişi/kurumdan ibrazının istenmesidir.</w:t>
      </w:r>
    </w:p>
    <w:p>
      <w:r>
        <w:rPr>
          <w:b/>
        </w:rPr>
        <w:t>AÇIKLAMALAR</w:t>
      </w:r>
    </w:p>
    <w:p>
      <w:r>
        <w:rPr>
          <w:b w:val="0"/>
        </w:rPr>
        <w:t>1. Dosyada çekişmeli olan [vakıayı somut yazın], [dava/cevap dilekçesi tarihi ve ilgili bölüm] içinde ileri sürülmüştür. [Belgenin adı, düzenleme tarihi veya dönemi ve kayıt numarası] bu vakıanın ispatı bakımından gereklidir.</w:t>
      </w:r>
    </w:p>
    <w:p>
      <w:r>
        <w:rPr>
          <w:b w:val="0"/>
        </w:rPr>
        <w:t>2. Belge, dava dışı [kişi veya kurumun tam unvanı ve ilgili birim] nezdinde bulunmaktadır. Bu bilginin dayanağı [gerçek yazışma, kayıt veya düzenleme ilişkisi]dır. Belgeyi [somut erişim nedeni] sebebiyle kendim doğrudan dosyaya sunamıyorum.</w:t>
      </w:r>
    </w:p>
    <w:p>
      <w:r>
        <w:rPr>
          <w:b w:val="0"/>
        </w:rPr>
        <w:t>3. İstenen kayıt, [tarih aralığı, taraflar, işlem kodu veya belge numarası] ile sınırlıdır. [Belgenin hangi unsuru] çekişmeli [vakıa] bakımından belirleyicidir. Belgenin ilgisiz dönem ve kişilere ait kayıtlarının istenmesini talep etmiyorum.</w:t>
      </w:r>
    </w:p>
    <w:p>
      <w:r>
        <w:rPr>
          <w:b w:val="0"/>
        </w:rPr>
        <w:t>4. Belgeye [önceki delil bildirimi tarihi ve ek numarası] ile delil olarak dayanılmıştır. HMK m.221/1 kapsamında zorunluluk değerlendirmesi yapılarak yukarıda tanımlanan belgenin ibrazının dava dışı muhataba emredilmesini istiyorum.</w:t>
      </w:r>
    </w:p>
    <w:p>
      <w:r>
        <w:rPr>
          <w:b w:val="0"/>
        </w:rPr>
        <w:t>HUKUKİ NEDENLER: 6100 sayılı HMK m.194, m.195, m.221 ve ilgili hükümler.</w:t>
      </w:r>
    </w:p>
    <w:p>
      <w:r>
        <w:rPr>
          <w:b w:val="0"/>
        </w:rPr>
        <w:t>DELİLLER: Dosyadaki [önceki delil bildirim kaydı], belgenin muhatapta bulunduğunu gösteren [gerçek yazışma/kayıt], dava dosyası.</w:t>
      </w:r>
    </w:p>
    <w:p>
      <w:r>
        <w:rPr>
          <w:b/>
        </w:rPr>
        <w:t>SONUÇ VE İSTEM: [Üçüncü kişi/kurumun tam unvanı] elindeki [belgenin adı, tarih aralığı ve numarası] belgesinin [belirli vakıa] bakımından ispat için zorunlu olduğunun değerlendirilerek HMK m.221 uyarınca ibrazının emredilmesini, gelen belgenin dosyaya alınarak tarafların incelemesine sunulmasını arz ve talep ederim.</w:t>
      </w:r>
    </w:p>
    <w:p>
      <w:r>
        <w:rPr>
          <w:b w:val="0"/>
        </w:rPr>
        <w:t>[Başvuru tarihi]</w:t>
      </w:r>
    </w:p>
    <w:p>
      <w:r>
        <w:rPr>
          <w:b w:val="0"/>
        </w:rPr>
        <w:t>[Talep eden taraf veya vekili]</w:t>
      </w:r>
    </w:p>
    <w:p>
      <w:r>
        <w:rPr>
          <w:b w:val="0"/>
        </w:rPr>
        <w:t>[Ad soyad ve imza / e-imzalı başvuruda (E-İMZALIDIR)]</w:t>
      </w:r>
    </w:p>
    <w:p>
      <w:r>
        <w:rPr>
          <w:b w:val="0"/>
        </w:rPr>
        <w:t>EKLER: [Gerçekten sunulan belge veya kayıtların adı ve sayfa sayısı]</w:t>
      </w:r>
    </w:p>
    <w:sectPr w:rsidR="00FC693F" w:rsidRPr="0006063C" w:rsidSect="00034616"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