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color w:val="000000"/>
          <w:sz w:val="26"/>
        </w:rPr>
        <w:t>Vasinin Eylem ve İşlemlerine Şikâyet Dilekçesi</w:t>
      </w:r>
    </w:p>
    <w:p>
      <w:pPr>
        <w:jc w:val="center"/>
      </w:pPr>
      <w:r>
        <w:rPr>
          <w:b/>
        </w:rPr>
        <w:t>[YER] SULH HUKUK MAHKEMESİNE</w:t>
      </w:r>
    </w:p>
    <w:p>
      <w:pPr>
        <w:jc w:val="left"/>
      </w:pPr>
      <w:r>
        <w:rPr>
          <w:b w:val="0"/>
        </w:rPr>
        <w:t>VESAYET DOSYA NO: [Yıl/Esas veya Değişik İş]</w:t>
      </w:r>
    </w:p>
    <w:p>
      <w:pPr>
        <w:jc w:val="left"/>
      </w:pPr>
      <w:r>
        <w:rPr>
          <w:b w:val="0"/>
        </w:rPr>
        <w:t>ŞİKÂYETÇİ: [Ayırt etme gücüne sahip vesayet altındaki kişi / ilgili sıfatı; ad soyad, T.C. kimlik numarası, tebligat adresi]</w:t>
      </w:r>
    </w:p>
    <w:p>
      <w:pPr>
        <w:jc w:val="left"/>
      </w:pPr>
      <w:r>
        <w:rPr>
          <w:b w:val="0"/>
        </w:rPr>
        <w:t>VEKİLİ: [Varsa avukat adı ve adresi]</w:t>
      </w:r>
    </w:p>
    <w:p>
      <w:pPr>
        <w:jc w:val="left"/>
      </w:pPr>
      <w:r>
        <w:rPr>
          <w:b w:val="0"/>
        </w:rPr>
        <w:t>ŞİKÂYET EDİLEN VASİ: [Atama kararındaki ad soyad]</w:t>
      </w:r>
    </w:p>
    <w:p>
      <w:pPr>
        <w:jc w:val="left"/>
      </w:pPr>
      <w:r>
        <w:rPr>
          <w:b w:val="0"/>
        </w:rPr>
        <w:t>VESAYET ALTINDAKİ KİŞİ: [Ad soyad]</w:t>
      </w:r>
    </w:p>
    <w:p>
      <w:pPr>
        <w:jc w:val="left"/>
      </w:pPr>
      <w:r>
        <w:rPr>
          <w:b/>
        </w:rPr>
        <w:t>KONU: Vasinin [tarih ve işlem] eylem/işleminin TMK m.461/1 uyarınca incelenmesi ve somut kayıtların değerlendirilmesi istemidir.</w:t>
      </w:r>
    </w:p>
    <w:p>
      <w:pPr>
        <w:jc w:val="left"/>
      </w:pPr>
      <w:r>
        <w:rPr>
          <w:b/>
        </w:rPr>
        <w:t>AÇIKLAMALAR</w:t>
      </w:r>
    </w:p>
    <w:p>
      <w:pPr>
        <w:jc w:val="left"/>
      </w:pPr>
      <w:r>
        <w:rPr>
          <w:b w:val="0"/>
        </w:rPr>
        <w:t>1. Mahkemenizin [tarih, karar/dosya sayısı] kaydıyla [kişi] için [vasi] atanmıştır. Başvuru sıfatım [vesayet altındaki kişi / ilgili olarak bağ ve dayanak]tır (Ek-1).</w:t>
      </w:r>
    </w:p>
    <w:p>
      <w:pPr>
        <w:jc w:val="left"/>
      </w:pPr>
      <w:r>
        <w:rPr>
          <w:b w:val="0"/>
        </w:rPr>
        <w:t>2. Vasi [tarih] tarihinde [belirli işlemi, hesap/taşınmaz/kurum bilgisi ve tutarı] gerçekleştirmiştir. İşlemin varlığı [Ek-2, belge tarihi ve sayfa] ile gösterilmektedir. İlgili dönemin hesap kaydı [varsa Ek-3 ve satır]dır.</w:t>
      </w:r>
    </w:p>
    <w:p>
      <w:pPr>
        <w:jc w:val="left"/>
      </w:pPr>
      <w:r>
        <w:rPr>
          <w:b w:val="0"/>
        </w:rPr>
        <w:t>3. Bu eyleme şikâyet nedenim [vesayet altındaki kişinin hangi menfaatinin, hangi somut olayla etkilendiği]dir. [Bilinüyorsa vasinin dosyadaki açıklaması ve onunla çelişen kayıt; bilinmiyorsa bu cümleyi kaldırın]. Ek çizelgede işlem, dayanak ve istenen kontrol ayrı satırda verilmiştir.</w:t>
      </w:r>
    </w:p>
    <w:p>
      <w:pPr>
        <w:jc w:val="left"/>
      </w:pPr>
      <w:r>
        <w:rPr>
          <w:b w:val="0"/>
        </w:rPr>
        <w:t>4. [İzne tabi gerçek işlem varsa] TMK m.462 veya m.463 kapsamındaki [işlem] için [karar tarihi/sayısı] izninin kapsamının işlemle karşılaştırılmasını istiyorum. [İzne tabi işlem yoksa bu paragrafı çıkarın.]</w:t>
      </w:r>
    </w:p>
    <w:p>
      <w:pPr>
        <w:jc w:val="left"/>
      </w:pPr>
      <w:r>
        <w:rPr>
          <w:b w:val="0"/>
        </w:rPr>
        <w:t>HUKUKİ NEDENLER: 4721 sayılı Türk Medenî Kanunu m.397, m.454, m.461/1, m.462–464 ve ilgili hükümler.</w:t>
      </w:r>
    </w:p>
    <w:p>
      <w:pPr>
        <w:jc w:val="left"/>
      </w:pPr>
      <w:r>
        <w:rPr>
          <w:b w:val="0"/>
        </w:rPr>
        <w:t>EKLER: Ek-1 [vesayet/vasi atama kaydı]; Ek-2 [şikâyet edilen işlemin gerçek belgesi]; Ek-3 [ilgili hesap veya kurum kaydı]; Ek-4 ve devamı [çizelgedeki gerçek dayanaklar].</w:t>
      </w:r>
    </w:p>
    <w:p>
      <w:pPr>
        <w:jc w:val="left"/>
      </w:pPr>
      <w:r>
        <w:rPr>
          <w:b/>
        </w:rPr>
        <w:t>SONUÇ VE İSTEM: Belirttiğim [tarih ve işlem] hakkında TMK m.461/1 uyarınca şikâyetimin vesayet dosyasında incelenmesini; [somut banka/kurum/izin ve hesap kaydı]nın [belirli dönem ve kalem] yönünden değerlendirilmesini, vasinin bu işlem hakkındaki açıklamasının alınmasını ve vesayet altındaki kişinin menfaatini koruyacak uygun önlemlerin dosya bulgularına göre değerlendirilmesini arz ve talep ederim.</w:t>
      </w:r>
    </w:p>
    <w:p>
      <w:pPr>
        <w:jc w:val="left"/>
      </w:pPr>
      <w:r>
        <w:rPr>
          <w:b w:val="0"/>
        </w:rPr>
        <w:t>[Gerçek başvuru tarihi]</w:t>
      </w:r>
    </w:p>
    <w:p>
      <w:pPr>
        <w:jc w:val="left"/>
      </w:pPr>
      <w:r>
        <w:rPr>
          <w:b w:val="0"/>
        </w:rPr>
        <w:t>[Şikâyetçi veya vekili — ad soyad, imza / e-imzalıysa (E-İMZALIDIR)]</w:t>
      </w:r>
    </w:p>
    <w:p>
      <w:r>
        <w:br w:type="page"/>
      </w:r>
    </w:p>
    <w:p>
      <w:r>
        <w:rPr>
          <w:b/>
        </w:rPr>
        <w:t>Ek — Şikâyet Edilen İşlem ve Dayanak Çizelgesi</w:t>
      </w:r>
    </w:p>
    <w:p>
      <w:r>
        <w:t>Vesayet dosyası: [Yıl/Esas]    Şikâyetçi: [Ad soyad]    Vasi: [Ad soyad]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İşlem tarihi ve tanımı</w:t>
            </w:r>
          </w:p>
        </w:tc>
        <w:tc>
          <w:tcPr>
            <w:tcW w:type="dxa" w:w="2484"/>
          </w:tcPr>
          <w:p>
            <w:r>
              <w:t>Dayanak belge / sayfa</w:t>
            </w:r>
          </w:p>
        </w:tc>
        <w:tc>
          <w:tcPr>
            <w:tcW w:type="dxa" w:w="2484"/>
          </w:tcPr>
          <w:p>
            <w:r>
              <w:t>Somut etki veya risk</w:t>
            </w:r>
          </w:p>
        </w:tc>
        <w:tc>
          <w:tcPr>
            <w:tcW w:type="dxa" w:w="2484"/>
          </w:tcPr>
          <w:p>
            <w:r>
              <w:t>İstenen kayıt kontrolü</w:t>
            </w:r>
          </w:p>
        </w:tc>
      </w:tr>
      <w:tr>
        <w:tc>
          <w:tcPr>
            <w:tcW w:type="dxa" w:w="2484"/>
          </w:tcPr>
          <w:p>
            <w:r>
              <w:t>[Tarih ve gerçek işlem]</w:t>
            </w:r>
          </w:p>
        </w:tc>
        <w:tc>
          <w:tcPr>
            <w:tcW w:type="dxa" w:w="2484"/>
          </w:tcPr>
          <w:p>
            <w:r>
              <w:t>[Ek no/sayfa]</w:t>
            </w:r>
          </w:p>
        </w:tc>
        <w:tc>
          <w:tcPr>
            <w:tcW w:type="dxa" w:w="2484"/>
          </w:tcPr>
          <w:p>
            <w:r>
              <w:t>[Kişiye etkisi]</w:t>
            </w:r>
          </w:p>
        </w:tc>
        <w:tc>
          <w:tcPr>
            <w:tcW w:type="dxa" w:w="2484"/>
          </w:tcPr>
          <w:p>
            <w:r>
              <w:t>[Hesap/izin/kurum kaydı]</w:t>
            </w:r>
          </w:p>
        </w:tc>
      </w:tr>
      <w:tr>
        <w:tc>
          <w:tcPr>
            <w:tcW w:type="dxa" w:w="2484"/>
          </w:tcPr>
          <w:p>
            <w:r>
              <w:t>[Tarih ve gerçek işlem]</w:t>
            </w:r>
          </w:p>
        </w:tc>
        <w:tc>
          <w:tcPr>
            <w:tcW w:type="dxa" w:w="2484"/>
          </w:tcPr>
          <w:p>
            <w:r>
              <w:t>[Ek no/sayfa]</w:t>
            </w:r>
          </w:p>
        </w:tc>
        <w:tc>
          <w:tcPr>
            <w:tcW w:type="dxa" w:w="2484"/>
          </w:tcPr>
          <w:p>
            <w:r>
              <w:t>[Kişiye etkisi]</w:t>
            </w:r>
          </w:p>
        </w:tc>
        <w:tc>
          <w:tcPr>
            <w:tcW w:type="dxa" w:w="2484"/>
          </w:tcPr>
          <w:p>
            <w:r>
              <w:t>[Hesap/izin/kurum kaydı]</w:t>
            </w:r>
          </w:p>
        </w:tc>
      </w:tr>
      <w:tr>
        <w:tc>
          <w:tcPr>
            <w:tcW w:type="dxa" w:w="2484"/>
          </w:tcPr>
          <w:p>
            <w:r>
              <w:t>[Tarih ve gerçek işlem]</w:t>
            </w:r>
          </w:p>
        </w:tc>
        <w:tc>
          <w:tcPr>
            <w:tcW w:type="dxa" w:w="2484"/>
          </w:tcPr>
          <w:p>
            <w:r>
              <w:t>[Ek no/sayfa]</w:t>
            </w:r>
          </w:p>
        </w:tc>
        <w:tc>
          <w:tcPr>
            <w:tcW w:type="dxa" w:w="2484"/>
          </w:tcPr>
          <w:p>
            <w:r>
              <w:t>[Kişiye etkisi]</w:t>
            </w:r>
          </w:p>
        </w:tc>
        <w:tc>
          <w:tcPr>
            <w:tcW w:type="dxa" w:w="2484"/>
          </w:tcPr>
          <w:p>
            <w:r>
              <w:t>[Hesap/izin/kurum kaydı]</w:t>
            </w:r>
          </w:p>
        </w:tc>
      </w:tr>
      <w:tr>
        <w:tc>
          <w:tcPr>
            <w:tcW w:type="dxa" w:w="2484"/>
          </w:tcPr>
          <w:p>
            <w:r>
              <w:t>[Tarih ve gerçek işlem]</w:t>
            </w:r>
          </w:p>
        </w:tc>
        <w:tc>
          <w:tcPr>
            <w:tcW w:type="dxa" w:w="2484"/>
          </w:tcPr>
          <w:p>
            <w:r>
              <w:t>[Ek no/sayfa]</w:t>
            </w:r>
          </w:p>
        </w:tc>
        <w:tc>
          <w:tcPr>
            <w:tcW w:type="dxa" w:w="2484"/>
          </w:tcPr>
          <w:p>
            <w:r>
              <w:t>[Kişiye etkisi]</w:t>
            </w:r>
          </w:p>
        </w:tc>
        <w:tc>
          <w:tcPr>
            <w:tcW w:type="dxa" w:w="2484"/>
          </w:tcPr>
          <w:p>
            <w:r>
              <w:t>[Hesap/izin/kurum kaydı]</w:t>
            </w:r>
          </w:p>
        </w:tc>
      </w:tr>
      <w:tr>
        <w:tc>
          <w:tcPr>
            <w:tcW w:type="dxa" w:w="2484"/>
          </w:tcPr>
          <w:p>
            <w:r>
              <w:t>[Tarih ve gerçek işlem]</w:t>
            </w:r>
          </w:p>
        </w:tc>
        <w:tc>
          <w:tcPr>
            <w:tcW w:type="dxa" w:w="2484"/>
          </w:tcPr>
          <w:p>
            <w:r>
              <w:t>[Ek no/sayfa]</w:t>
            </w:r>
          </w:p>
        </w:tc>
        <w:tc>
          <w:tcPr>
            <w:tcW w:type="dxa" w:w="2484"/>
          </w:tcPr>
          <w:p>
            <w:r>
              <w:t>[Kişiye etkisi]</w:t>
            </w:r>
          </w:p>
        </w:tc>
        <w:tc>
          <w:tcPr>
            <w:tcW w:type="dxa" w:w="2484"/>
          </w:tcPr>
          <w:p>
            <w:r>
              <w:t>[Hesap/izin/kurum kaydı]</w:t>
            </w:r>
          </w:p>
        </w:tc>
      </w:tr>
    </w:tbl>
    <w:p>
      <w:r>
        <w:t>Aynı olayı farklı belgeler doğruluyorsa ikinci kez işlem olarak saymayın; ek numaralarını aynı satırda belirtin.</w:t>
      </w:r>
    </w:p>
    <w:p>
      <w:r>
        <w:rPr>
          <w:b/>
        </w:rPr>
        <w:t>Ek Belge Dizini</w:t>
      </w:r>
    </w:p>
    <w:p>
      <w:r>
        <w:t>Ek-1: [Gerçek belge adı, tarih, dosya veya sayfa numarası ve ilgili çizelge satırı]</w:t>
      </w:r>
    </w:p>
    <w:p>
      <w:r>
        <w:t>Ek-2: [Gerçek belge adı, tarih, dosya veya sayfa numarası ve ilgili çizelge satırı]</w:t>
      </w:r>
    </w:p>
    <w:p>
      <w:r>
        <w:t>Ek-3: [Gerçek belge adı, tarih, dosya veya sayfa numarası ve ilgili çizelge satırı]</w:t>
      </w:r>
    </w:p>
    <w:p>
      <w:r>
        <w:t>Ek-4: [Gerçek belge adı, tarih, dosya veya sayfa numarası ve ilgili çizelge satırı]</w:t>
      </w:r>
    </w:p>
    <w:p>
      <w:r>
        <w:t>Ek-5: [Gerçek belge adı, tarih, dosya veya sayfa numarası ve ilgili çizelge satırı]</w:t>
      </w:r>
    </w:p>
    <w:p>
      <w:r>
        <w:t>Bu çizelge, doldurulmamış yer tutucularıyla mahkemeye verilmez. Yalnız gerçekleşmiş işlemleri ve elinizdeki belgeleri yazın.</w:t>
      </w:r>
    </w:p>
    <w:sectPr w:rsidR="00FC693F" w:rsidRPr="0006063C" w:rsidSect="00034616">
      <w:pgSz w:w="12240" w:h="15840"/>
      <w:pgMar w:top="907" w:right="1152" w:bottom="893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