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Koruyucu işlere geçici devam talebi</w:t>
      </w:r>
    </w:p>
    <w:p>
      <w:pPr>
        <w:jc w:val="center"/>
      </w:pPr>
      <w:r>
        <w:rPr>
          <w:b/>
        </w:rPr>
        <w:t>[VEKİLİN ADI SOYADI / UNVANI]</w:t>
        <w:br/>
        <w:t>[Adres]</w:t>
      </w:r>
    </w:p>
    <w:p>
      <w:r>
        <w:t>TALEP EDEN MİRASÇI: [Ad soyad ve adres]</w:t>
        <w:br/>
        <w:t>MİRASBIRAKAN / VEKÂLET VEREN: [Ad soyad ve ölüm tarihi]</w:t>
        <w:br/>
        <w:t>VEKÂLET İLİŞKİSİ: [Sözleşme, belge tarihi ve işin kapsamı]</w:t>
        <w:br/>
        <w:t>KONU: TBK m.513/2 uyarınca sona ermenin doğurduğu somut menfaat tehlikesinin giderilmesi ve işin yetkili biçimde devralınmasına kadar ekli koruma işlerinin sürdürülmesi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Mirasbırakan [ad soyad], [tarih] tarihinde vefat etmiştir. Mirasçılık sıfatım [belge bilgileri] ile gösterilmiştir. Aranızdaki [vekâlet ilişkisi ve kayıt] kapsamında yürütülen [işin açık tanımı] işinin mevcut aşaması ek belgelerde belirtilmiştir.</w:t>
      </w:r>
    </w:p>
    <w:p>
      <w:r>
        <w:t>2. Vekâletin sona ermesiyle [somut menfaat tehlikesi ve dayanak belge] oluşmuştur. İşin durmasının etkisi, korunması gereken kayıt / eşya ve gerekli dar işlemler ek çizelgede her kalem için ayrı açıklanmıştır. Bu talep yeni mal devri veya genel tahsil yetkisi verme istemi değildir.</w:t>
      </w:r>
    </w:p>
    <w:p>
      <w:r>
        <w:t>3. İşin mirasçılar veya yetkili temsilci tarafından devralınmasına ilişkin hazırlık [mevcut durum ve belgeler]dir. Teslim ve bilgi aktarımı için önerilen düzen [iletişim, görüşme ve dosya planı]dır. İşlem gerektiren temsil ve mesleki yetki koşulları ilgili belgelerle ayrıca tamamlanacaktır.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TBK m.513/2 kapsamında, mirasçı veya yetkili temsilci işleri kendi başına görebilecek duruma gelinceye kadar, ek çizelgedeki somut menfaat tehlikesini gidermeye yönelik koruma işlerinin geçerli işlem ve yetki koşulları içinde sürdürülmesini; mevcut iş durumu, yapılan işlemler, eldeki ilgili belge ve eşyalar ile teslim hazırlığının bildirilmesini talep ederim. Başvurum TMK m.640 kapsamındaki tereke haklarını koruma istemidir; bütün mirasçılar adına genel tasarruf yetkisi içermez.</w:t>
      </w:r>
    </w:p>
    <w:p>
      <w:r>
        <w:rPr>
          <w:b/>
        </w:rPr>
        <w:t>EKLER: Ölüm kaydı; mirasçılık belgesi; ilgili vekâlet ve talimat belgeleri; menfaat tehlikesini gösteren kayıtlar; koruma ve devir çizelgesi; varsa mevcut temsil kararı.</w:t>
      </w:r>
    </w:p>
    <w:p>
      <w:pPr>
        <w:keepLines/>
      </w:pPr>
      <w:r>
        <w:t>Tarih: [Gün / ay / yıl]</w:t>
        <w:br/>
        <w:t>Talep eden mirasçı: [Ad soyad]</w:t>
        <w:br/>
        <w:t>İmza: [İmza]</w:t>
      </w:r>
    </w:p>
    <w:p>
      <w:r>
        <w:br w:type="page"/>
      </w:r>
    </w:p>
    <w:p>
      <w:pPr>
        <w:pStyle w:val="Title"/>
      </w:pPr>
      <w:r>
        <w:t>Koruma ve işin devri çizelgesi</w:t>
      </w:r>
    </w:p>
    <w:p>
      <w:r>
        <w:t>Mirasbırakan / ölüm tarihi: [Gerçek kayıtlar]</w:t>
      </w:r>
    </w:p>
    <w:p>
      <w:r>
        <w:t>Mirasçı / sıfat belgesi: [Ad ve belge]</w:t>
      </w:r>
    </w:p>
    <w:p>
      <w:r>
        <w:t>Vekil / mevcut iş: [Kimlik ve iş kaydı]</w:t>
      </w:r>
    </w:p>
    <w:p>
      <w:r>
        <w:t>Devralma hazırlığı ve temsil: [Mevcut durum]</w:t>
      </w:r>
    </w:p>
    <w:p>
      <w:r>
        <w:t>Teslim planı ve iletişim: [Görüşme ve yetkili kişi]</w:t>
      </w:r>
    </w:p>
    <w:p>
      <w:r>
        <w:t>Her koruma adımını somut tehlike ve devralma kaydıyla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Mevcut iş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Tehlike / belge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Koruma adımı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Devir kaydı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 / eşya]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[Somut kayıt]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[Dar işlem]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[Teslim / tarih]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 / eşya]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[Somut kayıt]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[Dar işlem]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[Teslim / tarih]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 / eşya]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[Somut kayıt]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[Dar işlem]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[Teslim / tarih]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 / eşya]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[Somut kayıt]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[Dar işlem]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[Teslim / tarih]</w:t>
            </w:r>
          </w:p>
        </w:tc>
      </w:tr>
    </w:tbl>
    <w:p>
      <w:pPr>
        <w:spacing w:before="240"/>
      </w:pPr>
      <w:r>
        <w:t>Yapılan koruma işlemleri ve belgeleri: [Sonuç kayıtları]</w:t>
      </w:r>
    </w:p>
    <w:p>
      <w:r>
        <w:t>Devralan kişinin sıfatı / tamamlanmamış konular: [Belge ve durum]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Koruyucu işlere geçici devam talebi</dc:title>
  <dc:subject>TBK 513/2 ve TMK 640 kapsamında mirasçının koruma istemi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