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Üstlenilen edimin ifası talebi</w:t>
      </w:r>
    </w:p>
    <w:p>
      <w:r>
        <w:rPr>
          <w:b/>
        </w:rPr>
        <w:t>[İŞ SAHİBİNİN ADI SOYADI / UNVANI]’NA</w:t>
        <w:br/>
        <w:t>Adres: [Muhatap adresi]</w:t>
      </w:r>
    </w:p>
    <w:p>
      <w:r>
        <w:rPr>
          <w:b/>
        </w:rPr>
        <w:t>BAŞVURAN İŞGÖREN: [Ad soyad / unvan ve adres]</w:t>
        <w:br/>
        <w:t>GÖRÜLEN İŞ: [Belirli iş ve tarih]</w:t>
        <w:br/>
        <w:t>KONU: TBK m.529/1 uyarınca görülen iş dolayısıyla üstlenilen mevcut para ediminin ifası istemidir.</w:t>
      </w:r>
    </w:p>
    <w:p>
      <w:pPr>
        <w:pStyle w:val="Heading2"/>
        <w:keepNext/>
      </w:pPr>
      <w:r>
        <w:rPr>
          <w:b/>
        </w:rPr>
        <w:t>AÇIKLAMALAR</w:t>
      </w:r>
    </w:p>
    <w:p>
      <w:r>
        <w:t>1. [Gerçek olay ve başlangıç durumu] kapsamında, [işin tanımı] işi vekâlet olmadan hesabınıza görülmüştür. İşin menfaatinizle bağlantısı [somut açıklama ve belge] ile gösterilmektedir. Gereken özen ve yapılan işlemler [ilgili kayıt] içindedir.</w:t>
      </w:r>
    </w:p>
    <w:p>
      <w:r>
        <w:t>2. Bu iş dolayısıyla [üçüncü kişi alacaklı] karşısında, [kaynak sözleşme veya işlem tarihi ve numarası] kapsamında kendi adıma para edimi üstlenilmiştir. Edimin görülen işle bağlantısı [gerçek hizmet veya mal açıklaması] olarak belirtilmiştir.</w:t>
      </w:r>
    </w:p>
    <w:p>
      <w:r>
        <w:t>3. Halen ifa edilmemiş edim [tutar, para birimi ve ifa tarihi] bilgileriyle tanımlanmıştır. Varsa kısmi ödeme [gerçek kayıt] olarak gösterilmiştir. Üstlenilen edimin kaynağı ve güncel durumunu gösteren belgeler ektedir.</w:t>
      </w:r>
    </w:p>
    <w:p>
      <w:pPr>
        <w:pStyle w:val="Heading2"/>
        <w:keepNext/>
      </w:pPr>
      <w:r>
        <w:rPr>
          <w:b/>
        </w:rPr>
        <w:t>SONUÇ VE TALEP</w:t>
      </w:r>
    </w:p>
    <w:p>
      <w:r>
        <w:t>TBK m.529/1 uyarınca, hesabınıza ve menfaatinize görülen iş dolayısıyla üstlendiğim, ekli çizelgede tanımlanan mevcut para ediminin ifa edilmesini istiyorum. İfanın ilgili alacaklı, kaynak işlem ve güncel açık tutarla bağlantısı korunarak tamamlanmasını ve gerçekleşen işlem belgelerinin tarafıma bildirilmesini talep ediyorum.</w:t>
      </w:r>
    </w:p>
    <w:p>
      <w:r>
        <w:t>Bu başvuru ödenmiş masrafın aynı tutarla tekrar talebi değildir. Üçüncü kişi borcunun ifa edilmesiyle ilgili gerçek sonucu gösteren kayıt verilmesini istiyorum. Başvurunun alınması, üçüncü kişi alacaklının haklarının kendiliğinden sona erdiği veya borçlunun otomatik değiştiği açıklaması değildir.</w:t>
      </w:r>
    </w:p>
    <w:p>
      <w:pPr>
        <w:keepLines/>
      </w:pPr>
      <w:r>
        <w:t>Tarih: [Gün / ay / yıl]</w:t>
        <w:br/>
        <w:t>Başvuran: [Ad soyad / unvan]</w:t>
        <w:br/>
        <w:t>İmza: [İmza]</w:t>
      </w:r>
    </w:p>
    <w:p>
      <w:r>
        <w:t>EKLER</w:t>
        <w:br/>
        <w:t>1. Görülen iş ve menfaat bağlantısı belgeleri.</w:t>
        <w:br/>
        <w:t>2. Üçüncü kişiyle kurulan işlem ve edim kaydı.</w:t>
        <w:br/>
        <w:t>3. Güncel açık tutar ve varsa kısmi ödeme belgeleri.</w:t>
        <w:br/>
        <w:t>4. İş ve edim eşleştirme çizelgesi.</w:t>
      </w:r>
    </w:p>
    <w:p>
      <w:r>
        <w:br w:type="page"/>
      </w:r>
    </w:p>
    <w:p>
      <w:pPr>
        <w:pStyle w:val="Title"/>
      </w:pPr>
      <w:r>
        <w:t>İş ve üçüncü kişi edim kaydı</w:t>
      </w:r>
    </w:p>
    <w:p>
      <w:r>
        <w:t>İşgören / iş sahibi: [Kimlik ve gerçek sıfatlar]</w:t>
      </w:r>
    </w:p>
    <w:p>
      <w:r>
        <w:t>Görülen iş ve tarih: [Somut iş tanımı]</w:t>
      </w:r>
    </w:p>
    <w:p>
      <w:r>
        <w:t>Menfaat ve özen belgeleri: [Kayıtlar]</w:t>
      </w:r>
    </w:p>
    <w:p>
      <w:r>
        <w:t>Kaynak işlem ve başvuranın borç sıfatı: [Belge]</w:t>
      </w:r>
    </w:p>
    <w:p>
      <w:r>
        <w:t>Ödenmiş masraf varsa ayrı kayıt: [Tutar ve belge]</w:t>
      </w:r>
    </w:p>
    <w:p>
      <w:r>
        <w:t>Her edimi ilgili iş ve kaynak işlemle eşleştirin.</w:t>
      </w:r>
    </w:p>
    <w:tbl>
      <w:tblPr>
        <w:tblW w:type="auto" w:w="0"/>
        <w:tblLayout w:type="fixed"/>
        <w:tblLook w:firstColumn="1" w:firstRow="1" w:lastColumn="0" w:lastRow="0" w:noHBand="0" w:noVBand="1" w:val="04A0"/>
      </w:tblPr>
      <w:tblGrid>
        <w:gridCol w:w="2484"/>
        <w:gridCol w:w="2484"/>
        <w:gridCol w:w="2484"/>
        <w:gridCol w:w="2484"/>
      </w:tblGrid>
      <w:tr>
        <w:tc>
          <w:tcPr>
            <w:tcW w:type="dxa" w:w="2880"/>
            <w:shd w:fill="E7ECF2"/>
            <w:tcBorders>
              <w:top w:val="single" w:sz="4" w:color="D9D9D9"/>
              <w:left w:val="single" w:sz="4" w:color="D9D9D9"/>
              <w:bottom w:val="single" w:sz="4" w:color="D9D9D9"/>
              <w:right w:val="single" w:sz="4" w:color="D9D9D9"/>
            </w:tcBorders>
          </w:tcPr>
          <w:p>
            <w:pPr>
              <w:spacing w:after="240" w:before="200"/>
            </w:pPr>
            <w:r>
              <w:t>Alacaklı / kaynak</w:t>
            </w:r>
          </w:p>
        </w:tc>
        <w:tc>
          <w:tcPr>
            <w:tcW w:type="dxa" w:w="2592"/>
            <w:shd w:fill="E7ECF2"/>
            <w:tcBorders>
              <w:top w:val="single" w:sz="4" w:color="D9D9D9"/>
              <w:left w:val="single" w:sz="4" w:color="D9D9D9"/>
              <w:bottom w:val="single" w:sz="4" w:color="D9D9D9"/>
              <w:right w:val="single" w:sz="4" w:color="D9D9D9"/>
            </w:tcBorders>
          </w:tcPr>
          <w:p>
            <w:pPr>
              <w:spacing w:after="240" w:before="200"/>
            </w:pPr>
            <w:r>
              <w:t>İş bağlantısı</w:t>
            </w:r>
          </w:p>
        </w:tc>
        <w:tc>
          <w:tcPr>
            <w:tcW w:type="dxa" w:w="2016"/>
            <w:shd w:fill="E7ECF2"/>
            <w:tcBorders>
              <w:top w:val="single" w:sz="4" w:color="D9D9D9"/>
              <w:left w:val="single" w:sz="4" w:color="D9D9D9"/>
              <w:bottom w:val="single" w:sz="4" w:color="D9D9D9"/>
              <w:right w:val="single" w:sz="4" w:color="D9D9D9"/>
            </w:tcBorders>
          </w:tcPr>
          <w:p>
            <w:pPr>
              <w:spacing w:after="240" w:before="200"/>
            </w:pPr>
            <w:r>
              <w:t>Edim / vade</w:t>
            </w:r>
          </w:p>
        </w:tc>
        <w:tc>
          <w:tcPr>
            <w:tcW w:type="dxa" w:w="2160"/>
            <w:shd w:fill="E7ECF2"/>
            <w:tcBorders>
              <w:top w:val="single" w:sz="4" w:color="D9D9D9"/>
              <w:left w:val="single" w:sz="4" w:color="D9D9D9"/>
              <w:bottom w:val="single" w:sz="4" w:color="D9D9D9"/>
              <w:right w:val="single" w:sz="4" w:color="D9D9D9"/>
            </w:tcBorders>
          </w:tcPr>
          <w:p>
            <w:pPr>
              <w:spacing w:after="240" w:before="200"/>
            </w:pPr>
            <w:r>
              <w:t>Açık tutar / ifa</w:t>
            </w:r>
          </w:p>
        </w:tc>
      </w:tr>
      <w:tr>
        <w:tc>
          <w:tcPr>
            <w:tcW w:type="dxa" w:w="2880"/>
            <w:tcBorders>
              <w:top w:val="single" w:sz="4" w:color="D9D9D9"/>
              <w:left w:val="single" w:sz="4" w:color="D9D9D9"/>
              <w:bottom w:val="single" w:sz="4" w:color="D9D9D9"/>
              <w:right w:val="single" w:sz="4" w:color="D9D9D9"/>
            </w:tcBorders>
          </w:tcPr>
          <w:p>
            <w:pPr>
              <w:spacing w:after="240" w:before="200"/>
            </w:pPr>
            <w:r>
              <w:t>[Ad / işlem]</w:t>
            </w:r>
          </w:p>
        </w:tc>
        <w:tc>
          <w:tcPr>
            <w:tcW w:type="dxa" w:w="2592"/>
            <w:tcBorders>
              <w:top w:val="single" w:sz="4" w:color="D9D9D9"/>
              <w:left w:val="single" w:sz="4" w:color="D9D9D9"/>
              <w:bottom w:val="single" w:sz="4" w:color="D9D9D9"/>
              <w:right w:val="single" w:sz="4" w:color="D9D9D9"/>
            </w:tcBorders>
          </w:tcPr>
          <w:p>
            <w:pPr>
              <w:spacing w:after="240" w:before="200"/>
            </w:pPr>
            <w:r>
              <w:t>[Açıklama]</w:t>
            </w:r>
          </w:p>
        </w:tc>
        <w:tc>
          <w:tcPr>
            <w:tcW w:type="dxa" w:w="2016"/>
            <w:tcBorders>
              <w:top w:val="single" w:sz="4" w:color="D9D9D9"/>
              <w:left w:val="single" w:sz="4" w:color="D9D9D9"/>
              <w:bottom w:val="single" w:sz="4" w:color="D9D9D9"/>
              <w:right w:val="single" w:sz="4" w:color="D9D9D9"/>
            </w:tcBorders>
          </w:tcPr>
          <w:p>
            <w:pPr>
              <w:spacing w:after="240" w:before="200"/>
            </w:pPr>
            <w:r>
              <w:t>[Edim / tarih]</w:t>
            </w:r>
          </w:p>
        </w:tc>
        <w:tc>
          <w:tcPr>
            <w:tcW w:type="dxa" w:w="2160"/>
            <w:tcBorders>
              <w:top w:val="single" w:sz="4" w:color="D9D9D9"/>
              <w:left w:val="single" w:sz="4" w:color="D9D9D9"/>
              <w:bottom w:val="single" w:sz="4" w:color="D9D9D9"/>
              <w:right w:val="single" w:sz="4" w:color="D9D9D9"/>
            </w:tcBorders>
          </w:tcPr>
          <w:p>
            <w:pPr>
              <w:spacing w:after="240" w:before="200"/>
            </w:pPr>
            <w:r>
              <w:t>[Tutar / durum]</w:t>
            </w:r>
          </w:p>
        </w:tc>
      </w:tr>
      <w:tr>
        <w:tc>
          <w:tcPr>
            <w:tcW w:type="dxa" w:w="2880"/>
            <w:tcBorders>
              <w:top w:val="single" w:sz="4" w:color="D9D9D9"/>
              <w:left w:val="single" w:sz="4" w:color="D9D9D9"/>
              <w:bottom w:val="single" w:sz="4" w:color="D9D9D9"/>
              <w:right w:val="single" w:sz="4" w:color="D9D9D9"/>
            </w:tcBorders>
          </w:tcPr>
          <w:p>
            <w:pPr>
              <w:spacing w:after="240" w:before="200"/>
            </w:pPr>
            <w:r>
              <w:t>[Ad / işlem]</w:t>
            </w:r>
          </w:p>
        </w:tc>
        <w:tc>
          <w:tcPr>
            <w:tcW w:type="dxa" w:w="2592"/>
            <w:tcBorders>
              <w:top w:val="single" w:sz="4" w:color="D9D9D9"/>
              <w:left w:val="single" w:sz="4" w:color="D9D9D9"/>
              <w:bottom w:val="single" w:sz="4" w:color="D9D9D9"/>
              <w:right w:val="single" w:sz="4" w:color="D9D9D9"/>
            </w:tcBorders>
          </w:tcPr>
          <w:p>
            <w:pPr>
              <w:spacing w:after="240" w:before="200"/>
            </w:pPr>
            <w:r>
              <w:t>[Açıklama]</w:t>
            </w:r>
          </w:p>
        </w:tc>
        <w:tc>
          <w:tcPr>
            <w:tcW w:type="dxa" w:w="2016"/>
            <w:tcBorders>
              <w:top w:val="single" w:sz="4" w:color="D9D9D9"/>
              <w:left w:val="single" w:sz="4" w:color="D9D9D9"/>
              <w:bottom w:val="single" w:sz="4" w:color="D9D9D9"/>
              <w:right w:val="single" w:sz="4" w:color="D9D9D9"/>
            </w:tcBorders>
          </w:tcPr>
          <w:p>
            <w:pPr>
              <w:spacing w:after="240" w:before="200"/>
            </w:pPr>
            <w:r>
              <w:t>[Edim / tarih]</w:t>
            </w:r>
          </w:p>
        </w:tc>
        <w:tc>
          <w:tcPr>
            <w:tcW w:type="dxa" w:w="2160"/>
            <w:tcBorders>
              <w:top w:val="single" w:sz="4" w:color="D9D9D9"/>
              <w:left w:val="single" w:sz="4" w:color="D9D9D9"/>
              <w:bottom w:val="single" w:sz="4" w:color="D9D9D9"/>
              <w:right w:val="single" w:sz="4" w:color="D9D9D9"/>
            </w:tcBorders>
          </w:tcPr>
          <w:p>
            <w:pPr>
              <w:spacing w:after="240" w:before="200"/>
            </w:pPr>
            <w:r>
              <w:t>[Tutar / durum]</w:t>
            </w:r>
          </w:p>
        </w:tc>
      </w:tr>
      <w:tr>
        <w:tc>
          <w:tcPr>
            <w:tcW w:type="dxa" w:w="2880"/>
            <w:tcBorders>
              <w:top w:val="single" w:sz="4" w:color="D9D9D9"/>
              <w:left w:val="single" w:sz="4" w:color="D9D9D9"/>
              <w:bottom w:val="single" w:sz="4" w:color="D9D9D9"/>
              <w:right w:val="single" w:sz="4" w:color="D9D9D9"/>
            </w:tcBorders>
          </w:tcPr>
          <w:p>
            <w:pPr>
              <w:spacing w:after="240" w:before="200"/>
            </w:pPr>
            <w:r>
              <w:t>[Ad / işlem]</w:t>
            </w:r>
          </w:p>
        </w:tc>
        <w:tc>
          <w:tcPr>
            <w:tcW w:type="dxa" w:w="2592"/>
            <w:tcBorders>
              <w:top w:val="single" w:sz="4" w:color="D9D9D9"/>
              <w:left w:val="single" w:sz="4" w:color="D9D9D9"/>
              <w:bottom w:val="single" w:sz="4" w:color="D9D9D9"/>
              <w:right w:val="single" w:sz="4" w:color="D9D9D9"/>
            </w:tcBorders>
          </w:tcPr>
          <w:p>
            <w:pPr>
              <w:spacing w:after="240" w:before="200"/>
            </w:pPr>
            <w:r>
              <w:t>[Açıklama]</w:t>
            </w:r>
          </w:p>
        </w:tc>
        <w:tc>
          <w:tcPr>
            <w:tcW w:type="dxa" w:w="2016"/>
            <w:tcBorders>
              <w:top w:val="single" w:sz="4" w:color="D9D9D9"/>
              <w:left w:val="single" w:sz="4" w:color="D9D9D9"/>
              <w:bottom w:val="single" w:sz="4" w:color="D9D9D9"/>
              <w:right w:val="single" w:sz="4" w:color="D9D9D9"/>
            </w:tcBorders>
          </w:tcPr>
          <w:p>
            <w:pPr>
              <w:spacing w:after="240" w:before="200"/>
            </w:pPr>
            <w:r>
              <w:t>[Edim / tarih]</w:t>
            </w:r>
          </w:p>
        </w:tc>
        <w:tc>
          <w:tcPr>
            <w:tcW w:type="dxa" w:w="2160"/>
            <w:tcBorders>
              <w:top w:val="single" w:sz="4" w:color="D9D9D9"/>
              <w:left w:val="single" w:sz="4" w:color="D9D9D9"/>
              <w:bottom w:val="single" w:sz="4" w:color="D9D9D9"/>
              <w:right w:val="single" w:sz="4" w:color="D9D9D9"/>
            </w:tcBorders>
          </w:tcPr>
          <w:p>
            <w:pPr>
              <w:spacing w:after="240" w:before="200"/>
            </w:pPr>
            <w:r>
              <w:t>[Tutar / durum]</w:t>
            </w:r>
          </w:p>
        </w:tc>
      </w:tr>
      <w:tr>
        <w:tc>
          <w:tcPr>
            <w:tcW w:type="dxa" w:w="2880"/>
            <w:tcBorders>
              <w:top w:val="single" w:sz="4" w:color="D9D9D9"/>
              <w:left w:val="single" w:sz="4" w:color="D9D9D9"/>
              <w:bottom w:val="single" w:sz="4" w:color="D9D9D9"/>
              <w:right w:val="single" w:sz="4" w:color="D9D9D9"/>
            </w:tcBorders>
          </w:tcPr>
          <w:p>
            <w:pPr>
              <w:spacing w:after="240" w:before="200"/>
            </w:pPr>
            <w:r>
              <w:t>[Ad / işlem]</w:t>
            </w:r>
          </w:p>
        </w:tc>
        <w:tc>
          <w:tcPr>
            <w:tcW w:type="dxa" w:w="2592"/>
            <w:tcBorders>
              <w:top w:val="single" w:sz="4" w:color="D9D9D9"/>
              <w:left w:val="single" w:sz="4" w:color="D9D9D9"/>
              <w:bottom w:val="single" w:sz="4" w:color="D9D9D9"/>
              <w:right w:val="single" w:sz="4" w:color="D9D9D9"/>
            </w:tcBorders>
          </w:tcPr>
          <w:p>
            <w:pPr>
              <w:spacing w:after="240" w:before="200"/>
            </w:pPr>
            <w:r>
              <w:t>[Açıklama]</w:t>
            </w:r>
          </w:p>
        </w:tc>
        <w:tc>
          <w:tcPr>
            <w:tcW w:type="dxa" w:w="2016"/>
            <w:tcBorders>
              <w:top w:val="single" w:sz="4" w:color="D9D9D9"/>
              <w:left w:val="single" w:sz="4" w:color="D9D9D9"/>
              <w:bottom w:val="single" w:sz="4" w:color="D9D9D9"/>
              <w:right w:val="single" w:sz="4" w:color="D9D9D9"/>
            </w:tcBorders>
          </w:tcPr>
          <w:p>
            <w:pPr>
              <w:spacing w:after="240" w:before="200"/>
            </w:pPr>
            <w:r>
              <w:t>[Edim / tarih]</w:t>
            </w:r>
          </w:p>
        </w:tc>
        <w:tc>
          <w:tcPr>
            <w:tcW w:type="dxa" w:w="2160"/>
            <w:tcBorders>
              <w:top w:val="single" w:sz="4" w:color="D9D9D9"/>
              <w:left w:val="single" w:sz="4" w:color="D9D9D9"/>
              <w:bottom w:val="single" w:sz="4" w:color="D9D9D9"/>
              <w:right w:val="single" w:sz="4" w:color="D9D9D9"/>
            </w:tcBorders>
          </w:tcPr>
          <w:p>
            <w:pPr>
              <w:spacing w:after="240" w:before="200"/>
            </w:pPr>
            <w:r>
              <w:t>[Tutar / durum]</w:t>
            </w:r>
          </w:p>
        </w:tc>
      </w:tr>
      <w:tr>
        <w:tc>
          <w:tcPr>
            <w:tcW w:type="dxa" w:w="2880"/>
            <w:tcBorders>
              <w:top w:val="single" w:sz="4" w:color="D9D9D9"/>
              <w:left w:val="single" w:sz="4" w:color="D9D9D9"/>
              <w:bottom w:val="single" w:sz="4" w:color="D9D9D9"/>
              <w:right w:val="single" w:sz="4" w:color="D9D9D9"/>
            </w:tcBorders>
          </w:tcPr>
          <w:p>
            <w:pPr>
              <w:spacing w:after="240" w:before="200"/>
            </w:pPr>
            <w:r>
              <w:t>[Ad / işlem]</w:t>
            </w:r>
          </w:p>
        </w:tc>
        <w:tc>
          <w:tcPr>
            <w:tcW w:type="dxa" w:w="2592"/>
            <w:tcBorders>
              <w:top w:val="single" w:sz="4" w:color="D9D9D9"/>
              <w:left w:val="single" w:sz="4" w:color="D9D9D9"/>
              <w:bottom w:val="single" w:sz="4" w:color="D9D9D9"/>
              <w:right w:val="single" w:sz="4" w:color="D9D9D9"/>
            </w:tcBorders>
          </w:tcPr>
          <w:p>
            <w:pPr>
              <w:spacing w:after="240" w:before="200"/>
            </w:pPr>
            <w:r>
              <w:t>[Açıklama]</w:t>
            </w:r>
          </w:p>
        </w:tc>
        <w:tc>
          <w:tcPr>
            <w:tcW w:type="dxa" w:w="2016"/>
            <w:tcBorders>
              <w:top w:val="single" w:sz="4" w:color="D9D9D9"/>
              <w:left w:val="single" w:sz="4" w:color="D9D9D9"/>
              <w:bottom w:val="single" w:sz="4" w:color="D9D9D9"/>
              <w:right w:val="single" w:sz="4" w:color="D9D9D9"/>
            </w:tcBorders>
          </w:tcPr>
          <w:p>
            <w:pPr>
              <w:spacing w:after="240" w:before="200"/>
            </w:pPr>
            <w:r>
              <w:t>[Edim / tarih]</w:t>
            </w:r>
          </w:p>
        </w:tc>
        <w:tc>
          <w:tcPr>
            <w:tcW w:type="dxa" w:w="2160"/>
            <w:tcBorders>
              <w:top w:val="single" w:sz="4" w:color="D9D9D9"/>
              <w:left w:val="single" w:sz="4" w:color="D9D9D9"/>
              <w:bottom w:val="single" w:sz="4" w:color="D9D9D9"/>
              <w:right w:val="single" w:sz="4" w:color="D9D9D9"/>
            </w:tcBorders>
          </w:tcPr>
          <w:p>
            <w:pPr>
              <w:spacing w:after="240" w:before="200"/>
            </w:pPr>
            <w:r>
              <w:t>[Tutar / durum]</w:t>
            </w:r>
          </w:p>
        </w:tc>
      </w:tr>
    </w:tbl>
    <w:p>
      <w:pPr>
        <w:spacing w:before="240"/>
      </w:pPr>
      <w:r>
        <w:t>Varsa kısmi ifa ve güncel bakiye: [Tarih, tutar ve belge]</w:t>
      </w:r>
    </w:p>
    <w:p>
      <w:r>
        <w:t>Üçüncü kişinin ifa kaydı: [Gerçekleşmiş işlem ve belge]</w:t>
      </w:r>
    </w:p>
    <w:p>
      <w:r>
        <w:t>Hazırlayan ve tarih: [Ad soyad / gün, ay,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Üstlenilen edimin ifası talebi</dc:title>
  <dc:subject>TBK 529/1 kapsamında vekâletsiz işgörmede edim ifası</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