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Yıllık Hesap Ret Kararına İtiraz Dilekçesi</w:t>
      </w:r>
    </w:p>
    <w:p>
      <w:pPr>
        <w:jc w:val="center"/>
      </w:pPr>
      <w:r>
        <w:rPr>
          <w:b/>
        </w:rPr>
        <w:t>[YER] ASLİYE HUKUK MAHKEMESİNE (DENETİM MAKAMI)</w:t>
      </w:r>
    </w:p>
    <w:p>
      <w:pPr>
        <w:jc w:val="left"/>
      </w:pPr>
      <w:r>
        <w:rPr>
          <w:b w:val="0"/>
        </w:rPr>
        <w:t>İTİRAZ EDİLEN KARARI VEREN MAHKEME: [Yer] Sulh Hukuk Mahkemesi</w:t>
      </w:r>
    </w:p>
    <w:p>
      <w:pPr>
        <w:jc w:val="left"/>
      </w:pPr>
      <w:r>
        <w:rPr>
          <w:b w:val="0"/>
        </w:rPr>
        <w:t>VESAYET DOSYA NO: [Yıl/Esas veya Değişik İş]</w:t>
      </w:r>
    </w:p>
    <w:p>
      <w:pPr>
        <w:jc w:val="left"/>
      </w:pPr>
      <w:r>
        <w:rPr>
          <w:b w:val="0"/>
        </w:rPr>
        <w:t>KARAR TARİHİ VE NUMARASI: [Karar bilgisi]</w:t>
      </w:r>
    </w:p>
    <w:p>
      <w:pPr>
        <w:jc w:val="left"/>
      </w:pPr>
      <w:r>
        <w:rPr>
          <w:b w:val="0"/>
        </w:rPr>
        <w:t>TEBLİĞ TARİHİ: [Tebligat kaydındaki gerçek tarih]</w:t>
      </w:r>
    </w:p>
    <w:p>
      <w:pPr>
        <w:jc w:val="left"/>
      </w:pPr>
      <w:r>
        <w:rPr>
          <w:b w:val="0"/>
        </w:rPr>
        <w:t>İTİRAZ EDEN VASİ: [Ad soyad, T.C. kimlik numarası, tebligat adresi]</w:t>
      </w:r>
    </w:p>
    <w:p>
      <w:pPr>
        <w:jc w:val="left"/>
      </w:pPr>
      <w:r>
        <w:rPr>
          <w:b w:val="0"/>
        </w:rPr>
        <w:t>VEKİLİ: [Varsa avukat ve adresi]</w:t>
      </w:r>
    </w:p>
    <w:p>
      <w:pPr>
        <w:jc w:val="left"/>
      </w:pPr>
      <w:r>
        <w:rPr>
          <w:b w:val="0"/>
        </w:rPr>
        <w:t>VESAYET ALTINDAKİ KİŞİ: [Ad soyad]</w:t>
      </w:r>
    </w:p>
    <w:p>
      <w:pPr>
        <w:jc w:val="left"/>
      </w:pPr>
      <w:r>
        <w:rPr>
          <w:b/>
        </w:rPr>
        <w:t>KONU: [Dönem] yönetim hesabı ve faaliyet raporunun reddine ilişkin [tarih/sayı] kararına TMK m.461/2 uyarınca itirazımdır.</w:t>
      </w:r>
    </w:p>
    <w:p>
      <w:pPr>
        <w:jc w:val="left"/>
      </w:pPr>
      <w:r>
        <w:rPr>
          <w:b/>
        </w:rPr>
        <w:t>AÇIKLAMALAR</w:t>
      </w:r>
    </w:p>
    <w:p>
      <w:pPr>
        <w:jc w:val="left"/>
      </w:pPr>
      <w:r>
        <w:rPr>
          <w:b w:val="0"/>
        </w:rPr>
        <w:t>1. [Yer] Sulh Hukuk Mahkemesi [tarih/sayı] kararıyla [dönem] hesabımı [karardaki somut gerekçeler] yönünden reddetmiştir. Karar [gerçek tebliğ tarihi] tarihinde tebliğ edilmiştir. Başvurum TMK m.461/2’deki on günlük süre içindedir (Ek-1 ve Ek-2).</w:t>
      </w:r>
    </w:p>
    <w:p>
      <w:pPr>
        <w:jc w:val="left"/>
      </w:pPr>
      <w:r>
        <w:rPr>
          <w:b w:val="0"/>
        </w:rPr>
        <w:t>2. Ret kararının [paragraf/kalem] bölümündeki [mahkemenin gerçek saptaması]na itiraz ediyorum. [Tarih ve tutar] işlemi [Ek numarası, sayfa] kaydıyla doğrulanmaktadır. Ek-5 çizelgesinde gerekçe ve belge yan yana gösterilmiştir.</w:t>
      </w:r>
    </w:p>
    <w:p>
      <w:pPr>
        <w:jc w:val="left"/>
      </w:pPr>
      <w:r>
        <w:rPr>
          <w:b w:val="0"/>
        </w:rPr>
        <w:t>3. Dönem başı [tutar/para birimi] + gerçekleşmiş gelir [tutar] − belgeli gider [tutar] = dönem sonu [tutar] hesabının satır dayanakları Ek-3 ve Ek-4’tedir. [Varsa gerçek maddi hata, eski ve düzeltilmiş tutar ile sebebi; yoksa bu cümleyi silin.]</w:t>
      </w:r>
    </w:p>
    <w:p>
      <w:pPr>
        <w:jc w:val="left"/>
      </w:pPr>
      <w:r>
        <w:rPr>
          <w:b w:val="0"/>
        </w:rPr>
        <w:t>4. [Varsa bu aşamada tamamlanan gerçek belge ve hangi ret gerekçesini karşıladığı; yoksa bu paragrafı silin.]</w:t>
      </w:r>
    </w:p>
    <w:p>
      <w:pPr>
        <w:jc w:val="left"/>
      </w:pPr>
      <w:r>
        <w:rPr>
          <w:b w:val="0"/>
        </w:rPr>
        <w:t>HUKUKİ NEDENLER: 4721 sayılı Türk Medenî Kanunu m.397, m.454, m.461/2 ve m.464.</w:t>
      </w:r>
    </w:p>
    <w:p>
      <w:pPr>
        <w:jc w:val="left"/>
      </w:pPr>
      <w:r>
        <w:rPr>
          <w:b w:val="0"/>
        </w:rPr>
        <w:t>EKLER: Ek-1 ret kararı; Ek-2 tebliğ kaydı; Ek-3 önceki kapanış/envanter kaydı; Ek-4 düzeltilmiş hesap özeti; Ek-5 uyuşmazlık çizelgesi; Ek-6 ve devamı [gerçek banka kayıtları ve fişlerin numaralı listesi].</w:t>
      </w:r>
    </w:p>
    <w:p>
      <w:pPr>
        <w:jc w:val="left"/>
      </w:pPr>
      <w:r>
        <w:rPr>
          <w:b/>
        </w:rPr>
        <w:t>SONUÇ VE İSTEM: Açıklanan somut gerekçeler ve ekler uyarınca [Yer] Sulh Hukuk Mahkemesinin [tarih/sayı] hesabı ret kararına itirazımın kabulü ile kararın itiraz edilen [kalem/paragraf] yönünden denetlenmesini, sunulan hesap ve belgelerin değerlendirilmesini arz ve talep ederim.</w:t>
      </w:r>
    </w:p>
    <w:p>
      <w:pPr>
        <w:jc w:val="left"/>
      </w:pPr>
      <w:r>
        <w:rPr>
          <w:b w:val="0"/>
        </w:rPr>
        <w:t>[Gerçek başvuru tarihi]</w:t>
      </w:r>
    </w:p>
    <w:p>
      <w:pPr>
        <w:jc w:val="left"/>
      </w:pPr>
      <w:r>
        <w:rPr>
          <w:b w:val="0"/>
        </w:rPr>
        <w:t>[Vasi veya vekili — ad soyad, imza / e-imzada (E-İMZALIDIR)]</w:t>
      </w:r>
    </w:p>
    <w:p>
      <w:r>
        <w:br w:type="page"/>
      </w:r>
    </w:p>
    <w:p>
      <w:r>
        <w:rPr>
          <w:b/>
        </w:rPr>
        <w:t>Ek-4 — Düzeltilmiş Hesap Özeti</w:t>
      </w:r>
    </w:p>
    <w:p>
      <w:r>
        <w:t>Hesap dönemi: [Başlangıç]–[Bitiş]</w:t>
      </w:r>
    </w:p>
    <w:p>
      <w:r>
        <w:t>Önceki dönem kapanış kararı / envanter: [Tarih, dosya, ek]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t>Kalem</w:t>
            </w:r>
          </w:p>
        </w:tc>
        <w:tc>
          <w:tcPr>
            <w:tcW w:type="dxa" w:w="2484"/>
          </w:tcPr>
          <w:p>
            <w:r>
              <w:t>Önceki tutar</w:t>
            </w:r>
          </w:p>
        </w:tc>
        <w:tc>
          <w:tcPr>
            <w:tcW w:type="dxa" w:w="2484"/>
          </w:tcPr>
          <w:p>
            <w:r>
              <w:t>Düzeltilmiş tutar</w:t>
            </w:r>
          </w:p>
        </w:tc>
        <w:tc>
          <w:tcPr>
            <w:tcW w:type="dxa" w:w="2484"/>
          </w:tcPr>
          <w:p>
            <w:r>
              <w:t>Dayanak</w:t>
            </w:r>
          </w:p>
        </w:tc>
      </w:tr>
      <w:tr>
        <w:tc>
          <w:tcPr>
            <w:tcW w:type="dxa" w:w="2484"/>
          </w:tcPr>
          <w:p>
            <w:r>
              <w:t>Dönem başı bakiye</w:t>
            </w:r>
          </w:p>
        </w:tc>
        <w:tc>
          <w:tcPr>
            <w:tcW w:type="dxa" w:w="2484"/>
          </w:tcPr>
          <w:p>
            <w:r>
              <w:t>[Tutar]</w:t>
            </w:r>
          </w:p>
        </w:tc>
        <w:tc>
          <w:tcPr>
            <w:tcW w:type="dxa" w:w="2484"/>
          </w:tcPr>
          <w:p>
            <w:r>
              <w:t>[Tutar]</w:t>
            </w:r>
          </w:p>
        </w:tc>
        <w:tc>
          <w:tcPr>
            <w:tcW w:type="dxa" w:w="2484"/>
          </w:tcPr>
          <w:p>
            <w:r>
              <w:t>[Ek]</w:t>
            </w:r>
          </w:p>
        </w:tc>
      </w:tr>
      <w:tr>
        <w:tc>
          <w:tcPr>
            <w:tcW w:type="dxa" w:w="2484"/>
          </w:tcPr>
          <w:p>
            <w:r>
              <w:t>Gelir toplamı</w:t>
            </w:r>
          </w:p>
        </w:tc>
        <w:tc>
          <w:tcPr>
            <w:tcW w:type="dxa" w:w="2484"/>
          </w:tcPr>
          <w:p>
            <w:r>
              <w:t>[Tutar]</w:t>
            </w:r>
          </w:p>
        </w:tc>
        <w:tc>
          <w:tcPr>
            <w:tcW w:type="dxa" w:w="2484"/>
          </w:tcPr>
          <w:p>
            <w:r>
              <w:t>[Tutar]</w:t>
            </w:r>
          </w:p>
        </w:tc>
        <w:tc>
          <w:tcPr>
            <w:tcW w:type="dxa" w:w="2484"/>
          </w:tcPr>
          <w:p>
            <w:r>
              <w:t>[Ek]</w:t>
            </w:r>
          </w:p>
        </w:tc>
      </w:tr>
      <w:tr>
        <w:tc>
          <w:tcPr>
            <w:tcW w:type="dxa" w:w="2484"/>
          </w:tcPr>
          <w:p>
            <w:r>
              <w:t>Gider toplamı</w:t>
            </w:r>
          </w:p>
        </w:tc>
        <w:tc>
          <w:tcPr>
            <w:tcW w:type="dxa" w:w="2484"/>
          </w:tcPr>
          <w:p>
            <w:r>
              <w:t>[Tutar]</w:t>
            </w:r>
          </w:p>
        </w:tc>
        <w:tc>
          <w:tcPr>
            <w:tcW w:type="dxa" w:w="2484"/>
          </w:tcPr>
          <w:p>
            <w:r>
              <w:t>[Tutar]</w:t>
            </w:r>
          </w:p>
        </w:tc>
        <w:tc>
          <w:tcPr>
            <w:tcW w:type="dxa" w:w="2484"/>
          </w:tcPr>
          <w:p>
            <w:r>
              <w:t>[Ek]</w:t>
            </w:r>
          </w:p>
        </w:tc>
      </w:tr>
      <w:tr>
        <w:tc>
          <w:tcPr>
            <w:tcW w:type="dxa" w:w="2484"/>
          </w:tcPr>
          <w:p>
            <w:r>
              <w:t>Dönem sonu bakiye</w:t>
            </w:r>
          </w:p>
        </w:tc>
        <w:tc>
          <w:tcPr>
            <w:tcW w:type="dxa" w:w="2484"/>
          </w:tcPr>
          <w:p>
            <w:r>
              <w:t>[Tutar]</w:t>
            </w:r>
          </w:p>
        </w:tc>
        <w:tc>
          <w:tcPr>
            <w:tcW w:type="dxa" w:w="2484"/>
          </w:tcPr>
          <w:p>
            <w:r>
              <w:t>[Tutar]</w:t>
            </w:r>
          </w:p>
        </w:tc>
        <w:tc>
          <w:tcPr>
            <w:tcW w:type="dxa" w:w="2484"/>
          </w:tcPr>
          <w:p>
            <w:r>
              <w:t>[Ek]</w:t>
            </w:r>
          </w:p>
        </w:tc>
      </w:tr>
    </w:tbl>
    <w:p>
      <w:r>
        <w:t>Kontrol: açılış + gerçekleşmiş gelir − belgeli gider = kapanış. İç transferleri ikinci kez toplama eklemeyin.</w:t>
      </w:r>
    </w:p>
    <w:p>
      <w:r>
        <w:rPr>
          <w:b/>
        </w:rPr>
        <w:t>Ek-5 — Ret Gerekçesi ve Belge Eşleştirmesi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t>Karardaki kalem / paragraf</w:t>
            </w:r>
          </w:p>
        </w:tc>
        <w:tc>
          <w:tcPr>
            <w:tcW w:type="dxa" w:w="2484"/>
          </w:tcPr>
          <w:p>
            <w:r>
              <w:t>İtiraz açıklaması</w:t>
            </w:r>
          </w:p>
        </w:tc>
        <w:tc>
          <w:tcPr>
            <w:tcW w:type="dxa" w:w="2484"/>
          </w:tcPr>
          <w:p>
            <w:r>
              <w:t>Tutar / tarih</w:t>
            </w:r>
          </w:p>
        </w:tc>
        <w:tc>
          <w:tcPr>
            <w:tcW w:type="dxa" w:w="2484"/>
          </w:tcPr>
          <w:p>
            <w:r>
              <w:t>Dayanak ek / sayfa</w:t>
            </w:r>
          </w:p>
        </w:tc>
      </w:tr>
      <w:tr>
        <w:tc>
          <w:tcPr>
            <w:tcW w:type="dxa" w:w="2484"/>
          </w:tcPr>
          <w:p>
            <w:r>
              <w:t>[Gerekçe]</w:t>
            </w:r>
          </w:p>
        </w:tc>
        <w:tc>
          <w:tcPr>
            <w:tcW w:type="dxa" w:w="2484"/>
          </w:tcPr>
          <w:p>
            <w:r>
              <w:t>[Gerçek açıklama]</w:t>
            </w:r>
          </w:p>
        </w:tc>
        <w:tc>
          <w:tcPr>
            <w:tcW w:type="dxa" w:w="2484"/>
          </w:tcPr>
          <w:p>
            <w:r>
              <w:t>[Tutar, tarih]</w:t>
            </w:r>
          </w:p>
        </w:tc>
        <w:tc>
          <w:tcPr>
            <w:tcW w:type="dxa" w:w="2484"/>
          </w:tcPr>
          <w:p>
            <w:r>
              <w:t>[Ek / sayfa]</w:t>
            </w:r>
          </w:p>
        </w:tc>
      </w:tr>
      <w:tr>
        <w:tc>
          <w:tcPr>
            <w:tcW w:type="dxa" w:w="2484"/>
          </w:tcPr>
          <w:p>
            <w:r>
              <w:t>[Gerekçe]</w:t>
            </w:r>
          </w:p>
        </w:tc>
        <w:tc>
          <w:tcPr>
            <w:tcW w:type="dxa" w:w="2484"/>
          </w:tcPr>
          <w:p>
            <w:r>
              <w:t>[Gerçek açıklama]</w:t>
            </w:r>
          </w:p>
        </w:tc>
        <w:tc>
          <w:tcPr>
            <w:tcW w:type="dxa" w:w="2484"/>
          </w:tcPr>
          <w:p>
            <w:r>
              <w:t>[Tutar, tarih]</w:t>
            </w:r>
          </w:p>
        </w:tc>
        <w:tc>
          <w:tcPr>
            <w:tcW w:type="dxa" w:w="2484"/>
          </w:tcPr>
          <w:p>
            <w:r>
              <w:t>[Ek / sayfa]</w:t>
            </w:r>
          </w:p>
        </w:tc>
      </w:tr>
      <w:tr>
        <w:tc>
          <w:tcPr>
            <w:tcW w:type="dxa" w:w="2484"/>
          </w:tcPr>
          <w:p>
            <w:r>
              <w:t>[Gerekçe]</w:t>
            </w:r>
          </w:p>
        </w:tc>
        <w:tc>
          <w:tcPr>
            <w:tcW w:type="dxa" w:w="2484"/>
          </w:tcPr>
          <w:p>
            <w:r>
              <w:t>[Gerçek açıklama]</w:t>
            </w:r>
          </w:p>
        </w:tc>
        <w:tc>
          <w:tcPr>
            <w:tcW w:type="dxa" w:w="2484"/>
          </w:tcPr>
          <w:p>
            <w:r>
              <w:t>[Tutar, tarih]</w:t>
            </w:r>
          </w:p>
        </w:tc>
        <w:tc>
          <w:tcPr>
            <w:tcW w:type="dxa" w:w="2484"/>
          </w:tcPr>
          <w:p>
            <w:r>
              <w:t>[Ek / sayfa]</w:t>
            </w:r>
          </w:p>
        </w:tc>
      </w:tr>
      <w:tr>
        <w:tc>
          <w:tcPr>
            <w:tcW w:type="dxa" w:w="2484"/>
          </w:tcPr>
          <w:p>
            <w:r>
              <w:t>[Gerekçe]</w:t>
            </w:r>
          </w:p>
        </w:tc>
        <w:tc>
          <w:tcPr>
            <w:tcW w:type="dxa" w:w="2484"/>
          </w:tcPr>
          <w:p>
            <w:r>
              <w:t>[Gerçek açıklama]</w:t>
            </w:r>
          </w:p>
        </w:tc>
        <w:tc>
          <w:tcPr>
            <w:tcW w:type="dxa" w:w="2484"/>
          </w:tcPr>
          <w:p>
            <w:r>
              <w:t>[Tutar, tarih]</w:t>
            </w:r>
          </w:p>
        </w:tc>
        <w:tc>
          <w:tcPr>
            <w:tcW w:type="dxa" w:w="2484"/>
          </w:tcPr>
          <w:p>
            <w:r>
              <w:t>[Ek / sayfa]</w:t>
            </w:r>
          </w:p>
        </w:tc>
      </w:tr>
      <w:tr>
        <w:tc>
          <w:tcPr>
            <w:tcW w:type="dxa" w:w="2484"/>
          </w:tcPr>
          <w:p>
            <w:r>
              <w:t>[Gerekçe]</w:t>
            </w:r>
          </w:p>
        </w:tc>
        <w:tc>
          <w:tcPr>
            <w:tcW w:type="dxa" w:w="2484"/>
          </w:tcPr>
          <w:p>
            <w:r>
              <w:t>[Gerçek açıklama]</w:t>
            </w:r>
          </w:p>
        </w:tc>
        <w:tc>
          <w:tcPr>
            <w:tcW w:type="dxa" w:w="2484"/>
          </w:tcPr>
          <w:p>
            <w:r>
              <w:t>[Tutar, tarih]</w:t>
            </w:r>
          </w:p>
        </w:tc>
        <w:tc>
          <w:tcPr>
            <w:tcW w:type="dxa" w:w="2484"/>
          </w:tcPr>
          <w:p>
            <w:r>
              <w:t>[Ek / sayfa]</w:t>
            </w:r>
          </w:p>
        </w:tc>
      </w:tr>
      <w:tr>
        <w:tc>
          <w:tcPr>
            <w:tcW w:type="dxa" w:w="2484"/>
          </w:tcPr>
          <w:p>
            <w:r>
              <w:t>[Gerekçe]</w:t>
            </w:r>
          </w:p>
        </w:tc>
        <w:tc>
          <w:tcPr>
            <w:tcW w:type="dxa" w:w="2484"/>
          </w:tcPr>
          <w:p>
            <w:r>
              <w:t>[Gerçek açıklama]</w:t>
            </w:r>
          </w:p>
        </w:tc>
        <w:tc>
          <w:tcPr>
            <w:tcW w:type="dxa" w:w="2484"/>
          </w:tcPr>
          <w:p>
            <w:r>
              <w:t>[Tutar, tarih]</w:t>
            </w:r>
          </w:p>
        </w:tc>
        <w:tc>
          <w:tcPr>
            <w:tcW w:type="dxa" w:w="2484"/>
          </w:tcPr>
          <w:p>
            <w:r>
              <w:t>[Ek / sayfa]</w:t>
            </w:r>
          </w:p>
        </w:tc>
      </w:tr>
    </w:tbl>
    <w:p>
      <w:r>
        <w:t>Yalnız kararda tartışılan gerçek kalemleri doldurun; gerekirse tabloya satır ekleyin.</w:t>
      </w:r>
    </w:p>
    <w:p>
      <w:r>
        <w:rPr>
          <w:b/>
        </w:rPr>
        <w:t>Ek-6 ve devamı — Belge Dizini</w:t>
      </w:r>
    </w:p>
    <w:p>
      <w:r>
        <w:t>Ek-6: [Gerçek belgenin adı, tarihi, sayfası ve ilgili ret gerekçesi]</w:t>
      </w:r>
    </w:p>
    <w:p>
      <w:r>
        <w:t>Ek-7: [Gerçek belgenin adı, tarihi, sayfası ve ilgili ret gerekçesi]</w:t>
      </w:r>
    </w:p>
    <w:p>
      <w:r>
        <w:t>Ek-8: [Gerçek belgenin adı, tarihi, sayfası ve ilgili ret gerekçesi]</w:t>
      </w:r>
    </w:p>
    <w:p>
      <w:r>
        <w:t>Ek-9: [Gerçek belgenin adı, tarihi, sayfası ve ilgili ret gerekçesi]</w:t>
      </w:r>
    </w:p>
    <w:sectPr w:rsidR="00FC693F" w:rsidRPr="0006063C" w:rsidSect="00034616">
      <w:pgSz w:w="12240" w:h="15840"/>
      <w:pgMar w:top="907" w:right="1152" w:bottom="893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