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Genel Kurul Muhalefet Şerhi ve Tutanağa Yazılma Dilekçesi</w:t>
      </w:r>
    </w:p>
    <w:p>
      <w:pPr>
        <w:spacing w:after="200"/>
      </w:pPr>
      <w:r>
        <w:rPr>
          <w:color w:val="000000"/>
        </w:rPr>
        <w:t>Anonim şirket genel kurulunda belirli bir karara olumsuz oy veren pay sahibinin, muhalefetini TTK 422 ve 446 ile Yönetmelik 26/4 uyarınca tutanağa geçirtmesi için düzenlenebilir örnek. Köşeli parantezleri gerçek toplantı, karar, oy ve pay bilgileriyle doldurun.</w:t>
      </w:r>
    </w:p>
    <w:p>
      <w:pPr>
        <w:widowControl/>
      </w:pPr>
      <w:r>
        <w:rPr>
          <w:color w:val="000000"/>
        </w:rPr>
        <w:t>[ŞİRKETİN TİCARET UNVANI] ANONİM ŞİRKETİ</w:t>
        <w:br/>
        <w:t>[Toplantının gerçek tarihi] TARİHLİ GENEL KURUL TOPLANTI BAŞKANLIĞINA</w:t>
      </w:r>
    </w:p>
    <w:p>
      <w:pPr>
        <w:widowControl/>
      </w:pPr>
      <w:r>
        <w:rPr>
          <w:b/>
          <w:color w:val="000000"/>
        </w:rPr>
        <w:t>BAŞVURAN PAY SAHİBİ:</w:t>
      </w:r>
      <w:r>
        <w:rPr>
          <w:color w:val="000000"/>
        </w:rPr>
        <w:t xml:space="preserve"> [Ad soyad/unvan, T.C. kimlik veya vergi numarası, adres]</w:t>
      </w:r>
    </w:p>
    <w:p>
      <w:pPr>
        <w:widowControl/>
      </w:pPr>
      <w:r>
        <w:rPr>
          <w:b/>
          <w:color w:val="000000"/>
        </w:rPr>
        <w:t>TEMSİLCİ:</w:t>
      </w:r>
      <w:r>
        <w:rPr>
          <w:color w:val="000000"/>
        </w:rPr>
        <w:t xml:space="preserve"> [Varsa ad soyad ve temsil belgesi bilgisi]</w:t>
      </w:r>
    </w:p>
    <w:p>
      <w:pPr>
        <w:widowControl/>
      </w:pPr>
      <w:r>
        <w:rPr>
          <w:b/>
          <w:color w:val="000000"/>
        </w:rPr>
        <w:t>PAY BİLGİSİ:</w:t>
      </w:r>
      <w:r>
        <w:rPr>
          <w:color w:val="000000"/>
        </w:rPr>
        <w:t xml:space="preserve"> [Pay grubu, adedi, itibari değeri ve temsil edilen toplam oy]</w:t>
      </w:r>
    </w:p>
    <w:p>
      <w:pPr>
        <w:widowControl/>
      </w:pPr>
      <w:r>
        <w:rPr>
          <w:b/>
          <w:color w:val="000000"/>
        </w:rPr>
        <w:t>TOPLANTI:</w:t>
      </w:r>
      <w:r>
        <w:rPr>
          <w:color w:val="000000"/>
        </w:rPr>
        <w:t xml:space="preserve"> [Tarih, saat, yer, olağan/olağanüstü bilgisi]</w:t>
      </w:r>
    </w:p>
    <w:p>
      <w:pPr>
        <w:widowControl/>
      </w:pPr>
      <w:r>
        <w:rPr>
          <w:b/>
          <w:color w:val="000000"/>
        </w:rPr>
        <w:t>İLGİLİ GÜNDEM MADDESİ:</w:t>
      </w:r>
      <w:r>
        <w:rPr>
          <w:color w:val="000000"/>
        </w:rPr>
        <w:t xml:space="preserve"> [Sıra numarası ve konu]</w:t>
      </w:r>
    </w:p>
    <w:p>
      <w:pPr>
        <w:widowControl/>
      </w:pPr>
      <w:r>
        <w:rPr>
          <w:b/>
          <w:color w:val="000000"/>
        </w:rPr>
        <w:t>KONU:</w:t>
      </w:r>
      <w:r>
        <w:rPr>
          <w:color w:val="000000"/>
        </w:rPr>
        <w:t xml:space="preserve"> İlgili genel kurul kararına verdiğim olumsuz oyun ve muhalefet şerhimin TTK m.422, m.446/1-a ile Yönetmelik m.26/4 uyarınca toplantı tutanağına yazılması; bu dilekçenin tutanağın eki yapılması talebidir.</w:t>
      </w:r>
    </w:p>
    <w:p>
      <w:pPr>
        <w:keepNext/>
        <w:widowControl/>
      </w:pPr>
      <w:r>
        <w:rPr>
          <w:b/>
          <w:color w:val="000000"/>
        </w:rPr>
        <w:t>AÇIKLAMALAR</w:t>
      </w:r>
    </w:p>
    <w:p>
      <w:pPr>
        <w:widowControl/>
      </w:pPr>
      <w:r>
        <w:rPr>
          <w:color w:val="000000"/>
        </w:rPr>
        <w:t>1. Yukarıda gösterilen payların sahibi/temsilcisi olarak genel kurul toplantısına katıldım ve hazır bulunanlar listesinde [gerçek kayıt biçimi] ile yer aldım. Temsil söz konusuysa yetki belgesi toplantı dosyasına sunulmuştur. Başvurum, yalnız aşağıda bireyselleştirilen karara ilişkindir.</w:t>
      </w:r>
    </w:p>
    <w:p>
      <w:pPr>
        <w:widowControl/>
      </w:pPr>
      <w:r>
        <w:rPr>
          <w:color w:val="000000"/>
        </w:rPr>
        <w:t>2. Genel kurulun [sıra] numaralı “[gündem konusu]” maddesinde, “[oylanan öneri veya alınan kararın tereddüde yer bırakmayan özeti]” oylanmış ve toplantı başkanlığınca [gerçek olumlu/olumsuz oy sonucu] açıklanmıştır. Bu karara açıkça olumsuz oy verdim.</w:t>
      </w:r>
    </w:p>
    <w:p>
      <w:pPr>
        <w:widowControl/>
      </w:pPr>
      <w:r>
        <w:rPr>
          <w:color w:val="000000"/>
        </w:rPr>
        <w:t>3. Anılan karara muhalifim. Muhalefetimin somut nedenleri şunlardır: [kararla doğrudan bağlantılı gerçek olgu], [ihlal edildiği ileri sürülen kanun veya esas sözleşme hükmü], [toplantıda sunulan belge/açıklama] ve [varsa sorulan soru ile verilen ya da verilmeyen cevap]. Gerçekleşmeyen olaylar veya incelenmeyen belgeler gerekçe olarak ileri sürülmemektedir.</w:t>
      </w:r>
    </w:p>
    <w:p>
      <w:pPr>
        <w:pageBreakBefore/>
        <w:widowControl/>
      </w:pPr>
      <w:r>
        <w:rPr>
          <w:color w:val="000000"/>
        </w:rPr>
        <w:t>4. TTK m.422/1 gereğince tutanakta alınan karar ile o karara verilen olumlu ve olumsuz oy sayıları bulunmalıdır. TTK m.446/1-a, toplantıda hazır bulunup karara olumsuz oy veren pay sahibinin muhalefetini tutanağa geçirtmesini ayrıca düzenlemektedir. Olumsuz oyumun sayımda gösterilmesi yanında, işbu muhalefet açıklamamın tarafımla ilişkilendirilerek tutanağa geçirilmesini talep ediyorum.</w:t>
      </w:r>
    </w:p>
    <w:p>
      <w:pPr>
        <w:widowControl/>
      </w:pPr>
      <w:r>
        <w:rPr>
          <w:color w:val="000000"/>
        </w:rPr>
        <w:t>5. Yönetmelik m.26/4 uyarınca yazılı olarak verilen muhalefet şerhi tutanağa eklenebilir. Bu dilekçenin “[başvuranın adı/unvanı tarafından sunulan muhalefet şerhi]” açıklamasıyla toplantı tutanağının eki yapılmasını; adımın/unvanımın tutanakta yazılmasını; ekli şerhin toplantı başkanı ve Bakanlık temsilcisi bulunan toplantıda temsilci tarafından imzalanmasını talep ediyorum.</w:t>
      </w:r>
    </w:p>
    <w:p>
      <w:pPr>
        <w:widowControl/>
      </w:pPr>
      <w:r>
        <w:rPr>
          <w:color w:val="000000"/>
        </w:rPr>
        <w:t>6. Talebim kararın kendiliğinden hükümsüz sayılması veya uygulanmasının bu dilekçeyle durduğu iddiasını içermemektedir. Bu kayıt, belirli karara karşı olumsuz oy ve muhalefet irademin toplantı tutanağında doğru gösterilmesine yöneliktir. TTK m.445 ve m.446 dâhil kanundan doğan başvuru hakları kendi koşulları içinde ayrıca değerlendirilecektir.</w:t>
      </w:r>
    </w:p>
    <w:p>
      <w:pPr>
        <w:widowControl/>
      </w:pPr>
      <w:r>
        <w:rPr>
          <w:b/>
          <w:color w:val="000000"/>
        </w:rPr>
        <w:t>HUKUKİ NEDENLER:</w:t>
      </w:r>
      <w:r>
        <w:rPr>
          <w:color w:val="000000"/>
        </w:rPr>
        <w:t xml:space="preserve"> 6102 sayılı Türk Ticaret Kanunu m.419, m.422, m.423, m.445 ve m.446; Anonim Şirketlerin Genel Kurul Toplantılarının Usul ve Esasları ile Bu Toplantılarda Bulunacak Bakanlık Temsilcileri Hakkında Yönetmelik m.26 ve ilgili mevzuat.</w:t>
      </w:r>
    </w:p>
    <w:p>
      <w:pPr>
        <w:widowControl/>
      </w:pPr>
      <w:r>
        <w:rPr>
          <w:b/>
          <w:color w:val="000000"/>
        </w:rPr>
        <w:t>EKLER:</w:t>
      </w:r>
      <w:r>
        <w:rPr>
          <w:color w:val="000000"/>
        </w:rPr>
        <w:t xml:space="preserve"> 1. İşbu yazılı muhalefet şerhi. 2. Varsa temsil belgesi örneği. 3. Muhalefet gerekçesinde açıkça dayanılan ve toplantıya gerçekten sunulan belge listesi. [Sunulmayan ekleri çıkarınız.]</w:t>
      </w:r>
    </w:p>
    <w:p>
      <w:pPr>
        <w:keepNext/>
        <w:widowControl/>
      </w:pPr>
      <w:r>
        <w:rPr>
          <w:color w:val="000000"/>
        </w:rPr>
        <w:t>SONUÇ VE İSTEM: Yukarıda belirtilen karara olumsuz oy verdiğimin ve muhalefetimin toplantı tutanağına açıkça yazılmasını; bu dilekçenin tutanağın eki yapıldığının adım/unvanım belirtilerek tutanakta gösterilmesini; tutanak ve ekinin Yönetmelik m.26'da öngörülen kişilerce imzalanmasını arz ve talep ederim.</w:t>
        <w:br/>
        <w:t>Tarih: [Gerçek gönderim tarihi]</w:t>
      </w:r>
    </w:p>
    <w:p>
      <w:pPr>
        <w:widowControl/>
      </w:pPr>
      <w:r>
        <w:rPr>
          <w:color w:val="000000"/>
        </w:rPr>
        <w:t>[Pay sahibi / Temsilci]</w:t>
        <w:br/>
        <w:t>[Ad soyad]</w:t>
        <w:br/>
        <w:t>[İmza]</w:t>
      </w:r>
    </w:p>
    <w:p>
      <w:r>
        <w:rPr>
          <w:color w:val="000000"/>
        </w:rPr>
        <w:t>Kullanım notu: Güvenli elektronik imza fiilen uygulanmışsa belge e-imzalı olarak belirtilebilir. Uygulanmamış bir belgeye e-imzalıdır yazılmaz. Sunulan nüshada başvuranın veya yetkili temsilcinin gerçek imzası bulunur.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Genel Kurul Muhalefet Şerhi ve Tutanağa Yazılma Dilekçesi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