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Alt vekile doğrudan iş sonucu ve belge teslimi talebi</w:t>
      </w:r>
    </w:p>
    <w:p>
      <w:pPr>
        <w:keepNext/>
        <w:jc w:val="center"/>
      </w:pPr>
      <w:r>
        <w:rPr>
          <w:b/>
        </w:rPr>
        <w:t>[ALT VEKİLİN ADI / TİCARET UNVANI]’NA</w:t>
      </w:r>
    </w:p>
    <w:p>
      <w:r>
        <w:t>BAŞVURAN: [Vekâlet verenin adı / unvanı ve adresi]</w:t>
        <w:br/>
        <w:t>MUHATAP: [Alt vekilin adı / unvanı ve adresi]</w:t>
        <w:br/>
        <w:t>ASIL VEKİL: [Adı / unvanı]</w:t>
        <w:br/>
        <w:t>İŞ REFERANSI: [Görevlendirme, dosya veya sözleşme numarası]</w:t>
      </w:r>
    </w:p>
    <w:p>
      <w:r>
        <w:rPr>
          <w:b/>
        </w:rPr>
        <w:t>KONU:</w:t>
      </w:r>
      <w:r>
        <w:t xml:space="preserve"> TBK 507/3 kapsamında, asıl vekilin tarafınıza karşı sahip olduğu [belirli iş sonucu / belge] teslim hakkının doğrudan ileri sürülmesidir.</w:t>
      </w:r>
    </w:p>
    <w:p>
      <w:pPr>
        <w:keepNext/>
      </w:pPr>
      <w:r>
        <w:rPr>
          <w:b/>
        </w:rPr>
        <w:t>AÇIKLAMALAR</w:t>
      </w:r>
    </w:p>
    <w:p>
      <w:r>
        <w:t>1. [Tarih ve belge] ile [asıl vekile] verdiğim iş [ana görev]dir. Bu görevin [bölüm] kısmı tarafınızca [alt görevlendirme tarihi ve kayıt] kapsamında üstlenilmiştir. Görev bağlantısı [belge adları] ile gösterilmektedir.</w:t>
      </w:r>
    </w:p>
    <w:p>
      <w:r>
        <w:t>2. Asıl vekilin tarafınıza karşı teslim isteme hakkının dayanağı [alt sözleşme / görev kabulü / ilgili hüküm ve belge]dir. Teslim borcunun mevcut aşaması ve vadesi [gerçek açıklama] şeklindedir. TBK 507 üçüncü fıkra uyarınca bu hakkı doğrudan tarafınıza ileri sürüyorum.</w:t>
      </w:r>
    </w:p>
    <w:p>
      <w:r>
        <w:t>3. Teslimini istediğim kalemler [belge / iş sonucu adları, tarih ve sürümleri]dir. Ayrıntılı teslim listesi ekte yer almaktadır. Daha önce teslim edilen [kalem ve tarih] kaydedilmiş; mevcut istem kalan [kalem] ile sınırlandırılmıştır.</w:t>
      </w:r>
    </w:p>
    <w:p>
      <w:r>
        <w:t>4. Teslimin [gerçek adres / kabul edilmiş elektronik kanal] üzerinden, [talep edilen teslim düzeni] ile yapılmasını istiyorum. Listelenmiş bir kalem yönünden teslim borcuna veya ifa aşamasına itirazınız varsa kalemi ve dayanak kaydını ayrıca bildirmenizi talep ederim.</w:t>
      </w:r>
    </w:p>
    <w:p>
      <w:r>
        <w:rPr>
          <w:b/>
        </w:rPr>
        <w:t>HUKUKİ DAYANAK:</w:t>
      </w:r>
      <w:r>
        <w:t xml:space="preserve"> TBK 507/3; ilgili vekâlet ve alt görevlendirme belgeleri.</w:t>
      </w:r>
    </w:p>
    <w:p>
      <w:r>
        <w:rPr>
          <w:b/>
        </w:rPr>
        <w:t>EKLER:</w:t>
      </w:r>
      <w:r>
        <w:t xml:space="preserve"> 1. Ana görevlendirme kaydı. 2. Alt görevlendirme ve teslim hakkının dayanağı. 3. Kalem bazlı teslim listesi. 4. Önceki teslim kayıtları. [Yalnız mevcut belgeler yazılır.]</w:t>
      </w:r>
    </w:p>
    <w:p>
      <w:r>
        <w:rPr>
          <w:b/>
        </w:rPr>
        <w:t>SONUÇ VE TALEP:</w:t>
      </w:r>
      <w:r>
        <w:t xml:space="preserve"> Açıklanan mevcut teslim hakkı kapsamında ekli listede belirtilen iş sonucu ve belgelerin tarafıma [teslim düzeni] ile verilmesini talep ederim.</w:t>
      </w:r>
    </w:p>
    <w:p>
      <w:r>
        <w:t>Tarih: [Gerçek gönderim tarihi]</w:t>
        <w:br/>
        <w:t>Başvuran / Yetkili temsilci</w:t>
        <w:br/>
        <w:t>[Adı, soyadı ve imza]</w:t>
      </w:r>
    </w:p>
    <w:p>
      <w:r>
        <w:br w:type="page"/>
      </w:r>
    </w:p>
    <w:p>
      <w:pPr>
        <w:pStyle w:val="Heading1"/>
      </w:pPr>
      <w:r>
        <w:t>Ek 1 — İş sonucu ve belge teslim listesi</w:t>
      </w:r>
    </w:p>
    <w:p>
      <w:r>
        <w:t>Ana görev: [referans]</w:t>
        <w:br/>
        <w:t>Alt görevlendirme: [tarih ve kayıt]</w:t>
      </w:r>
    </w:p>
    <w:p>
      <w:r>
        <w:t>Yalnız mevcut teslim hakkıyla ilgili kalemleri yazınız. Önceki teslimi ve kalan istemi ayrı gösteriniz. Kullanılmayan satırları siliniz.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</w:tcPr>
          <w:p>
            <w:r>
              <w:t>İş sonucu / belge</w:t>
            </w:r>
          </w:p>
        </w:tc>
        <w:tc>
          <w:tcPr>
            <w:tcW w:type="dxa" w:w="2296"/>
          </w:tcPr>
          <w:p>
            <w:r>
              <w:t>Teslim hakkının dayanağı</w:t>
            </w:r>
          </w:p>
        </w:tc>
        <w:tc>
          <w:tcPr>
            <w:tcW w:type="dxa" w:w="2296"/>
          </w:tcPr>
          <w:p>
            <w:r>
              <w:t>Nüsha / sürüm</w:t>
            </w:r>
          </w:p>
        </w:tc>
        <w:tc>
          <w:tcPr>
            <w:tcW w:type="dxa" w:w="2296"/>
          </w:tcPr>
          <w:p>
            <w:r>
              <w:t>Önceki teslim / kalan</w:t>
            </w:r>
          </w:p>
        </w:tc>
      </w:tr>
      <w:tr>
        <w:tc>
          <w:tcPr>
            <w:tcW w:type="dxa" w:w="2296"/>
          </w:tcPr>
          <w:p>
            <w:r>
              <w:t>[Kalem 1]</w:t>
            </w:r>
          </w:p>
        </w:tc>
        <w:tc>
          <w:tcPr>
            <w:tcW w:type="dxa" w:w="2296"/>
          </w:tcPr>
          <w:p>
            <w:r>
              <w:t>[Görev belgesi / hüküm]</w:t>
            </w:r>
          </w:p>
        </w:tc>
        <w:tc>
          <w:tcPr>
            <w:tcW w:type="dxa" w:w="2296"/>
          </w:tcPr>
          <w:p>
            <w:r>
              <w:t>[Asıl / kopya / tarih]</w:t>
            </w:r>
          </w:p>
        </w:tc>
        <w:tc>
          <w:tcPr>
            <w:tcW w:type="dxa" w:w="2296"/>
          </w:tcPr>
          <w:p>
            <w:r>
              <w:t>[Gerçek teslim kaydı]</w:t>
            </w:r>
          </w:p>
        </w:tc>
      </w:tr>
      <w:tr>
        <w:tc>
          <w:tcPr>
            <w:tcW w:type="dxa" w:w="2296"/>
          </w:tcPr>
          <w:p>
            <w:r>
              <w:t>[Kalem 2]</w:t>
            </w:r>
          </w:p>
        </w:tc>
        <w:tc>
          <w:tcPr>
            <w:tcW w:type="dxa" w:w="2296"/>
          </w:tcPr>
          <w:p>
            <w:r>
              <w:t>[Görev belgesi / hüküm]</w:t>
            </w:r>
          </w:p>
        </w:tc>
        <w:tc>
          <w:tcPr>
            <w:tcW w:type="dxa" w:w="2296"/>
          </w:tcPr>
          <w:p>
            <w:r>
              <w:t>[Asıl / kopya / tarih]</w:t>
            </w:r>
          </w:p>
        </w:tc>
        <w:tc>
          <w:tcPr>
            <w:tcW w:type="dxa" w:w="2296"/>
          </w:tcPr>
          <w:p>
            <w:r>
              <w:t>[Gerçek teslim kaydı]</w:t>
            </w:r>
          </w:p>
        </w:tc>
      </w:tr>
      <w:tr>
        <w:tc>
          <w:tcPr>
            <w:tcW w:type="dxa" w:w="2296"/>
          </w:tcPr>
          <w:p>
            <w:r>
              <w:t>[Kalem 3]</w:t>
            </w:r>
          </w:p>
        </w:tc>
        <w:tc>
          <w:tcPr>
            <w:tcW w:type="dxa" w:w="2296"/>
          </w:tcPr>
          <w:p>
            <w:r>
              <w:t>[Görev belgesi / hüküm]</w:t>
            </w:r>
          </w:p>
        </w:tc>
        <w:tc>
          <w:tcPr>
            <w:tcW w:type="dxa" w:w="2296"/>
          </w:tcPr>
          <w:p>
            <w:r>
              <w:t>[Asıl / kopya / tarih]</w:t>
            </w:r>
          </w:p>
        </w:tc>
        <w:tc>
          <w:tcPr>
            <w:tcW w:type="dxa" w:w="2296"/>
          </w:tcPr>
          <w:p>
            <w:r>
              <w:t>[Gerçek teslim kaydı]</w:t>
            </w:r>
          </w:p>
        </w:tc>
      </w:tr>
      <w:tr>
        <w:tc>
          <w:tcPr>
            <w:tcW w:type="dxa" w:w="2296"/>
          </w:tcPr>
          <w:p>
            <w:r>
              <w:t>[Kalem 4]</w:t>
            </w:r>
          </w:p>
        </w:tc>
        <w:tc>
          <w:tcPr>
            <w:tcW w:type="dxa" w:w="2296"/>
          </w:tcPr>
          <w:p>
            <w:r>
              <w:t>[Görev belgesi / hüküm]</w:t>
            </w:r>
          </w:p>
        </w:tc>
        <w:tc>
          <w:tcPr>
            <w:tcW w:type="dxa" w:w="2296"/>
          </w:tcPr>
          <w:p>
            <w:r>
              <w:t>[Asıl / kopya / tarih]</w:t>
            </w:r>
          </w:p>
        </w:tc>
        <w:tc>
          <w:tcPr>
            <w:tcW w:type="dxa" w:w="2296"/>
          </w:tcPr>
          <w:p>
            <w:r>
              <w:t>[Gerçek teslim kaydı]</w:t>
            </w:r>
          </w:p>
        </w:tc>
      </w:tr>
      <w:tr>
        <w:tc>
          <w:tcPr>
            <w:tcW w:type="dxa" w:w="2296"/>
          </w:tcPr>
          <w:p>
            <w:r>
              <w:t>[Kalem 5]</w:t>
            </w:r>
          </w:p>
        </w:tc>
        <w:tc>
          <w:tcPr>
            <w:tcW w:type="dxa" w:w="2296"/>
          </w:tcPr>
          <w:p>
            <w:r>
              <w:t>[Görev belgesi / hüküm]</w:t>
            </w:r>
          </w:p>
        </w:tc>
        <w:tc>
          <w:tcPr>
            <w:tcW w:type="dxa" w:w="2296"/>
          </w:tcPr>
          <w:p>
            <w:r>
              <w:t>[Asıl / kopya / tarih]</w:t>
            </w:r>
          </w:p>
        </w:tc>
        <w:tc>
          <w:tcPr>
            <w:tcW w:type="dxa" w:w="2296"/>
          </w:tcPr>
          <w:p>
            <w:r>
              <w:t>[Gerçek teslim kaydı]</w:t>
            </w:r>
          </w:p>
        </w:tc>
      </w:tr>
    </w:tbl>
    <w:p>
      <w:r>
        <w:t>İstenen teslim düzeni: [adres ve yöntem]</w:t>
        <w:br/>
        <w:t>Teslim alacak kişi ve yetkisi: [kayıt]</w:t>
        <w:br/>
        <w:t>Liste tarihi: [tarih]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 vekile doğrudan belge teslimi — TBK 507/3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