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pPr>
      <w:r>
        <w:rPr>
          <w:rFonts w:ascii="Times New Roman" w:hAnsi="Times New Roman"/>
          <w:sz w:val="28"/>
        </w:rPr>
        <w:t>Eski tanının yeniden değerlendirilmesi dilekçesi</w:t>
      </w:r>
    </w:p>
    <w:p>
      <w:pPr>
        <w:keepNext/>
        <w:widowControl/>
      </w:pPr>
      <w:r>
        <w:rPr>
          <w:b/>
        </w:rPr>
        <w:t>[SAĞLIK HİZMETİ SUNUCUSUNUN TAM UNVANI] BAŞHEKİMLİĞİNE</w:t>
        <w:br/>
        <w:t>Sağlık Kurulu Birimine iletilmek üzere</w:t>
      </w:r>
    </w:p>
    <w:p>
      <w:pPr>
        <w:widowControl/>
      </w:pPr>
      <w:r>
        <w:t>BAŞVURAN: [Ad soyad, T.C. kimlik veya ilgili kimlik bilgisi, adres]</w:t>
      </w:r>
    </w:p>
    <w:p>
      <w:pPr>
        <w:widowControl/>
      </w:pPr>
      <w:r>
        <w:t>İLETİŞİM: [Telefon ve cevap alınacak adres]</w:t>
      </w:r>
    </w:p>
    <w:p>
      <w:pPr>
        <w:widowControl/>
      </w:pPr>
      <w:r>
        <w:t>YASAL TEMSİLCİ VEYA VEKİL: [Başvuru temsil yoluyla yapılıyorsa ad soyad ve yetki belgesi]</w:t>
      </w:r>
    </w:p>
    <w:p>
      <w:pPr>
        <w:widowControl/>
      </w:pPr>
      <w:r>
        <w:t>ÖNCEKİ TANI KAYDI: [Tanı adı/kodu, tarih, sağlık kuruluşu, protokol veya rapor numarası]</w:t>
      </w:r>
    </w:p>
    <w:p>
      <w:pPr>
        <w:widowControl/>
      </w:pPr>
      <w:r>
        <w:t>KONU: Kişisel Sağlık Verileri Hakkında Yönetmelik m.13/A kapsamında önceki tanının güncel sağlık durumum esas alınarak yeniden değerlendirilmesi ve durum bildirir sağlık kurulu raporu düzenlenmesi talebidir.</w:t>
      </w:r>
    </w:p>
    <w:p>
      <w:pPr>
        <w:keepNext/>
        <w:widowControl/>
      </w:pPr>
      <w:r>
        <w:rPr>
          <w:b/>
        </w:rPr>
        <w:t>AÇIKLAMALAR</w:t>
      </w:r>
    </w:p>
    <w:p>
      <w:pPr>
        <w:widowControl/>
      </w:pPr>
      <w:r>
        <w:t>1. Hakkımda [kurum] tarafından [tarih] tarihinde [tanı adı/kodu] kaydı oluşturulmuştur. Kaydın protokol veya rapor numarası [numara]dır. Önceki tanıyı gösteren belge Ek 1’de sunulmuştur.</w:t>
      </w:r>
    </w:p>
    <w:p>
      <w:pPr>
        <w:widowControl/>
      </w:pPr>
      <w:r>
        <w:t>2. Önceki tanı [belgelerde görülen tek hekim / üç hekimli sağlık kurulu / tam teşekküllü sağlık kurulu] tarafından konulmuştur. Bu bilgiyi gösteren rapor veya kayıt [belge ve bölüm]dür. Kurul türü sunulu kayıttan anlaşılamıyorsa ilgili kurum kayıtlarından belirlenmesini talep ediyorum.</w:t>
      </w:r>
    </w:p>
    <w:p>
      <w:pPr>
        <w:widowControl/>
      </w:pPr>
      <w:r>
        <w:t>3. Güncel durumumun değerlendirilmesine esas olmak üzere [tarih ve bölüm] muayenesine ilişkin [belge adı] ile [tanıyla bağlantılı tetkik veya tedavi belgeleri] sunulmuştur. Bu başvuruyla tıbbi sonucu önceden belirlemiyorum; önceki tanının güncel durumumda bulunup bulunmadığının yetkili kurul tarafından değerlendirilmesini istiyorum.</w:t>
      </w:r>
    </w:p>
    <w:p>
      <w:pPr>
        <w:widowControl/>
      </w:pPr>
      <w:r>
        <w:t>4. Başvuru [varsa iş veya kurum işlemi, numarası ve rapor teslim tarihi] ile bağlantılıdır. İlgili yazı Ek 3’te yer almaktadır. Bu bağlantı bulunmuyorsa bu paragraf başvurudan çıkarılır.</w:t>
      </w:r>
    </w:p>
    <w:p>
      <w:pPr>
        <w:widowControl/>
      </w:pPr>
      <w:r>
        <w:t>5. Yönetmelik m.13/A/1 uyarınca önceki tanıyı koyan birime uygun sağlık kurulunda güncel değerlendirme yapılması ve durum bildirir sağlık kurulu raporu düzenlenmesi gerekmektedir. Talebim, kayıt silme veya geçmiş rapora itiraz yerine bu özel değerlendirme işleminin yürütülmesidir.</w:t>
      </w:r>
    </w:p>
    <w:p>
      <w:pPr>
        <w:widowControl/>
      </w:pPr>
      <w:r>
        <w:t>HUKUKİ DAYANAK: Kişisel Sağlık Verileri Hakkında Yönetmelik m.13/A; 6698 sayılı Kanun m.4/2-b ve m.6.</w:t>
      </w:r>
    </w:p>
    <w:p>
      <w:pPr>
        <w:widowControl/>
      </w:pPr>
      <w:r>
        <w:t>SONUÇ VE TALEP: Önceki tanının güncel sağlık durumum esas alınarak m.13/A/1’de belirtilen uygun kurulda yeniden değerlendirilmesini, durum bildirir sağlık kurulu raporu düzenlenmesini, muayene ve belge tamamlama yönlendirmesinin tarafıma bildirilmesini ve başvuru sonucunun yukarıdaki cevap adresime iletilmesini arz ederim.</w:t>
      </w:r>
    </w:p>
    <w:p>
      <w:pPr>
        <w:widowControl/>
      </w:pPr>
      <w:r>
        <w:t>EKLER: 1. Önceki tanı/kurul raporu. 2. Güncel ilgili muayene, tetkik ve tedavi belgeleri. 3. Varsa iş veya kurum yazısı. 4. Varsa temsil yetkisi belgesi.</w:t>
      </w:r>
    </w:p>
    <w:p>
      <w:pPr>
        <w:widowControl/>
      </w:pPr>
      <w:r>
        <w:t>[Gerçek başvuru tarihi]</w:t>
        <w:br/>
        <w:t>[Başvuran veya yetkili temsilci ad soyad]</w:t>
        <w:br/>
        <w:t>[İmza]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Eski tanının yeniden değerlendirilmesi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