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İntifalı alacakta koruma önlemine katılım</w:t>
      </w:r>
    </w:p>
    <w:p>
      <w:pPr>
        <w:keepNext/>
        <w:jc w:val="center"/>
      </w:pPr>
      <w:r>
        <w:rPr>
          <w:b/>
        </w:rPr>
        <w:t>[İNTİFAYA TABİ ALACAĞIN ALACAKLISINA]</w:t>
      </w:r>
    </w:p>
    <w:p>
      <w:r>
        <w:t>TALEP EDEN İNTİFA HAKKI SAHİBİ: [ad soyad/unvan ve adres]</w:t>
        <w:br/>
        <w:t>MUHATAP ALACAKLI: [ad soyad/unvan ve adres]</w:t>
        <w:br/>
        <w:t>ASIL BORÇLU: [kimlik/unvan]</w:t>
        <w:br/>
        <w:t>İNTİFA BELGESİ: [tarih, kapsam ve belge bilgisi]</w:t>
        <w:br/>
        <w:t>ALACAK: [hukuki sebep, tutar, para birimi, vade ve ayırt edici kayıt]</w:t>
      </w:r>
    </w:p>
    <w:p>
      <w:r>
        <w:rPr>
          <w:b/>
        </w:rPr>
        <w:t>KONU:</w:t>
      </w:r>
      <w:r>
        <w:t xml:space="preserve"> TMK 820/3 uyarınca ekli kayıtlarda gösterilen alacak tehlikesine karşı iyi yönetimin gerektirdiği belirli koruma önleminin alınmasına katılmanızın istenmesidir.</w:t>
      </w:r>
    </w:p>
    <w:p>
      <w:pPr>
        <w:keepNext/>
      </w:pPr>
      <w:r>
        <w:rPr>
          <w:b/>
        </w:rPr>
        <w:t>AÇIKLAMALAR</w:t>
      </w:r>
    </w:p>
    <w:p>
      <w:r>
        <w:t>1. [Belge] kapsamında belirtilen alacak üzerinde intifa hakkım bulunmaktadır. Alacağın güncel kapsamı, önceki ödeme ve değişiklik kayıtları ek çizelgede gösterilmiştir.</w:t>
      </w:r>
    </w:p>
    <w:p>
      <w:r>
        <w:t>2. Alacağı tehlikeye düşüren durum [belgeli açıklama]dır. Bu durumun alacağın korunmasıyla bağlantısı [somut açıklama], dayanak kayıtları [ek numaraları]dır.</w:t>
      </w:r>
    </w:p>
    <w:p>
      <w:r>
        <w:t>3. Tehlikeye karşı iyi yönetim önlemi olarak [belirli işlem ve kapsam] öneriyorum. İşlemin gerekçesi [belgeyle bağlantılı açıklama]dır. Hazırlık için sunduğum kayıtlar [belgeler]dir.</w:t>
      </w:r>
    </w:p>
    <w:p>
      <w:r>
        <w:t>4. Katılımınız kapsamında [belge incelemesi, ortak metin hazırlığı veya somut işlem için gereken davranış] talep ediyorum. Önerdiğim hazırlık düzeni [gerçek iletişim ve görüşme bilgisi]dir. Bu öneri kanunda bulunmayan bir cevap süresi olarak ileri sürülmemektedir.</w:t>
      </w:r>
    </w:p>
    <w:p>
      <w:r>
        <w:t>5. Borçluya karşı ödeme istemi ve kıymetli evrak tasarrufları bakımından TMK 820/2'nin birlikte hareket düzeni ile mevcut ödeme yetkisi belgeleri gözetilecektir. Hazırlanan işlem ve gerçekleştirilen katılım ayrı kayıt altına alınacaktır.</w:t>
      </w:r>
    </w:p>
    <w:p>
      <w:r>
        <w:rPr>
          <w:b/>
        </w:rPr>
        <w:t>HUKUKİ DAYANAK:</w:t>
      </w:r>
      <w:r>
        <w:t xml:space="preserve"> TMK 820/3; işlem bağlantısı yönünden TMK 820/2 ve 821.</w:t>
        <w:br/>
        <w:t>EKLER: 1. İntifa ve alacak kimliği belgeleri. 2. Güncel ödeme ve değişiklik çizelgesi. 3. Tehlikeyi gösteren kayıtlar. 4. Önerilen işlem ve katılım çizelgesi. 5. Varsa temsil belgesi.</w:t>
      </w:r>
    </w:p>
    <w:p>
      <w:r>
        <w:rPr>
          <w:b/>
        </w:rPr>
        <w:t>SONUÇ VE TALEP:</w:t>
      </w:r>
      <w:r>
        <w:t xml:space="preserve"> Ekli kayıtlarla açıklanan alacak tehlikesine karşı [belirli koruma önlemi] bakımından [beklenen somut katılım]ı sağlamanızı; ortak hazırlanacak işlem belgelerinin ve katılım kaydının taraflarla paylaşılmasını talep ederim.</w:t>
        <w:br/>
        <w:t>Tarih: [tarih]</w:t>
        <w:br/>
        <w:t>İntifa hakkı sahibi/Vekili: [ad soyad]</w:t>
        <w:br/>
        <w:t>İmza: [imza]</w:t>
      </w:r>
    </w:p>
    <w:p>
      <w:r>
        <w:br w:type="page"/>
      </w:r>
    </w:p>
    <w:p>
      <w:pPr>
        <w:pStyle w:val="Heading1"/>
      </w:pPr>
      <w:r>
        <w:t>Ek 1 — Alacak, tehlike, önlem ve katılım</w:t>
      </w:r>
    </w:p>
    <w:p>
      <w:r>
        <w:t>İntifa hakkı sahibi: [ad/unvan]</w:t>
        <w:br/>
        <w:t>Muhatap alacaklı: [ad/unvan]</w:t>
        <w:br/>
        <w:t>Asıl borçlu: [ad/unvan]</w:t>
        <w:br/>
        <w:t>İntifa ve alacak belgeleri: [tarih ve kapsam]</w:t>
      </w:r>
    </w:p>
    <w:p>
      <w:r>
        <w:t>TMK 820/3 katılım istemine ek olarak doldurulur. Tehlike kaydını belirli önleme ve muhataptan beklenen katılıma bağlayınız.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3061"/>
          </w:tcPr>
          <w:p>
            <w:r>
              <w:t>İnceleme alanı</w:t>
            </w:r>
          </w:p>
        </w:tc>
        <w:tc>
          <w:tcPr>
            <w:tcW w:type="dxa" w:w="3061"/>
          </w:tcPr>
          <w:p>
            <w:r>
              <w:t>Somut kapsam / işlem</w:t>
            </w:r>
          </w:p>
        </w:tc>
        <w:tc>
          <w:tcPr>
            <w:tcW w:type="dxa" w:w="3061"/>
          </w:tcPr>
          <w:p>
            <w:r>
              <w:t>Belge ve tarih</w:t>
            </w:r>
          </w:p>
        </w:tc>
      </w:tr>
      <w:tr>
        <w:tc>
          <w:tcPr>
            <w:tcW w:type="dxa" w:w="3061"/>
          </w:tcPr>
          <w:p>
            <w:r>
              <w:t>İntifalı alacağın kimliği</w:t>
            </w:r>
          </w:p>
        </w:tc>
        <w:tc>
          <w:tcPr>
            <w:tcW w:type="dxa" w:w="3061"/>
          </w:tcPr>
          <w:p>
            <w:r>
              <w:t>[Somut açıklama]</w:t>
            </w:r>
          </w:p>
        </w:tc>
        <w:tc>
          <w:tcPr>
            <w:tcW w:type="dxa" w:w="3061"/>
          </w:tcPr>
          <w:p>
            <w:r>
              <w:t>[Ek ve sayfa]</w:t>
            </w:r>
          </w:p>
        </w:tc>
      </w:tr>
      <w:tr>
        <w:tc>
          <w:tcPr>
            <w:tcW w:type="dxa" w:w="3061"/>
          </w:tcPr>
          <w:p>
            <w:r>
              <w:t>Güncel tutar ve ödeme kaydı</w:t>
            </w:r>
          </w:p>
        </w:tc>
        <w:tc>
          <w:tcPr>
            <w:tcW w:type="dxa" w:w="3061"/>
          </w:tcPr>
          <w:p>
            <w:r>
              <w:t>[Somut açıklama]</w:t>
            </w:r>
          </w:p>
        </w:tc>
        <w:tc>
          <w:tcPr>
            <w:tcW w:type="dxa" w:w="3061"/>
          </w:tcPr>
          <w:p>
            <w:r>
              <w:t>[Ek ve sayfa]</w:t>
            </w:r>
          </w:p>
        </w:tc>
      </w:tr>
      <w:tr>
        <w:tc>
          <w:tcPr>
            <w:tcW w:type="dxa" w:w="3061"/>
          </w:tcPr>
          <w:p>
            <w:r>
              <w:t>Alacağa yönelik tehlike</w:t>
            </w:r>
          </w:p>
        </w:tc>
        <w:tc>
          <w:tcPr>
            <w:tcW w:type="dxa" w:w="3061"/>
          </w:tcPr>
          <w:p>
            <w:r>
              <w:t>[Somut açıklama]</w:t>
            </w:r>
          </w:p>
        </w:tc>
        <w:tc>
          <w:tcPr>
            <w:tcW w:type="dxa" w:w="3061"/>
          </w:tcPr>
          <w:p>
            <w:r>
              <w:t>[Ek ve sayfa]</w:t>
            </w:r>
          </w:p>
        </w:tc>
      </w:tr>
      <w:tr>
        <w:tc>
          <w:tcPr>
            <w:tcW w:type="dxa" w:w="3061"/>
          </w:tcPr>
          <w:p>
            <w:r>
              <w:t>Tehlikenin tarih ve kaynağı</w:t>
            </w:r>
          </w:p>
        </w:tc>
        <w:tc>
          <w:tcPr>
            <w:tcW w:type="dxa" w:w="3061"/>
          </w:tcPr>
          <w:p>
            <w:r>
              <w:t>[Somut açıklama]</w:t>
            </w:r>
          </w:p>
        </w:tc>
        <w:tc>
          <w:tcPr>
            <w:tcW w:type="dxa" w:w="3061"/>
          </w:tcPr>
          <w:p>
            <w:r>
              <w:t>[Ek ve sayfa]</w:t>
            </w:r>
          </w:p>
        </w:tc>
      </w:tr>
      <w:tr>
        <w:tc>
          <w:tcPr>
            <w:tcW w:type="dxa" w:w="3061"/>
          </w:tcPr>
          <w:p>
            <w:r>
              <w:t>Önerilen koruma önlemi</w:t>
            </w:r>
          </w:p>
        </w:tc>
        <w:tc>
          <w:tcPr>
            <w:tcW w:type="dxa" w:w="3061"/>
          </w:tcPr>
          <w:p>
            <w:r>
              <w:t>[Somut açıklama]</w:t>
            </w:r>
          </w:p>
        </w:tc>
        <w:tc>
          <w:tcPr>
            <w:tcW w:type="dxa" w:w="3061"/>
          </w:tcPr>
          <w:p>
            <w:r>
              <w:t>[Ek ve sayfa]</w:t>
            </w:r>
          </w:p>
        </w:tc>
      </w:tr>
      <w:tr>
        <w:tc>
          <w:tcPr>
            <w:tcW w:type="dxa" w:w="3061"/>
          </w:tcPr>
          <w:p>
            <w:r>
              <w:t>Muhataptan istenen katılım</w:t>
            </w:r>
          </w:p>
        </w:tc>
        <w:tc>
          <w:tcPr>
            <w:tcW w:type="dxa" w:w="3061"/>
          </w:tcPr>
          <w:p>
            <w:r>
              <w:t>[Somut açıklama]</w:t>
            </w:r>
          </w:p>
        </w:tc>
        <w:tc>
          <w:tcPr>
            <w:tcW w:type="dxa" w:w="3061"/>
          </w:tcPr>
          <w:p>
            <w:r>
              <w:t>[Ek ve sayfa]</w:t>
            </w:r>
          </w:p>
        </w:tc>
      </w:tr>
      <w:tr>
        <w:tc>
          <w:tcPr>
            <w:tcW w:type="dxa" w:w="3061"/>
          </w:tcPr>
          <w:p>
            <w:r>
              <w:t>Hazırlık ve temsil belgesi</w:t>
            </w:r>
          </w:p>
        </w:tc>
        <w:tc>
          <w:tcPr>
            <w:tcW w:type="dxa" w:w="3061"/>
          </w:tcPr>
          <w:p>
            <w:r>
              <w:t>[Somut açıklama]</w:t>
            </w:r>
          </w:p>
        </w:tc>
        <w:tc>
          <w:tcPr>
            <w:tcW w:type="dxa" w:w="3061"/>
          </w:tcPr>
          <w:p>
            <w:r>
              <w:t>[Ek ve sayfa]</w:t>
            </w:r>
          </w:p>
        </w:tc>
      </w:tr>
    </w:tbl>
    <w:p>
      <w:r>
        <w:t>Gönderim, ulaşma ve cevap kaydı: [bilgi]</w:t>
        <w:br/>
        <w:t>Ortak hazırlanan işlem: [belge, tarih ve kapsam]</w:t>
        <w:br/>
        <w:t>Gerçekleşen katılım ve sonuç: [kayıt]</w:t>
      </w:r>
    </w:p>
    <w:p>
      <w:r>
        <w:t>Son güncelleme: [tarih]</w:t>
        <w:br/>
        <w:t>Çizelgeyi hazırlayan: [ad soyad]</w:t>
      </w:r>
    </w:p>
    <w:sectPr w:rsidR="00FC693F" w:rsidRPr="0006063C" w:rsidSect="00034616">
      <w:footerReference w:type="default" r:id="rId9"/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TMK 820/3 intifalı alacakta koruma önlemine katılım</dc:title>
  <dc:subject/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