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jc w:val="center"/>
      </w:pPr>
      <w:r>
        <w:rPr>
          <w:b/>
        </w:rPr>
        <w:t>[İL] ÇALIŞMA VE İŞ KURUMU İL MÜDÜRLÜĞÜNE</w:t>
      </w:r>
    </w:p>
    <w:p>
      <w:pPr>
        <w:widowControl/>
      </w:pPr>
      <w:r>
        <w:t>Bildiren: [Uzmanın adı soyadı, belge numarası, iletişim adresi]</w:t>
      </w:r>
    </w:p>
    <w:p>
      <w:pPr>
        <w:widowControl/>
      </w:pPr>
      <w:r>
        <w:t>Görevlendirme: [İşyeri/OSGB ve gerçek görevlendirme dönemi]</w:t>
      </w:r>
    </w:p>
    <w:p>
      <w:pPr>
        <w:widowControl/>
      </w:pPr>
      <w:r>
        <w:t>İşyeri: [Unvan, açık adres, ilgili bölüm ve kayıt bilgileri]</w:t>
      </w:r>
    </w:p>
    <w:p>
      <w:pPr>
        <w:widowControl/>
      </w:pPr>
      <w:r>
        <w:t>Konu: 6331 sayılı Kanun m.8/2 kapsamında gerekli tedbirleri alınmayan hayati tehlikenin bildirilmesi.</w:t>
      </w:r>
    </w:p>
    <w:p>
      <w:pPr>
        <w:widowControl/>
      </w:pPr>
      <w:r>
        <w:rPr>
          <w:b/>
        </w:rPr>
        <w:t>AÇIKLAMALAR</w:t>
      </w:r>
    </w:p>
    <w:p>
      <w:pPr>
        <w:widowControl/>
      </w:pPr>
      <w:r>
        <w:t>1. Yukarıda belirtilen işyerinde [görevlendirme kaydı] kapsamında iş güvenliği uzmanı olarak görev yapmaktayım. [Tarih ve saat] tarihinde [bölüm/ekipman/faaliyet] üzerinde yaptığım incelemede [somut olgu ve teknik tehlike] tespit edilmiştir. İlgili kayıtlar Ek-1’dedir.</w:t>
      </w:r>
    </w:p>
    <w:p>
      <w:pPr>
        <w:widowControl/>
      </w:pPr>
      <w:r>
        <w:t>2. Bu tespit ve alınması gereken [somut tedbir], işverene [gerçek tarih, yöntem ve kayıt numarası] ile yazılı bildirilmiştir. Bildirim içeriği ve teslim kaydı Ek-2’dedir. Onaylı defterin ilgili kaydı [sayfa/tarih] bilgileriyle Ek-3’tedir.</w:t>
      </w:r>
    </w:p>
    <w:p>
      <w:pPr>
        <w:widowControl/>
      </w:pPr>
      <w:r>
        <w:t>3. [Son kontrol tarihi ve saati] incelemesinde [giderilmeyen somut husus] devam etmektedir. İşverence yapılan işlemler ve bunların tespit edilen tehlikeye etkisi [somut açıklama] şeklindedir. Son kontrol belgeleri Ek-4’tedir.</w:t>
      </w:r>
    </w:p>
    <w:p>
      <w:pPr>
        <w:widowControl/>
      </w:pPr>
      <w:r>
        <w:t>4. Bildirilen durumun acil ve hayati tehlike niteliği [teknik gerekçe] ile açıklanmaktadır. Gerekli önlemin uygulanmamasına ilişkin kronoloji ve belge eşleştirmesi Ek-5’tedir.</w:t>
      </w:r>
    </w:p>
    <w:p>
      <w:pPr>
        <w:widowControl/>
      </w:pPr>
      <w:r>
        <w:t>5. 6331 sayılı Kanun m.8/2 kapsamındaki temsilci bildirimi [varsa yetkili sendika temsilcisi; yoksa çalışan temsilcisi adı, gerçek gönderim tarihi ve kaydı] üzerinden yapılmıştır. İlgili teslim belgesi Ek-6’dadır. Henüz tamamlanmayan işlem bu bölümde yapılmış gibi gösterilmemiştir.</w:t>
      </w:r>
    </w:p>
    <w:p>
      <w:pPr>
        <w:widowControl/>
      </w:pPr>
      <w:r>
        <w:rPr>
          <w:b/>
        </w:rPr>
        <w:t>HUKUKİ DAYANAK: 6331 sayılı Kanun m.8/2; İş Güvenliği Uzmanlarının Görev, Yetki, Sorumluluk ve Eğitimleri Hakkında Yönetmelik m.11/3-4.</w:t>
      </w:r>
    </w:p>
    <w:p>
      <w:pPr>
        <w:widowControl/>
      </w:pPr>
      <w:r>
        <w:rPr>
          <w:b/>
        </w:rPr>
        <w:t>SONUÇ: Açıklanan somut tehlike ve giderilmeyen tedbirlerin yetkili birimce incelenmesini, görev kapsamındaki gerekli işlemlerin yürütülmesini ve bildirimin evrak kayıt bilgisiyle işlem sonucunun iletişim adresime bildirilmesini arz ederim.</w:t>
      </w:r>
    </w:p>
    <w:p>
      <w:pPr>
        <w:widowControl/>
      </w:pPr>
      <w:r>
        <w:t>[Gerçek başvuru tarihi]</w:t>
      </w:r>
    </w:p>
    <w:p>
      <w:pPr>
        <w:widowControl/>
      </w:pPr>
      <w:r>
        <w:t>[Ad soyad ve imza]</w:t>
      </w:r>
    </w:p>
    <w:p>
      <w:pPr>
        <w:widowControl/>
      </w:pPr>
      <w:r>
        <w:rPr>
          <w:b/>
        </w:rPr>
        <w:t>EKLER: 1-Tespit kayıtları. 2-İşverene yazılı bildirim ve teslim belgesi. 3-İlgili defter sayfası. 4-Son kontrol kayıtları. 5-Kronoloji ve belge çizelgesi. 6-Temsilci bildiriminin gerçek teslim belgesi.</w:t>
      </w:r>
    </w:p>
    <w:p>
      <w:r>
        <w:br w:type="page"/>
      </w:r>
    </w:p>
    <w:p>
      <w:pPr>
        <w:jc w:val="center"/>
      </w:pPr>
      <w:r>
        <w:rPr>
          <w:b/>
        </w:rPr>
        <w:t>EK-5: TESPİT VE BELGE EŞLEŞTİRME ÇİZELGESİ</w:t>
      </w:r>
    </w:p>
    <w:p>
      <w:r>
        <w:t>İşyeri: [Unvan ve açık adres]</w:t>
        <w:br/>
        <w:t>Bildiren uzman: [Ad soyad, belge numarası]</w:t>
        <w:br/>
        <w:t>Bildirim tarihi: [Gerçek tarih]</w:t>
      </w:r>
    </w:p>
    <w:p>
      <w:r>
        <w:t>Her tehlike/tedbir için ayrı satır kullanın. Gerçekte bulunmayan belgeyi eklemeyin. Tarih ve belge numaralarını dilekçe ekleriyle karşılaştırın.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</w:tcPr>
          <w:p>
            <w:r>
              <w:t>Tespit / alan</w:t>
            </w:r>
          </w:p>
        </w:tc>
        <w:tc>
          <w:tcPr>
            <w:tcW w:type="dxa" w:w="2353"/>
          </w:tcPr>
          <w:p>
            <w:r>
              <w:t>İşverene bildirim</w:t>
            </w:r>
          </w:p>
        </w:tc>
        <w:tc>
          <w:tcPr>
            <w:tcW w:type="dxa" w:w="2353"/>
          </w:tcPr>
          <w:p>
            <w:r>
              <w:t>Son kontrol / kalan tedbir</w:t>
            </w:r>
          </w:p>
        </w:tc>
        <w:tc>
          <w:tcPr>
            <w:tcW w:type="dxa" w:w="2353"/>
          </w:tcPr>
          <w:p>
            <w:r>
              <w:t>Ek numarası</w:t>
            </w:r>
          </w:p>
        </w:tc>
      </w:tr>
      <w:tr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</w:tr>
      <w:tr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</w:tr>
      <w:tr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</w:tr>
      <w:tr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</w:tr>
      <w:tr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</w:tr>
      <w:tr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  <w:tc>
          <w:tcPr>
            <w:tcW w:type="dxa" w:w="2353"/>
          </w:tcPr>
          <w:p>
            <w:r>
              <w:t>[Gerçek kayıt]</w:t>
            </w:r>
          </w:p>
        </w:tc>
      </w:tr>
    </w:tbl>
    <w:p>
      <w:r>
        <w:t>Bakanlığa teslim: [Tarih, evrak numarası, ek sayısı]</w:t>
        <w:br/>
        <w:t>Temsilciye gerçek bildirim: [Ad/sıfat, tarih, teslim kaydı]</w:t>
        <w:br/>
        <w:t>Dosya kontrolü: [Düzenleyen, gerçek kontrol tarihi]</w:t>
      </w:r>
    </w:p>
    <w:sectPr w:rsidR="00FC693F" w:rsidRPr="0006063C" w:rsidSect="00034616">
      <w:pgSz w:w="11906" w:h="16838"/>
      <w:pgMar w:top="964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0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0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