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İsim Denklik Belgesi İçin Destekleyici Başvuru Dilekçesi</w:t>
      </w:r>
    </w:p>
    <w:p>
      <w:r>
        <w:rPr>
          <w:i/>
        </w:rPr>
        <w:t>Önceki ad ve soyadı kaydının araştırılması belge tamamlama ve yeniden değerlendirme talebi</w:t>
      </w:r>
    </w:p>
    <w:p>
      <w:r>
        <w:rPr>
          <w:sz w:val="20"/>
        </w:rPr>
        <w:t>Bu örnek, ilçe nüfus müdürlüğünün düzenlediği resmî talep formunun yerine geçmez. Önceki ad ve soyadı kaydının eksikliği veya sunulan belgelerin yeniden incelenmesi gereken durumlarda destekleyici başvuru içindir. Köşeli parantezli alanları gerçek belgelere göre doldurun; durumunuza uymayan seçenekleri ve bu açıklamayı başvurudan önce silin. Başka kişi adına başvuruda yakınlık veya temsil yetkisini belgeleyin.</w:t>
      </w:r>
    </w:p>
    <w:p>
      <w:pPr>
        <w:spacing w:before="200"/>
        <w:jc w:val="center"/>
      </w:pPr>
      <w:r>
        <w:rPr>
          <w:b/>
        </w:rPr>
        <w:t>[İLÇE ADI] İLÇE NÜFUS MÜDÜRLÜĞÜNE</w:t>
      </w:r>
    </w:p>
    <w:p>
      <w:pPr>
        <w:spacing w:after="80"/>
      </w:pPr>
      <w:r>
        <w:t>BAŞVURAN: [Adı ve soyadı, T.C. kimlik numarası veya uygulanabilir kimlik bilgisi]</w:t>
      </w:r>
    </w:p>
    <w:p>
      <w:pPr>
        <w:spacing w:after="80"/>
      </w:pPr>
      <w:r>
        <w:t>ADRES: [İş veya yerleşim yeri adresi]</w:t>
      </w:r>
    </w:p>
    <w:p>
      <w:pPr>
        <w:spacing w:after="80"/>
      </w:pPr>
      <w:r>
        <w:t>İLETİŞİM: [İsteğe bağlı telefon veya e-posta]</w:t>
      </w:r>
    </w:p>
    <w:p>
      <w:pPr>
        <w:spacing w:after="80"/>
      </w:pPr>
      <w:r>
        <w:t>BAŞVURU SIFATI: [Kayıt sahibi / eşi / altsoyu / üstsoyu / velisi / vasisi / yetkili vekili; uygun olanı bırakın]</w:t>
      </w:r>
    </w:p>
    <w:p>
      <w:pPr>
        <w:spacing w:after="80"/>
      </w:pPr>
      <w:r>
        <w:t>BELGE TALEP EDİLEN KİŞİ: [Türk nüfus kaydındaki adı ve soyadı, T.C. kimlik numarası; kendiniz içinse aynı kişi olduğunu belirtin]</w:t>
      </w:r>
    </w:p>
    <w:p>
      <w:pPr>
        <w:spacing w:after="80"/>
      </w:pPr>
      <w:r>
        <w:t>ÖNCEKİ BAŞVURU: [Varsa tarih ve başvuru numarası; yoksa bu satırı çıkarın]</w:t>
      </w:r>
    </w:p>
    <w:p>
      <w:pPr>
        <w:spacing w:after="80"/>
      </w:pPr>
      <w:r>
        <w:t>KONU: Önceki ad ve soyadı bilgilerinin vatandaşlık dosyası ve sunulan belgeler üzerinden incelenmesi, kayıt eksikliğinin usulüne uygun giderilmesi ve koşulları oluştuğunda isim denklik belgesi düzenlenmesi talebidir.</w:t>
      </w:r>
    </w:p>
    <w:p>
      <w:pPr>
        <w:pStyle w:val="Heading2"/>
      </w:pPr>
      <w:r>
        <w:t>AÇIKLAMALAR</w:t>
      </w:r>
    </w:p>
    <w:p>
      <w:r>
        <w:t>1. Hakkında belge talep edilen kişi Türk vatandaşlığını sonradan kazanmıştır. Bilinen vatandaşlık kararı bilgileri [tarih, sayı ve makam; bilinmiyorsa bunu belirtin] şeklindedir. Doğum yeri ve tarihi [belgedeki bilgiler], anne ve baba adı [belgedeki bilgiler], vatandaşlık öncesindeki uyruğu [bilgi] olarak kayıtlıdır. [Karar bilgileri bilinmiyorsa ekleyin: Vatandaşlığı kazanma kararına ilişkin bilgilerin mevcut kayıtlardan belirlenmesini talep ediyorum.]</w:t>
      </w:r>
    </w:p>
    <w:p>
      <w:r>
        <w:t>2. Başvuruyu [kendi adıma / belirtilen yakınlık bağı veya temsil yetkisine dayanarak] yapıyorum. Kayıt sahibi ile ilişkimi veya temsil yetkimi gösteren [belgenin adı ve bilgileri] sunulmaktadır. İsim denklik belgesine [belgenin sunulacağı ülke, kurum ve işlem] kapsamında ihtiyaç duyulmaktadır.</w:t>
      </w:r>
    </w:p>
    <w:p>
      <w:r>
        <w:t>3. Karşılaşılan sorun şudur: [Önceki ad ve soyadının kayıtta bulunmaması, e-Devlet ekranındaki açıklama veya önceki başvurunun ret/eksik belge gerekçesi; tarih ve belge numarasıyla somut olarak yazın]. Talebim mevcut Türkçe ad ve soyadının değiştirilmesi veya yabancı bir mahkeme kararının tanınması değildir.</w:t>
      </w:r>
    </w:p>
    <w:p>
      <w:r>
        <w:t>4. Önceki ad ve soyadı bilgileri [belgenin dili ve yazımıyla önceki ad ve soyadı] olup dayanağı [belgeyi düzenleyen makam, belge tarihi ve numarası]dır. Bu belge ile Türk kaydındaki kişinin aynı kişi olduğunu destekleyen ortak bilgiler [doğum tarihi, doğum yeri, anne-baba adı ve diğer somut bağlantılar]dır. Görülen farklılıklar [varsa farklar ve bunlara ilişkin açıklama veya belge] olarak ayrıca belirtilmiştir.</w:t>
      </w:r>
    </w:p>
    <w:p>
      <w:r>
        <w:t>5. [Varsa önceki başvurudan sonra tamamlanan belgenin adı, tasdik/tercüme bilgileri ve hangi eksikliği giderdiği] dosyaya eklenmiştir. [Biliniyorsa eski nüfus kayıt yeri, vatandaşlık dosya numarası, karar bilgisi veya ilgili arşiv belgesi] kaydın araştırılmasını kolaylaştırmak amacıyla sunulmuştur. Sunulan belgelerin vatandaşlık dosyasındaki bilgilerle birlikte değerlendirilmesini talep ediyorum.</w:t>
      </w:r>
    </w:p>
    <w:p>
      <w:pPr>
        <w:pStyle w:val="Heading2"/>
      </w:pPr>
      <w:r>
        <w:t>HUKUKİ DAYANAKLAR</w:t>
      </w:r>
    </w:p>
    <w:p>
      <w:r>
        <w:t>Türk Vatandaşlığı Kanununun Uygulanmasına İlişkin Yönetmelik m.75; 3071 sayılı Dilekçe Hakkının Kullanılmasına Dair Kanun m.4 ve m.7 ile ilgili mevzuat.</w:t>
      </w:r>
    </w:p>
    <w:p>
      <w:pPr>
        <w:pStyle w:val="Heading2"/>
      </w:pPr>
      <w:r>
        <w:t>SONUÇ VE TALEP</w:t>
      </w:r>
    </w:p>
    <w:p>
      <w:r>
        <w:t>Yukarıda açıkladığım nedenlerle;</w:t>
      </w:r>
    </w:p>
    <w:p>
      <w:r>
        <w:t>1. İlgilinin nüfus kaydı ve Türk vatandaşlığını kazanmasına ilişkin dosyası üzerinden önceki ad ve soyadı bilgilerinin araştırılmasını, gerekli görülürse ilgili birimlerle yazışma yapılmasını,</w:t>
      </w:r>
    </w:p>
    <w:p>
      <w:r>
        <w:t>2. Sunduğum belgelerin mevcut dosya bilgileriyle karşılaştırılmasını; mevzuattaki koşullar gerçekleşirse önceki ad ve soyadı bilgilerinin nüfus kaydına işlenerek isim denklik belgesi düzenlenmesini,</w:t>
      </w:r>
    </w:p>
    <w:p>
      <w:r>
        <w:t>3. Önceki başvuru varsa, yeni belgeler ve yukarıdaki açıklamalar dikkate alınarak talebimin yeniden değerlendirilmesini,</w:t>
      </w:r>
    </w:p>
    <w:p>
      <w:r>
        <w:t>4. İşlem için başka belge gerekiyorsa eksikliğin somut olarak belirtilmesini; talebin karşılanmaması hâlinde gerekçesinin, ayrıca başvurunun sonucu veya işlem safahatının tarafıma bildirilmesini arz ederim.</w:t>
      </w:r>
    </w:p>
    <w:p>
      <w:r>
        <w:t>Tarih: [gg.aa.yyyy]</w:t>
      </w:r>
    </w:p>
    <w:p>
      <w:r>
        <w:t>Başvuran veya yetkili temsilci: [Adı ve soyadı]</w:t>
      </w:r>
    </w:p>
    <w:p>
      <w:pPr>
        <w:spacing w:after="500"/>
      </w:pPr>
      <w:r>
        <w:t>İmza:</w:t>
      </w:r>
    </w:p>
    <w:p>
      <w:pPr>
        <w:pStyle w:val="Heading2"/>
      </w:pPr>
      <w:r>
        <w:t>EKLER</w:t>
      </w:r>
    </w:p>
    <w:p>
      <w:r>
        <w:t>1. [Kimlik tespitinde sunulan belge; suret istenmişse sureti]</w:t>
      </w:r>
    </w:p>
    <w:p>
      <w:r>
        <w:t>2. [Gerekiyorsa yakınlık, velayet, vesayet veya vekâletname belgesi]</w:t>
      </w:r>
    </w:p>
    <w:p>
      <w:r>
        <w:t>3. [Önceki ad ve soyadını gösteren resmî belge ve uygulanabilir tasdik/tercüme belgeleri]</w:t>
      </w:r>
    </w:p>
    <w:p>
      <w:r>
        <w:t>4. [Varsa önceki başvuru, ret veya eksik belge bildirimi]</w:t>
      </w:r>
    </w:p>
    <w:p>
      <w:r>
        <w:t>5. [Varsa vatandaşlık kararı, eski kayıt veya arşiv belgesi ve diğer destekleyici belgeler]</w:t>
      </w:r>
    </w:p>
    <w:sectPr w:rsidR="00FC693F" w:rsidRPr="0006063C" w:rsidSect="00034616">
      <w:footerReference w:type="default" r:id="rId9"/>
      <w:pgSz w:w="11906" w:h="16838"/>
      <w:pgMar w:top="1077" w:right="1191" w:bottom="1077"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eastAsia="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eastAsia="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eastAsia="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eastAsia="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İsim Denklik Belgesi İçin Destekleyici Başvuru Dilekçesi</dc:title>
  <dc:subject>İsim denklik belgesi ve önceki ad soyadı kaydının incelenmesi</dc:subject>
  <dc:creator>Avukat Halil BAKIRCI</dc:creator>
  <cp:keywords>isim denklik belgesi, önceki ad soyadı, destekleyici dilekçe</cp:keywords>
  <dc:description>generated by python-docx</dc:description>
  <cp:lastModifiedBy/>
  <cp:revision>1</cp:revision>
  <dcterms:created xsi:type="dcterms:W3CDTF">2013-12-23T23:15:00Z</dcterms:created>
  <dcterms:modified xsi:type="dcterms:W3CDTF">2013-12-23T23:15:00Z</dcterms:modified>
  <cp:category/>
</cp:coreProperties>
</file>