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Normal İstifa Bildirim Dilekçesi</w:t>
      </w:r>
    </w:p>
    <w:p>
      <w:r>
        <w:rPr>
          <w:i/>
          <w:sz w:val="18"/>
        </w:rPr>
        <w:t>Belirsiz süreli sözleşmede bildirim süresine uyulan normal istifa örneğidir. Köşeli alanları gerçek kayıtlarla doldurun; bu açıklama satırını sunumdan önce kaldırın.</w:t>
      </w:r>
    </w:p>
    <w:p>
      <w:pPr>
        <w:widowControl/>
        <w:jc w:val="center"/>
      </w:pPr>
      <w:r>
        <w:rPr>
          <w:b/>
        </w:rPr>
        <w:t>[İŞVERENİN / ŞİRKETİN TAM UNVANI] YÖNETİMİNE</w:t>
      </w:r>
    </w:p>
    <w:p>
      <w:pPr>
        <w:widowControl/>
      </w:pPr>
      <w:r>
        <w:t>BİLDİRİMİ YAPAN İŞÇİ: [Ad soyad]</w:t>
        <w:br/>
        <w:t>GÖREV / İŞYERİ: [Görev, bölüm ve işyeri]</w:t>
        <w:br/>
        <w:t>PERSONEL NUMARASI: [Varsa gerçek kayıt]</w:t>
        <w:br/>
        <w:t>İLETİŞİM / ADRES: [Bildirim adresi ve iletişim bilgisi]</w:t>
        <w:br/>
        <w:t>İŞE GİRİŞ TARİHİ: [Gün, ay, yıl]</w:t>
      </w:r>
    </w:p>
    <w:p>
      <w:pPr>
        <w:widowControl/>
      </w:pPr>
      <w:r>
        <w:t>KONU: Belirsiz süreli iş sözleşmemin, uygulanacak bildirim süresine uyularak kendi isteğimle sona erdirilmesine ilişkin normal istifa bildirimidir.</w:t>
      </w:r>
    </w:p>
    <w:p>
      <w:pPr>
        <w:keepNext/>
        <w:widowControl/>
      </w:pPr>
      <w:r>
        <w:rPr>
          <w:b/>
        </w:rPr>
        <w:t>AÇIKLAMALAR</w:t>
      </w:r>
    </w:p>
    <w:p>
      <w:pPr>
        <w:widowControl/>
      </w:pPr>
      <w:r>
        <w:t>1. [İşe giriş tarihi] tarihinden beri [işyeri] bünyesinde [görev] olarak çalışmaktayım. Belirsiz süreli iş sözleşmemi kendi isteğimle sona erdirme irademi bu yazıyla tarafınıza bildiriyorum.</w:t>
      </w:r>
    </w:p>
    <w:p>
      <w:pPr>
        <w:widowControl/>
      </w:pPr>
      <w:r>
        <w:t>2. Çalışma sürem ve uygulanacak sözleşme hükümleri dikkate alınarak belirlenen bildirim süresi [hafta sayısı] haftadır. Bildirimin tarafınıza ulaştığı tarih [gerçek ulaşma tarihi], buna göre hesaplanan son çalışma günüm [gün, ay, yıl] olacaktır. Bildirim süresi boyunca çalışma ve devir işlemlerini mevcut yükümlülüklerime uygun biçimde sürdüreceğim.</w:t>
      </w:r>
    </w:p>
    <w:p>
      <w:pPr>
        <w:widowControl/>
      </w:pPr>
      <w:r>
        <w:t>3. Çalışılmış ücretim ile varsa fazla çalışma, kullanılmayan yıllık izin ve diğer doğmuş işçilik alacaklarımın ayrı kalemler hâlinde hesaplanmasını, ödeme ve bakiye dökümünün tarafıma verilmesini ve ödenmemiş alacaklarımın kanuni ödeme şartları çerçevesinde ödenmesini talep ediyorum. Bu bildirim alacaklarımdan feragat veya işvereni genel olarak ibra beyanı içermez.</w:t>
      </w:r>
    </w:p>
    <w:p>
      <w:pPr>
        <w:widowControl/>
      </w:pPr>
      <w:r>
        <w:t>4. İşten ayrılış işlemimin gerçek fesih nedenine uygun olarak kaydedilmesini; çalışma belgemin ve işten ayrılış bildirgesi örneğinin tarafıma verilmesini istiyorum.</w:t>
      </w:r>
    </w:p>
    <w:p>
      <w:pPr>
        <w:widowControl/>
      </w:pPr>
      <w:r>
        <w:t>SONUÇ VE TALEP: İş sözleşmemin belirtilen bildirim süresi sonunda kendi isteğimle sona erdirilmesine ilişkin bu bildirimin kayda alınmasını; işçilik alacaklarıma ait hesabın ve yukarıdaki belgelerin tarafıma iletilmesini talep ederim.</w:t>
      </w:r>
    </w:p>
    <w:p>
      <w:pPr>
        <w:widowControl/>
      </w:pPr>
      <w:r>
        <w:t>BİLDİRİM TARİHİ: [Dilekçenin sunulduğu tarih]</w:t>
        <w:br/>
        <w:t>AD SOYAD: [İşçinin adı soyadı]</w:t>
        <w:br/>
        <w:t>İMZA: [İşçinin imzası]</w:t>
      </w:r>
    </w:p>
    <w:p>
      <w:pPr>
        <w:widowControl/>
      </w:pPr>
      <w:r>
        <w:t>EKLER: [Varsa bildirim süresine ilişkin sözleşme kaydı veya ilgili gerçek belgeler; ek yoksa bu satırı kaldırın.]</w:t>
      </w:r>
    </w:p>
    <w:p>
      <w:pPr>
        <w:widowControl/>
      </w:pPr>
      <w:r>
        <w:t>TESLİM KAYDI: [Teslim alan yetkilinin adı, görevi, teslim tarihi ve imzası / kullanılan yöntem ve gerçek teslim kaydı]</w:t>
      </w:r>
    </w:p>
    <w:sectPr w:rsidR="00FC693F" w:rsidRPr="0006063C" w:rsidSect="00034616">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 İstifa Bildirim Dilekçesi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