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Times New Roman" w:hAnsi="Times New Roman"/>
          <w:color w:val="000000"/>
          <w:sz w:val="28"/>
        </w:rPr>
        <w:t>Sigorta Eksper Raporu Sureti Talep Dilekçesi</w:t>
      </w:r>
    </w:p>
    <w:p>
      <w:pPr>
        <w:widowControl/>
        <w:jc w:val="center"/>
      </w:pPr>
      <w:r>
        <w:rPr>
          <w:b/>
        </w:rPr>
        <w:t>[SİGORTA ŞİRKETİNİN TAM UNVANI] HASAR BİRİMİNE</w:t>
        <w:br/>
        <w:t>[Doğrudan ekspere başvurulacaksa eksperin adı ve mesleki adresi yazılır.]</w:t>
      </w:r>
    </w:p>
    <w:p>
      <w:pPr>
        <w:keepLines/>
        <w:widowControl/>
      </w:pPr>
      <w:r>
        <w:t>BAŞVURAN SİGORTALI: [Ad soyad/unvan, kimlik/vergi numarası ve adres]</w:t>
        <w:br/>
        <w:t>VEKİLİ/TEMSİLCİSİ: [Varsa ad, yetki ve iletişim bilgisi]</w:t>
        <w:br/>
        <w:t>POLİÇE NO: [Poliçe numarası]</w:t>
        <w:br/>
        <w:t>HASAR DOSYASI NO: [Şirket numarası; biliniyorsa SBM referansı ayrıca]</w:t>
        <w:br/>
        <w:t>OLAY TARİHİ: [Gerçek olay tarihi]</w:t>
        <w:br/>
        <w:t>SİGORTA KONUSU: [Araç plakası veya poliçede belirtilen menfaat]</w:t>
      </w:r>
    </w:p>
    <w:p>
      <w:pPr>
        <w:keepLines/>
        <w:widowControl/>
      </w:pPr>
      <w:r>
        <w:t>KONU: Belirtilen hasar dosyasındaki eksper raporunun tam bir örneğinin tarafıma verilmesi talebidir.</w:t>
      </w:r>
    </w:p>
    <w:p>
      <w:pPr>
        <w:keepNext/>
        <w:widowControl/>
      </w:pPr>
      <w:r>
        <w:t>AÇIKLAMALAR:</w:t>
      </w:r>
    </w:p>
    <w:p>
      <w:pPr>
        <w:widowControl/>
      </w:pPr>
      <w:r>
        <w:t>1. Ekli poliçede sigortalı olarak yer almaktayım. [Olay tarihi] tarihli hasar için [ihbar tarihi ve kayıt numarası] üzerinden bildirim yapılmış ve [hasar dosyası numarası] dosyası açılmıştır. Poliçe ve dosya kayıtları ektedir.</w:t>
      </w:r>
    </w:p>
    <w:p>
      <w:pPr>
        <w:widowControl/>
      </w:pPr>
      <w:r>
        <w:t>2. Dosyada düzenlenen [biliniyorsa eksper adı, rapor numarası ve tarihi] raporunun tam örneği tarafıma teslim edilmemiştir. [Daha önce yalnız bir bölüm verilmişse hangi belgenin verildiği ve eksik bölüm açıkça belirtilir.]</w:t>
      </w:r>
    </w:p>
    <w:p>
      <w:pPr>
        <w:widowControl/>
      </w:pPr>
      <w:r>
        <w:t>3. 5684 sayılı Sigortacılık Kanunu m.22 çerçevesinde ve Sigorta Eksperleri Yönetmeliği m.20/7 uyarınca rapor örneğini talep ediyorum. Elektronik sistemde düzenlenen raporun kimlik doğrulaması ve hak sahipliği kapsamında erişime açılmasına ilişkin Sigorta Eksperleri Atama Yönetmeliği m.11/2 hükmünün uygulanmasını istiyorum.</w:t>
      </w:r>
    </w:p>
    <w:p>
      <w:pPr>
        <w:keepLines/>
        <w:widowControl/>
      </w:pPr>
      <w:r>
        <w:t>TALEP: İlgili eksper raporunun bütün sayfalarıyla, mevcut ek raporları ve raporun ayrılmaz ekleriyle birlikte bir örneğinin [doğrulanmış teslim adresi/yöntemi] üzerinden tarafıma verilmesini; elektronik imzalı raporun mevcut doğrulama bilgileri korunarak iletilmesini talep ederim. Rapor henüz tamamlanmamışsa raporun mevcut aşamasının ve erişim için tamamlanması gereken kimlik veya yetki işleminin yazılı bildirilmesini isterim.</w:t>
      </w:r>
    </w:p>
    <w:p>
      <w:pPr>
        <w:keepLines/>
        <w:widowControl/>
      </w:pPr>
      <w:r>
        <w:t>EKLER: 1. Poliçe örneği. 2. Hasar ihbarı veya dosya açılış kaydı. 3. Başvuranın sıfatını gösteren belgeler. 4. Vekil veya temsilci başvurusunda gereken yetki belgesi. 5. Önceki rapor talebi ve yanıtı bulunuyorsa ilgili kayıt.</w:t>
      </w:r>
    </w:p>
    <w:p>
      <w:pPr>
        <w:widowControl/>
      </w:pPr>
      <w:r>
        <w:t>[Gerçek başvuru tarihi]</w:t>
        <w:br/>
        <w:t>[Sigortalı veya yetkili temsilci adı]</w:t>
        <w:br/>
        <w:t>[İmza]</w:t>
      </w:r>
    </w:p>
    <w:sectPr w:rsidR="00FC693F" w:rsidRPr="0006063C" w:rsidSect="00034616">
      <w:pgSz w:w="11906" w:h="16838"/>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59" w:lineRule="auto"/>
      <w:outlineLvl w:val="0"/>
    </w:pPr>
    <w:rPr>
      <w:rFonts w:asciiTheme="majorHAnsi" w:eastAsiaTheme="majorEastAsia" w:hAnsiTheme="majorHAnsi" w:cstheme="majorBidi" w:ascii="Times New Roman" w:hAnsi="Times New Roman"/>
      <w:b/>
      <w:bCs/>
      <w:color w:val="000000"/>
      <w:sz w:val="23"/>
      <w:szCs w:val="28"/>
    </w:rPr>
  </w:style>
  <w:style w:type="paragraph" w:styleId="Heading2">
    <w:name w:val="heading 2"/>
    <w:basedOn w:val="Normal"/>
    <w:next w:val="Normal"/>
    <w:link w:val="Heading2Char"/>
    <w:uiPriority w:val="9"/>
    <w:unhideWhenUsed/>
    <w:qFormat/>
    <w:rsid w:val="00FC693F"/>
    <w:pPr>
      <w:keepNext/>
      <w:keepLines/>
      <w:spacing w:before="200" w:after="120" w:line="259" w:lineRule="auto"/>
      <w:outlineLvl w:val="1"/>
    </w:pPr>
    <w:rPr>
      <w:rFonts w:asciiTheme="majorHAnsi" w:eastAsiaTheme="majorEastAsia" w:hAnsiTheme="majorHAnsi" w:cstheme="majorBidi" w:ascii="Times New Roman" w:hAnsi="Times New Roman"/>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59" w:lineRule="auto"/>
      <w:contextualSpacing/>
    </w:pPr>
    <w:rPr>
      <w:rFonts w:asciiTheme="majorHAnsi" w:eastAsiaTheme="majorEastAsia" w:hAnsiTheme="majorHAnsi" w:cstheme="majorBidi" w:ascii="Times New Roman" w:hAnsi="Times New Roman"/>
      <w:color w:val="000000"/>
      <w:spacing w:val="5"/>
      <w:kern w:val="28"/>
      <w:sz w:val="23"/>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