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Tahkim dava dilekçesi eksikliklerinin giderilmesi</w:t>
      </w:r>
    </w:p>
    <w:p>
      <w:pPr>
        <w:keepNext/>
        <w:jc w:val="center"/>
      </w:pPr>
      <w:r>
        <w:rPr>
          <w:b/>
        </w:rPr>
        <w:t>[HAKEM / HAKEM KURULU BAŞKANLIĞINA]</w:t>
        <w:br/>
        <w:t>[Kurum ve tahkim dosyası numarası]</w:t>
      </w:r>
    </w:p>
    <w:p>
      <w:r>
        <w:t>DAVACI: [Ad soyad / unvan ve adres]</w:t>
        <w:br/>
        <w:t>VEKİLİ: [Varsa vekil]</w:t>
        <w:br/>
        <w:t>DAVALI: [Ad soyad / unvan]</w:t>
        <w:br/>
        <w:t>EKSİKLİK BİLDİRİMİ: [Tarih, numara ve ilgili kayıt]</w:t>
      </w:r>
    </w:p>
    <w:p>
      <w:r>
        <w:rPr>
          <w:b/>
        </w:rPr>
        <w:t>KONU:</w:t>
      </w:r>
      <w:r>
        <w:t xml:space="preserve"> HMK 430/1-a ve 428 kapsamında, dava dilekçesine ilişkin bildirilen eksikliklerin verilen sürede giderildiğinin açıklanması ve ilgili belgelerin sunulmasıdır.</w:t>
      </w:r>
    </w:p>
    <w:p>
      <w:pPr>
        <w:keepNext/>
      </w:pPr>
      <w:r>
        <w:rPr>
          <w:b/>
        </w:rPr>
        <w:t>AÇIKLAMALAR</w:t>
      </w:r>
    </w:p>
    <w:p>
      <w:r>
        <w:t>1. [Tarih] tarihli dava dilekçemiz sonrasında [tarih ve numara] kayıtlı yazıyla [eksikliklerin kısa listesi] tamamlanması istenmiştir. İlgili yazının tarafımıza iletim kaydı [kayıt], verilen süre düzenlemesi [bildirimdeki ifade] şeklindedir.</w:t>
      </w:r>
    </w:p>
    <w:p>
      <w:r>
        <w:t>2. Bildirimin [madde numarası] kısmında istenen [husus], [açıklama] şeklinde tamamlanmıştır. İlgili belge [belge adı, tarihi ve ek numarası] ile sunulmuştur. [Her eksiklik için ayrı paragraf ekleyiniz.]</w:t>
      </w:r>
    </w:p>
    <w:p>
      <w:r>
        <w:t>3. Dava dilekçesindeki vakıa ve talep açıklaması yönünden tamamlanan bölüm [ilk dilekçedeki başlık / paragraf] ile ilişkilidir. [Talep kapsamı değişmiyorsa bunu belirtiniz; değişiklik yapılıyorsa kapsamı açıklayıp ilgili ayrı değerlendirme istemini yazınız.]</w:t>
      </w:r>
    </w:p>
    <w:p>
      <w:r>
        <w:t>4. Eksiklik maddeleri ile tamamlanan açıklama ve belgelerin karşılıkları ekli çizelgede gösterilmiştir. Sunulan belgelerin dosyada kabul edilen usule göre taraflara iletilmesi için gerekli kayıtlar [iletim açıklaması] şeklindedir.</w:t>
      </w:r>
    </w:p>
    <w:p>
      <w:r>
        <w:rPr>
          <w:b/>
        </w:rPr>
        <w:t>HUKUKİ DAYANAK:</w:t>
      </w:r>
      <w:r>
        <w:t xml:space="preserve"> HMK 430/1-a, 428 ve 424; dosyada uygulanan tahkim anlaşması, kurum kuralları ve ilgili usul kararı.</w:t>
      </w:r>
    </w:p>
    <w:p>
      <w:r>
        <w:rPr>
          <w:b/>
        </w:rPr>
        <w:t>EKLER:</w:t>
      </w:r>
      <w:r>
        <w:t xml:space="preserve"> 1. Eksiklik-cevap-ek eşleştirme çizelgesi. 2. Tamamlanan ilgili belgeler. 3. Eksiklik bildirimi ve iletim kaydı. 4. Gerektiğinde açıklanan talebe ilişkin hesap veya belge listesi.</w:t>
      </w:r>
    </w:p>
    <w:p>
      <w:r>
        <w:rPr>
          <w:b/>
        </w:rPr>
        <w:t>SONUÇ VE TALEP:</w:t>
      </w:r>
      <w:r>
        <w:t xml:space="preserve"> Bildirilen eksikliklerin yukarıdaki açıklamalar ve ekli belgelerle giderildiğinin dosyaya kaydedilmesini, sunulan belgelerin değerlendirilmesini ve tahkim yargılamasına devam edilmesini talep ederiz. [Varsa ayrıca istenen usul işlemini açıkça yazınız.]</w:t>
      </w:r>
    </w:p>
    <w:p>
      <w:r>
        <w:t>[Tarih]</w:t>
        <w:br/>
        <w:t>Davacı / Vekili</w:t>
        <w:br/>
        <w:t>[Ad soyad ve imza]</w:t>
      </w:r>
    </w:p>
    <w:p>
      <w:r>
        <w:br w:type="page"/>
      </w:r>
    </w:p>
    <w:p>
      <w:pPr>
        <w:pStyle w:val="Heading1"/>
      </w:pPr>
      <w:r>
        <w:t>Ek 1 — Eksiklik, cevap ve ek eşleştirme çizelgesi</w:t>
      </w:r>
    </w:p>
    <w:p>
      <w:r>
        <w:t>Dosya: [numara]</w:t>
        <w:br/>
        <w:t>Eksiklik bildirimi: [tarih, numara]</w:t>
      </w:r>
    </w:p>
    <w:p>
      <w:r>
        <w:t>Kurul yazısındaki her eksikliği verilen açıklama ve sunulan ekle eşleştiriniz. Eksiklik numarası ile ek numarası farklı kayıtlardır. Kullanılmayan satırları siliniz.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2296"/>
          </w:tcPr>
          <w:p>
            <w:r>
              <w:t>No</w:t>
            </w:r>
          </w:p>
        </w:tc>
        <w:tc>
          <w:tcPr>
            <w:tcW w:type="dxa" w:w="2296"/>
          </w:tcPr>
          <w:p>
            <w:r>
              <w:t>Bildirimdeki eksiklik</w:t>
            </w:r>
          </w:p>
        </w:tc>
        <w:tc>
          <w:tcPr>
            <w:tcW w:type="dxa" w:w="2296"/>
          </w:tcPr>
          <w:p>
            <w:r>
              <w:t>Tamamlama açıklaması</w:t>
            </w:r>
          </w:p>
        </w:tc>
        <w:tc>
          <w:tcPr>
            <w:tcW w:type="dxa" w:w="2296"/>
          </w:tcPr>
          <w:p>
            <w:r>
              <w:t>Ek no / sayfa</w:t>
            </w:r>
          </w:p>
        </w:tc>
      </w:tr>
      <w:tr>
        <w:tc>
          <w:tcPr>
            <w:tcW w:type="dxa" w:w="2296"/>
          </w:tcPr>
          <w:p>
            <w:r>
              <w:t>1</w:t>
            </w:r>
          </w:p>
        </w:tc>
        <w:tc>
          <w:tcPr>
            <w:tcW w:type="dxa" w:w="2296"/>
          </w:tcPr>
          <w:p>
            <w:r>
              <w:t>[Eksikliği yazınız]</w:t>
            </w:r>
          </w:p>
        </w:tc>
        <w:tc>
          <w:tcPr>
            <w:tcW w:type="dxa" w:w="2296"/>
          </w:tcPr>
          <w:p>
            <w:r>
              <w:t>[Cevabı yazınız]</w:t>
            </w:r>
          </w:p>
        </w:tc>
        <w:tc>
          <w:tcPr>
            <w:tcW w:type="dxa" w:w="2296"/>
          </w:tcPr>
          <w:p>
            <w:r>
              <w:t>[Ek ve sayfa]</w:t>
            </w:r>
          </w:p>
        </w:tc>
      </w:tr>
      <w:tr>
        <w:tc>
          <w:tcPr>
            <w:tcW w:type="dxa" w:w="2296"/>
          </w:tcPr>
          <w:p>
            <w:r>
              <w:t>2</w:t>
            </w:r>
          </w:p>
        </w:tc>
        <w:tc>
          <w:tcPr>
            <w:tcW w:type="dxa" w:w="2296"/>
          </w:tcPr>
          <w:p>
            <w:r>
              <w:t>[Eksikliği yazınız]</w:t>
            </w:r>
          </w:p>
        </w:tc>
        <w:tc>
          <w:tcPr>
            <w:tcW w:type="dxa" w:w="2296"/>
          </w:tcPr>
          <w:p>
            <w:r>
              <w:t>[Cevabı yazınız]</w:t>
            </w:r>
          </w:p>
        </w:tc>
        <w:tc>
          <w:tcPr>
            <w:tcW w:type="dxa" w:w="2296"/>
          </w:tcPr>
          <w:p>
            <w:r>
              <w:t>[Ek ve sayfa]</w:t>
            </w:r>
          </w:p>
        </w:tc>
      </w:tr>
      <w:tr>
        <w:tc>
          <w:tcPr>
            <w:tcW w:type="dxa" w:w="2296"/>
          </w:tcPr>
          <w:p>
            <w:r>
              <w:t>3</w:t>
            </w:r>
          </w:p>
        </w:tc>
        <w:tc>
          <w:tcPr>
            <w:tcW w:type="dxa" w:w="2296"/>
          </w:tcPr>
          <w:p>
            <w:r>
              <w:t>[Eksikliği yazınız]</w:t>
            </w:r>
          </w:p>
        </w:tc>
        <w:tc>
          <w:tcPr>
            <w:tcW w:type="dxa" w:w="2296"/>
          </w:tcPr>
          <w:p>
            <w:r>
              <w:t>[Cevabı yazınız]</w:t>
            </w:r>
          </w:p>
        </w:tc>
        <w:tc>
          <w:tcPr>
            <w:tcW w:type="dxa" w:w="2296"/>
          </w:tcPr>
          <w:p>
            <w:r>
              <w:t>[Ek ve sayfa]</w:t>
            </w:r>
          </w:p>
        </w:tc>
      </w:tr>
      <w:tr>
        <w:tc>
          <w:tcPr>
            <w:tcW w:type="dxa" w:w="2296"/>
          </w:tcPr>
          <w:p>
            <w:r>
              <w:t>4</w:t>
            </w:r>
          </w:p>
        </w:tc>
        <w:tc>
          <w:tcPr>
            <w:tcW w:type="dxa" w:w="2296"/>
          </w:tcPr>
          <w:p>
            <w:r>
              <w:t>[Eksikliği yazınız]</w:t>
            </w:r>
          </w:p>
        </w:tc>
        <w:tc>
          <w:tcPr>
            <w:tcW w:type="dxa" w:w="2296"/>
          </w:tcPr>
          <w:p>
            <w:r>
              <w:t>[Cevabı yazınız]</w:t>
            </w:r>
          </w:p>
        </w:tc>
        <w:tc>
          <w:tcPr>
            <w:tcW w:type="dxa" w:w="2296"/>
          </w:tcPr>
          <w:p>
            <w:r>
              <w:t>[Ek ve sayfa]</w:t>
            </w:r>
          </w:p>
        </w:tc>
      </w:tr>
      <w:tr>
        <w:tc>
          <w:tcPr>
            <w:tcW w:type="dxa" w:w="2296"/>
          </w:tcPr>
          <w:p>
            <w:r>
              <w:t>5</w:t>
            </w:r>
          </w:p>
        </w:tc>
        <w:tc>
          <w:tcPr>
            <w:tcW w:type="dxa" w:w="2296"/>
          </w:tcPr>
          <w:p>
            <w:r>
              <w:t>[Eksikliği yazınız]</w:t>
            </w:r>
          </w:p>
        </w:tc>
        <w:tc>
          <w:tcPr>
            <w:tcW w:type="dxa" w:w="2296"/>
          </w:tcPr>
          <w:p>
            <w:r>
              <w:t>[Cevabı yazınız]</w:t>
            </w:r>
          </w:p>
        </w:tc>
        <w:tc>
          <w:tcPr>
            <w:tcW w:type="dxa" w:w="2296"/>
          </w:tcPr>
          <w:p>
            <w:r>
              <w:t>[Ek ve sayfa]</w:t>
            </w:r>
          </w:p>
        </w:tc>
      </w:tr>
      <w:tr>
        <w:tc>
          <w:tcPr>
            <w:tcW w:type="dxa" w:w="2296"/>
          </w:tcPr>
          <w:p>
            <w:r>
              <w:t>6</w:t>
            </w:r>
          </w:p>
        </w:tc>
        <w:tc>
          <w:tcPr>
            <w:tcW w:type="dxa" w:w="2296"/>
          </w:tcPr>
          <w:p>
            <w:r>
              <w:t>[Eksikliği yazınız]</w:t>
            </w:r>
          </w:p>
        </w:tc>
        <w:tc>
          <w:tcPr>
            <w:tcW w:type="dxa" w:w="2296"/>
          </w:tcPr>
          <w:p>
            <w:r>
              <w:t>[Cevabı yazınız]</w:t>
            </w:r>
          </w:p>
        </w:tc>
        <w:tc>
          <w:tcPr>
            <w:tcW w:type="dxa" w:w="2296"/>
          </w:tcPr>
          <w:p>
            <w:r>
              <w:t>[Ek ve sayfa]</w:t>
            </w:r>
          </w:p>
        </w:tc>
      </w:tr>
    </w:tbl>
    <w:p>
      <w:r>
        <w:t>Bildirimde verilen süre: [ifade]</w:t>
        <w:br/>
        <w:t>Ana dilekçe tarihi: [tarih]</w:t>
        <w:br/>
        <w:t>Gönderim ve ek kaydı: [dosyadaki kayıt]</w:t>
      </w:r>
    </w:p>
    <w:p>
      <w:r>
        <w:t>Çizelgenin sürüm tarihi: [tarih]</w:t>
      </w:r>
    </w:p>
    <w:sectPr w:rsidR="00FC693F" w:rsidRPr="0006063C" w:rsidSect="00034616">
      <w:footerReference w:type="default" r:id="rId9"/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Tahkim dava dilekçesi eksikliğini giderme — HMK 430/1-a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