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Bilirkişi raporuna itiraz ve ek rapor talebi</w:t>
      </w:r>
    </w:p>
    <w:p>
      <w:pPr>
        <w:keepNext/>
        <w:jc w:val="center"/>
      </w:pPr>
      <w:r>
        <w:rPr>
          <w:b/>
        </w:rPr>
        <w:t>[DOSYAYI İNCELEYEN] TÜKETİCİ HAKEM HEYETİ BAŞKANLIĞINA</w:t>
      </w:r>
    </w:p>
    <w:p>
      <w:r>
        <w:t>TÜBİS BAŞVURU NO: [Numara]</w:t>
        <w:br/>
        <w:t>BAŞVURAN TÜKETİCİ: [Ad soyad ve dosyadaki kimlik bilgisi]</w:t>
        <w:br/>
        <w:t>ADRES / İLETİŞİM: [Bilgiler]</w:t>
        <w:br/>
        <w:t>VEKİL: [Varsa yetkili vekil bilgisi]</w:t>
        <w:br/>
        <w:t>ŞİKÂYET EDİLEN: [Dosyadaki ad veya tam unvan]</w:t>
        <w:br/>
        <w:t>İLGİLİ RAPOR: [Bilirkişi adı, tarih ve kayıt bilgisi]</w:t>
      </w:r>
    </w:p>
    <w:p>
      <w:r>
        <w:rPr>
          <w:b/>
        </w:rPr>
        <w:t>KONU:</w:t>
      </w:r>
      <w:r>
        <w:t xml:space="preserve"> Karar öncesi incelemede bilirkişi raporundaki belirli eksiklik ve belirsizliklerin sunulması, belirtilen kayıtların temini ve numaralı sorularla ek rapor alınması talebidir.</w:t>
      </w:r>
    </w:p>
    <w:p>
      <w:pPr>
        <w:keepNext/>
      </w:pPr>
      <w:r>
        <w:rPr>
          <w:b/>
        </w:rPr>
        <w:t>AÇIKLAMALAR</w:t>
      </w:r>
    </w:p>
    <w:p>
      <w:r>
        <w:t>1. Yukarıda belirtilen başvurum [mal/hizmet ve işlem referansı] hakkındadır. Dosyadaki mevcut talebim [talep]tir. [Tarih] tarihli bilirkişi raporuna ilişkin açıklamalarımı sunuyorum.</w:t>
      </w:r>
    </w:p>
    <w:p>
      <w:r>
        <w:t>2. Raporun [sayfa/bölüm] kısmında [tespit] yer almaktadır. [Ek numarası, belge tarihi ve referansı] ile birlikte değerlendirildiğinde açıklanması gereken eksiklik veya belirsizlik [somut açıklama]dır.</w:t>
      </w:r>
    </w:p>
    <w:p>
      <w:r>
        <w:t>3. İnceleme için gerekli [belirli kayıt] dosyada [bulunma durumu]dadır. Dosyada bulunmayan kaydın [ilgili kurum/kuruluş veya taraf]tan, [tarih ve işlem kapsamı] belirtilerek istenmesini talep ediyorum.</w:t>
      </w:r>
    </w:p>
    <w:p>
      <w:r>
        <w:t>4. Ek 1'de raporun ilgili tespiti, belge ve teknik soru eşleştirilmiştir. Yanıtlanmasını istediğim hususlar [numaralı sorular]dır. Sorular teknik inceleme kapsamındadır.</w:t>
      </w:r>
    </w:p>
    <w:p>
      <w:r>
        <w:rPr>
          <w:b/>
        </w:rPr>
        <w:t>HUKUKİ DAYANAK:</w:t>
      </w:r>
      <w:r>
        <w:t xml:space="preserve"> 6502 sayılı Kanun m.69 ve 72; Tüketici Hakem Heyetleri Bilirkişilik Yönetmeliği m.23/7, 28 ve 29.</w:t>
      </w:r>
    </w:p>
    <w:p>
      <w:r>
        <w:rPr>
          <w:b/>
        </w:rPr>
        <w:t>SONUÇ VE TALEP:</w:t>
      </w:r>
      <w:r>
        <w:t xml:space="preserve"> Açıklamalarımın ve eklerinin mevcut dosyada değerlendirilmesini; belirtilen eksik kayıtların teminini ve rapordaki eksiklik veya belirsizliğin Ek 1'deki teknik sorularla ek rapor alınarak giderilmesini arz ve talep ederim.</w:t>
      </w:r>
    </w:p>
    <w:p>
      <w:r>
        <w:rPr>
          <w:b/>
        </w:rPr>
        <w:t>EKLER:</w:t>
      </w:r>
      <w:r>
        <w:t xml:space="preserve"> 1. Rapor tespiti ve teknik soru çizelgesi 2. [Numaralı dayanak belgeler] 3. [Varsa temsil belgesi]</w:t>
        <w:br/>
        <w:t>[Tarih]</w:t>
        <w:br/>
        <w:t>Başvuran / yetkili vekili: [Ad soyad]</w:t>
        <w:br/>
        <w:t>[İmza]</w:t>
      </w:r>
    </w:p>
    <w:p>
      <w:r>
        <w:br w:type="page"/>
      </w:r>
    </w:p>
    <w:p>
      <w:pPr>
        <w:pStyle w:val="Heading1"/>
      </w:pPr>
      <w:r>
        <w:t>Ek 1 — Rapor tespiti ve teknik soru çizelgesi</w:t>
      </w:r>
    </w:p>
    <w:p>
      <w:r>
        <w:t>TÜBİS başvuru no: [numara]</w:t>
        <w:br/>
        <w:t>İlgili rapor: [bilirkişi, tarih, kayıt]</w:t>
        <w:br/>
        <w:t>Başvuran: [ad soyad]</w:t>
      </w:r>
    </w:p>
    <w:p>
      <w:r>
        <w:t>Her soruyu raporun belirli bölümü ve dayanak belge ile eşleştiriniz. Mevcut talep sonucunu değiştirmeden eksiklik veya belirsizliği açıklayınız.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</w:tcPr>
          <w:p>
            <w:r>
              <w:t>Soru no</w:t>
            </w:r>
          </w:p>
        </w:tc>
        <w:tc>
          <w:tcPr>
            <w:tcW w:type="dxa" w:w="2296"/>
          </w:tcPr>
          <w:p>
            <w:r>
              <w:t>Rapor sayfası / tespit</w:t>
            </w:r>
          </w:p>
        </w:tc>
        <w:tc>
          <w:tcPr>
            <w:tcW w:type="dxa" w:w="2296"/>
          </w:tcPr>
          <w:p>
            <w:r>
              <w:t>Belge / ek referansı</w:t>
            </w:r>
          </w:p>
        </w:tc>
        <w:tc>
          <w:tcPr>
            <w:tcW w:type="dxa" w:w="2296"/>
          </w:tcPr>
          <w:p>
            <w:r>
              <w:t>Teknik soru</w:t>
            </w:r>
          </w:p>
        </w:tc>
      </w:tr>
      <w:tr>
        <w:tc>
          <w:tcPr>
            <w:tcW w:type="dxa" w:w="2296"/>
          </w:tcPr>
          <w:p>
            <w:r>
              <w:t>1</w:t>
            </w:r>
          </w:p>
        </w:tc>
        <w:tc>
          <w:tcPr>
            <w:tcW w:type="dxa" w:w="2296"/>
          </w:tcPr>
          <w:p>
            <w:r>
              <w:t>[Sayfa ve tespit]</w:t>
            </w:r>
          </w:p>
        </w:tc>
        <w:tc>
          <w:tcPr>
            <w:tcW w:type="dxa" w:w="2296"/>
          </w:tcPr>
          <w:p>
            <w:r>
              <w:t>[Tarih, belge, ek]</w:t>
            </w:r>
          </w:p>
        </w:tc>
        <w:tc>
          <w:tcPr>
            <w:tcW w:type="dxa" w:w="2296"/>
          </w:tcPr>
          <w:p>
            <w:r>
              <w:t>[Belirli soru]</w:t>
            </w:r>
          </w:p>
        </w:tc>
      </w:tr>
      <w:tr>
        <w:tc>
          <w:tcPr>
            <w:tcW w:type="dxa" w:w="2296"/>
          </w:tcPr>
          <w:p>
            <w:r>
              <w:t>2</w:t>
            </w:r>
          </w:p>
        </w:tc>
        <w:tc>
          <w:tcPr>
            <w:tcW w:type="dxa" w:w="2296"/>
          </w:tcPr>
          <w:p>
            <w:r>
              <w:t>[Sayfa ve tespit]</w:t>
            </w:r>
          </w:p>
        </w:tc>
        <w:tc>
          <w:tcPr>
            <w:tcW w:type="dxa" w:w="2296"/>
          </w:tcPr>
          <w:p>
            <w:r>
              <w:t>[Tarih, belge, ek]</w:t>
            </w:r>
          </w:p>
        </w:tc>
        <w:tc>
          <w:tcPr>
            <w:tcW w:type="dxa" w:w="2296"/>
          </w:tcPr>
          <w:p>
            <w:r>
              <w:t>[Belirli soru]</w:t>
            </w:r>
          </w:p>
        </w:tc>
      </w:tr>
      <w:tr>
        <w:tc>
          <w:tcPr>
            <w:tcW w:type="dxa" w:w="2296"/>
          </w:tcPr>
          <w:p>
            <w:r>
              <w:t>3</w:t>
            </w:r>
          </w:p>
        </w:tc>
        <w:tc>
          <w:tcPr>
            <w:tcW w:type="dxa" w:w="2296"/>
          </w:tcPr>
          <w:p>
            <w:r>
              <w:t>[Sayfa ve tespit]</w:t>
            </w:r>
          </w:p>
        </w:tc>
        <w:tc>
          <w:tcPr>
            <w:tcW w:type="dxa" w:w="2296"/>
          </w:tcPr>
          <w:p>
            <w:r>
              <w:t>[Tarih, belge, ek]</w:t>
            </w:r>
          </w:p>
        </w:tc>
        <w:tc>
          <w:tcPr>
            <w:tcW w:type="dxa" w:w="2296"/>
          </w:tcPr>
          <w:p>
            <w:r>
              <w:t>[Belirli soru]</w:t>
            </w:r>
          </w:p>
        </w:tc>
      </w:tr>
      <w:tr>
        <w:tc>
          <w:tcPr>
            <w:tcW w:type="dxa" w:w="2296"/>
          </w:tcPr>
          <w:p>
            <w:r>
              <w:t>4</w:t>
            </w:r>
          </w:p>
        </w:tc>
        <w:tc>
          <w:tcPr>
            <w:tcW w:type="dxa" w:w="2296"/>
          </w:tcPr>
          <w:p>
            <w:r>
              <w:t>[Sayfa ve tespit]</w:t>
            </w:r>
          </w:p>
        </w:tc>
        <w:tc>
          <w:tcPr>
            <w:tcW w:type="dxa" w:w="2296"/>
          </w:tcPr>
          <w:p>
            <w:r>
              <w:t>[Tarih, belge, ek]</w:t>
            </w:r>
          </w:p>
        </w:tc>
        <w:tc>
          <w:tcPr>
            <w:tcW w:type="dxa" w:w="2296"/>
          </w:tcPr>
          <w:p>
            <w:r>
              <w:t>[Belirli soru]</w:t>
            </w:r>
          </w:p>
        </w:tc>
      </w:tr>
    </w:tbl>
    <w:p>
      <w:r>
        <w:t>Dosyada bulunmayan ve istenen kayıt: [tür, tarih, işlem referansı]</w:t>
        <w:br/>
        <w:t>Kaydın bulunduğu taraf / kurum / kuruluş: [bilgi]</w:t>
        <w:br/>
        <w:t>İlgili inceleme sorusu: [numara]</w:t>
      </w:r>
    </w:p>
    <w:p>
      <w:r>
        <w:t>Daha önce sunulan belgeler: [kayıt bilgileri]</w:t>
        <w:br/>
        <w:t>Bu dilekçe ekinde ilk kez sunulan belgeler: [numaralı liste]</w:t>
        <w:br/>
        <w:t>Çizelge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heyetinde bilirkişi raporuna itiraz ve ek rapor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