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</w:pPr>
      <w:r>
        <w:rPr>
          <w:b/>
          <w:color w:val="000000"/>
          <w:sz w:val="24"/>
        </w:rPr>
        <w:t>ÜCRET ARTIŞINDA HİZMETTEN VAZGEÇME</w:t>
      </w:r>
    </w:p>
    <w:p>
      <w:r>
        <w:t>[BANKA UNVANI] GENEL MÜDÜRLÜĞÜNE / [İLGİLİ ŞUBEYE]</w:t>
      </w:r>
    </w:p>
    <w:p>
      <w:r>
        <w:t>BAŞVURAN: [Ad soyad, müşteri numarası, adres ve iletişim]</w:t>
        <w:br/>
        <w:t>ÜRÜN/HİZMET: [Sözleşmedeki ad ve ayırt edici numara]</w:t>
        <w:br/>
        <w:t>KONU: Bildirilen ücret artışı üzerine 2020/7 sayılı Tebliğ m.7/1 kapsamında belirtilen ürün veya hizmetin kullanımından vazgeçme beyanı.</w:t>
      </w:r>
    </w:p>
    <w:p>
      <w:r>
        <w:t>1. Bankanız tarafından [bildirim tarihi ve kanalı] üzerinden [ürün/hizmet] için [ücret kalemi] artışı bildirilmiştir. Bildirimde artışın yürürlük tarihi [tarih] olarak gösterilmiştir. Bildirimin tam kopyası Ek-1, ürün/sözleşme kaydı Ek-2'dir.</w:t>
      </w:r>
    </w:p>
    <w:p>
      <w:r>
        <w:t>2. Bu bildirim üzerine, 2020/7 sayılı Tebliğ m.7/1'deki hakkımı kullanarak [açıkça belirtilen ürün/hizmet] kullanımından vazgeçiyorum. Beyanım [hangi kapsam] ile sınırlıdır. Bildirim ve başvuru tarihlerine ilişkin kayıtlar [açıklama] şeklindedir.</w:t>
      </w:r>
    </w:p>
    <w:p>
      <w:r>
        <w:t>3. Artışın yürürlüğe gireceği tarihten itibaren bu hak kapsamında ilave ücret alınmamasını istiyorum. Sonlandırılacak hizmete bağlı devam eden talimat veya işlem varsa ürün, işlem ve yapılması gereken işlem yönünden ayrı açıklanmasını; sonlandırmanın tarih ve kapsamının tarafıma bildirilmesini talep ediyorum.</w:t>
      </w:r>
    </w:p>
    <w:p>
      <w:r>
        <w:t>SONUÇ VE TALEP: Belirtilen ürün veya hizmetten vazgeçme beyanımın işleme alınmasını; artışın yürürlük tarihinden itibaren m.7/1 uyarınca ilave ücret alınmamasını; gerçekleştirilen işlemin ve varsa açık kalan bağlantıların [bildirim adresi] üzerinden yazılı olarak bildirilmesini arz ederim.</w:t>
      </w:r>
    </w:p>
    <w:p>
      <w:r>
        <w:t>EKLER: 1. Ücret artışı bildirimi. 2. Ürün/sözleşme veya bilgilendirme kaydı. 3. [Varsa ilgili önceki başvuru/temsil belgesi].</w:t>
        <w:br/>
        <w:t>[Tarih]</w:t>
        <w:br/>
        <w:t>Başvuran [Ad soyad]</w:t>
        <w:br/>
        <w:t>[İmza / doğrulanmış elektronik başvuru]</w:t>
      </w:r>
    </w:p>
    <w:sectPr w:rsidR="00FC693F" w:rsidRPr="0006063C" w:rsidSect="00034616"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