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Vesayette çıraklık sözleşmesi yapılmasına izin talebi</w:t>
      </w:r>
    </w:p>
    <w:p>
      <w:r>
        <w:t>Bu metin vesayet altındaki küçük için çıraklık sözleşmesi izni başvurusudur. Köşeli parantezli alanları eğitim kurumu, işletme ve vesayet dosyasındaki gerçek bilgilerle doldurun. Vasiyle sözleşme veya menfaat çatışması varsa ek izin ve temsil taleplerini ayrıca düzenleyin.</w:t>
      </w:r>
    </w:p>
    <w:p>
      <w:r>
        <w:rPr>
          <w:b/>
        </w:rPr>
        <w:t>[GÜNCEL VESAYET DOSYASININ BULUNDUĞU] SULH HUKUK MAHKEMESİNE</w:t>
      </w:r>
    </w:p>
    <w:p>
      <w:r>
        <w:rPr>
          <w:b/>
        </w:rPr>
        <w:t>DOSYA NO</w:t>
      </w:r>
      <w:r>
        <w:t>:  [Esas numarası]</w:t>
      </w:r>
    </w:p>
    <w:p>
      <w:r>
        <w:rPr>
          <w:b/>
        </w:rPr>
        <w:t>TALEP EDEN VASİ</w:t>
      </w:r>
      <w:r>
        <w:t>:  [Ad soyad, adres]</w:t>
      </w:r>
    </w:p>
    <w:p>
      <w:r>
        <w:rPr>
          <w:b/>
        </w:rPr>
        <w:t>VESAYET ALTINDAKİ KÜÇÜK</w:t>
      </w:r>
      <w:r>
        <w:t>:  [Ad soyad ve dosyadaki kimlik bilgileri]</w:t>
      </w:r>
    </w:p>
    <w:p>
      <w:r>
        <w:rPr>
          <w:b/>
        </w:rPr>
        <w:t>KONU</w:t>
      </w:r>
      <w:r>
        <w:t>:  TMK m.462/12 uyarınca ekli eğitim planı ve sözleşme taslağı kapsamında çıraklık sözleşmesi yapılmasına izin talebidir.</w:t>
      </w:r>
    </w:p>
    <w:p>
      <w:pPr>
        <w:keepNext/>
      </w:pPr>
      <w:r>
        <w:rPr>
          <w:b/>
        </w:rPr>
        <w:t>AÇIKLAMALAR</w:t>
      </w:r>
    </w:p>
    <w:p>
      <w:r>
        <w:t>1. Mahkemenizin [tarih] tarihli kararıyla [küçüğün adı] için vasi olarak atandım. Güncel görev durumunu gösteren karar ektedir.</w:t>
      </w:r>
    </w:p>
    <w:p>
      <w:r>
        <w:t>2. Küçüğün [eğitim kurumu] bünyesinde [alan ve dal] programına devam etmesi için [işletme adı, adresi ve sahibi] ile çıraklık sözleşmesi yapılması planlanmaktadır. Öğrenci ve eğitim kurumu belgeleri, sözleşme taslağı ve program bilgisi ekte sunulmuştur.</w:t>
      </w:r>
    </w:p>
    <w:p>
      <w:r>
        <w:t>3. Sözleşmenin süresi [tarihler], işletmedeki uygulama düzeni [gün ve saatler], teorik eğitim düzeni [kurum belgesine göre açıklama], ücret ve ödeme koşulları [tutar, dönem ve ödeme hesabı] şeklindedir. Usta öğretici [ad soyad ve belge bilgisi] olup görev kapsamı ekli eğitim planında gösterilmiştir.</w:t>
      </w:r>
    </w:p>
    <w:p>
      <w:r>
        <w:t>4. İşletme uygunluğu, güvenlik eğitimi, iş yerine özgü bilgilendirme ve sigorta bildirim durumuna ilişkin fiilen alınan belgeler [belge listesi]dir. Tamamlanacak eğitim kurumu işlemleri [gerçek durum] olarak açıklanmıştır. Ulaşım ve devam takibi [somut yöntem] ile yürütülecektir.</w:t>
      </w:r>
    </w:p>
    <w:p>
      <w:r>
        <w:t>5. Seçilen eğitimin küçüğün yararına ilişkin gerekçe [belgeli açıklama]dır. TMK m.450 kapsamında alınan görüş [gerçek beyan ve tarih] şeklindedir. Vasi ile işletme arasındaki ilişki ve varsa temsil sorunu [gerçek açıklama] olarak mahkemenizin bilgisine sunulmaktadır.</w:t>
      </w:r>
    </w:p>
    <w:p>
      <w:r>
        <w:rPr>
          <w:b/>
        </w:rPr>
        <w:t>HUKUKİ NEDENLER</w:t>
      </w:r>
      <w:r>
        <w:t>:  TMK m.397, 411, 445, 448, 450, 462/12 ve ilgili hükümler; 3308 sayılı Kanun m.11, 12, 13, 15, 25 ve ilgili eğitim mevzuatı.</w:t>
      </w:r>
    </w:p>
    <w:p>
      <w:r>
        <w:rPr>
          <w:b/>
        </w:rPr>
        <w:t>DELİLLER</w:t>
      </w:r>
      <w:r>
        <w:t>:  Vesayet dosyası, güncel görevlendirme kararı, öğrenci ve kurum belgeleri, eğitim planı, sözleşme taslağı, usta öğretici belgesi, işletme uygunluk ve güvenlik belgeleri, ücret ve sigorta bildirim belgeleri.</w:t>
      </w:r>
    </w:p>
    <w:p>
      <w:pPr>
        <w:keepNext/>
      </w:pPr>
      <w:r>
        <w:rPr>
          <w:b/>
        </w:rPr>
        <w:t>SONUÇ VE İSTEM</w:t>
      </w:r>
      <w:r>
        <w:t>:  Vesayet altındaki [ad soyad] için [işletme] ile [eğitim kurumu, alan ve dal] kapsamında, ekli [tarih] tarihli sözleşme taslağı ve eğitim planında belirtilen süre, uygulama, ücret ve koruma koşullarıyla çıraklık sözleşmesi yapılmasına TMK m.462/12 uyarınca izin verilmesini arz ederim.</w:t>
      </w:r>
    </w:p>
    <w:p>
      <w:r>
        <w:t>[Tarih] — Vasi [Ad soyad / İmza]</w:t>
      </w:r>
    </w:p>
    <w:p>
      <w:r>
        <w:rPr>
          <w:b/>
        </w:rPr>
        <w:t>EKLER</w:t>
      </w:r>
      <w:r>
        <w:t>:  [Fiilen sunulan belgelerin tarih ve numaralarıyla sıralı listesi]</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Düzenlenebilir dilekçe örneği   Kaynak kontrolü: 8 Ekim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