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Vesayette hayat sigortası yapılmasına izin talebi</w:t>
      </w:r>
    </w:p>
    <w:p>
      <w:r>
        <w:t>Bu örnek mevcut vesayet dosyasına sunulacak hayat sigortası izin başvurusu içindir. Köşeli parantezli alanları gerçek bilgilerle doldurun. Sigorta ettiren veya lehtar sıfatı nedeniyle temsil çatışması varsa ayrı temsil talebini dosyaya göre açıklayın.</w:t>
      </w:r>
    </w:p>
    <w:p>
      <w:r>
        <w:rPr>
          <w:b/>
        </w:rPr>
        <w:t>[YER] [NUMARA] SULH HUKUK MAHKEMESİNE</w:t>
      </w:r>
    </w:p>
    <w:p>
      <w:r>
        <w:rPr>
          <w:b/>
        </w:rPr>
        <w:t>DOSYA NO</w:t>
      </w:r>
      <w:r>
        <w:t>:  [Güncel vesayet dosyasının esas numarası]</w:t>
      </w:r>
    </w:p>
    <w:p>
      <w:r>
        <w:rPr>
          <w:b/>
        </w:rPr>
        <w:t>TALEPTE BULUNAN VASİ</w:t>
      </w:r>
      <w:r>
        <w:t>:  [Ad soyad, kimlik ve adres bilgileri]</w:t>
      </w:r>
    </w:p>
    <w:p>
      <w:r>
        <w:rPr>
          <w:b/>
        </w:rPr>
        <w:t>VESAYET ALTINDAKİ KİŞİ</w:t>
      </w:r>
      <w:r>
        <w:t>:  [Ad soyad ve kimlik bilgileri]</w:t>
      </w:r>
    </w:p>
    <w:p>
      <w:r>
        <w:rPr>
          <w:b/>
        </w:rPr>
        <w:t>KONU</w:t>
      </w:r>
      <w:r>
        <w:t>:  TMK m.462/11 uyarınca ekli teklifte belirtilen hayat sigortasının yapılmasına izin verilmesi talebidir.</w:t>
      </w:r>
    </w:p>
    <w:p>
      <w:pPr>
        <w:keepNext/>
      </w:pPr>
      <w:r>
        <w:rPr>
          <w:b/>
        </w:rPr>
        <w:t>AÇIKLAMALAR</w:t>
      </w:r>
    </w:p>
    <w:p>
      <w:r>
        <w:t>1. Mahkemenizin [tarih, esas ve karar numarası] sayılı kararıyla [ad soyad] için vasi atandım. Görevimin güncel durumu [atama veya uzatma kararı bilgisi] ile sabittir.</w:t>
      </w:r>
    </w:p>
    <w:p>
      <w:r>
        <w:t>2. Vesayet altındaki kişi hakkında [sigorta şirketi] tarafından hazırlanan [tarih ve teklif numarası] numaralı hayat sigortası teklifinin değerlendirilmesini istiyorum. Teklifte sigortalı [kişi], sigorta ettiren [kişi] ve lehtar [kişi veya düzenlemenin tam açıklaması] olarak gösterilmiştir. Bu sıfatların hukuki ilişkisi ve lehtarın menfaati [gerçek açıklama] şeklindedir.</w:t>
      </w:r>
    </w:p>
    <w:p>
      <w:r>
        <w:t>3. Sigorta süresi [başlangıç ve bitiş], sigorta bedeli [tutar ve para birimi], teminatlar [teklifteki gerçek teminatlar], prim [tutar], ödeme sıklığı [plan] ve toplam ödeme yükü [tutar veya değişkenliğin açıklaması]dır. Teklif, bilgilendirme belgeleri ve ödeme planı ektedir.</w:t>
      </w:r>
    </w:p>
    <w:p>
      <w:r>
        <w:t>4. Primler [ödeme kaynağı] üzerinden karşılanacaktır. Korunan kişinin düzenli geliri, zorunlu bakım giderleri ve prim yükünü gösteren kayıtlar sunulmuştur. Sigortanın korunan kişinin yararına ilişkin somut gerekçesi [belgeli gerekçe]dir. Üçüncü kişi ödemesinin niteliği ve geri ödeme koşulları [gerçek durum] şeklindedir.</w:t>
      </w:r>
    </w:p>
    <w:p>
      <w:r>
        <w:t>5. TMK m.450 kapsamındaki görüş alma durumu [gerçek açıklama]dır. TTK m.1490 bakımından yazılı izin ve temsil durumu [dosyaya uygun açıklama]dır. Vasi ile korunan kişi arasındaki menfaat ilişkisi ve varsa temsil çatışması [gerçek açıklama] olarak mahkemenizin bilgisine sunulmaktadır. Gerekli ayrı temsil işlemi bulunuyorsa buna ilişkin talebim [açık talep]tir.</w:t>
      </w:r>
    </w:p>
    <w:p>
      <w:r>
        <w:rPr>
          <w:b/>
        </w:rPr>
        <w:t>HUKUKİ NEDENLER</w:t>
      </w:r>
      <w:r>
        <w:t>:  TMK m.397, 411, 448, 450, 454, 462/11, 465; TTK m.1490 ve somut işleme uygulanacak ilgili hükümler.</w:t>
      </w:r>
    </w:p>
    <w:p>
      <w:r>
        <w:rPr>
          <w:b/>
        </w:rPr>
        <w:t>DELİLLER</w:t>
      </w:r>
      <w:r>
        <w:t>:  Vesayet dosyası, güncel vasi atama veya uzatma kararı, ekli sigorta teklifi ve sözleşme belgeleri, prim planı, gelir ve zorunlu gider kayıtları, görüş ve temsil durumuna ilişkin fiilen sunulan belgeler.</w:t>
      </w:r>
    </w:p>
    <w:p>
      <w:pPr>
        <w:keepNext/>
      </w:pPr>
      <w:r>
        <w:rPr>
          <w:b/>
        </w:rPr>
        <w:t>SONUÇ VE İSTEM</w:t>
      </w:r>
      <w:r>
        <w:t>:  Vesayet altındaki [ad soyad] hakkında [sigorta şirketi, tarih ve teklif numarası] ile tanımlanan, yukarıda belirtilen taraf, teminat, süre ve prim koşullarını içeren hayat sigortasının yapılmasına TMK m.462/11 uyarınca izin verilmesine; varsa ayrıca açıklanan temsil talebimin değerlendirilmesine ve kararın tarafıma tebliğine karar verilmesini arz ederim.</w:t>
      </w:r>
    </w:p>
    <w:p>
      <w:r>
        <w:rPr>
          <w:b/>
        </w:rPr>
        <w:t>Tarih</w:t>
      </w:r>
      <w:r>
        <w:t>:  [Başvuru tarihi]  Vasi:  [Ad soyad]  İmza:  [Islak veya elektronik imza]</w:t>
      </w:r>
    </w:p>
    <w:p>
      <w:r>
        <w:rPr>
          <w:b/>
        </w:rPr>
        <w:t>EKLER</w:t>
      </w:r>
      <w:r>
        <w:t>:  [Fiilen sunulan belgelerin sıralı listesi]</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Düzenlenebilir dilekçe örneği   Kaynak kontrolü 8 Ekim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