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Vesayette Uzun Süreli Kira İzin Dilekçesi</w:t>
      </w:r>
    </w:p>
    <w:p>
      <w:r>
        <w:t>TMK m.462/6 • Üçüncü kişiye kiraya verme için düzenlenebilir örnek. Köşeli parantezleri dosyanızdaki gerçek belgelerle doldurun; uygun olmayan seçeneği silin.</w:t>
      </w:r>
    </w:p>
    <w:p>
      <w:r>
        <w:rPr>
          <w:b/>
        </w:rPr>
        <w:t>[GÜNCEL VESAYET DOSYASINI YÜRÜTEN] SULH HUKUK MAHKEMESİNE</w:t>
      </w:r>
    </w:p>
    <w:p>
      <w:r>
        <w:rPr>
          <w:b/>
        </w:rPr>
        <w:t>DOSYA NO</w:t>
      </w:r>
      <w:r>
        <w:t>:  [Esas numarası]</w:t>
      </w:r>
    </w:p>
    <w:p>
      <w:r>
        <w:rPr>
          <w:b/>
        </w:rPr>
        <w:t>TALEP EDEN VASİ</w:t>
      </w:r>
      <w:r>
        <w:t>:  [Ad soyad, adres]</w:t>
      </w:r>
    </w:p>
    <w:p>
      <w:r>
        <w:rPr>
          <w:b/>
        </w:rPr>
        <w:t>VESAYET ALTINDAKİ KİŞİ</w:t>
      </w:r>
      <w:r>
        <w:t>:  [Ad soyad ve dosyadaki kimlik bilgisi]</w:t>
      </w:r>
    </w:p>
    <w:p>
      <w:r>
        <w:rPr>
          <w:b/>
        </w:rPr>
        <w:t>KONU</w:t>
      </w:r>
      <w:r>
        <w:t>:  Ekli taslak kapsamındaki [ürün kirası / taşınmaz kirası] sözleşmesinin yapılmasına TMK m.462/6 uyarınca izin talebidir.</w:t>
      </w:r>
    </w:p>
    <w:p>
      <w:pPr>
        <w:keepNext/>
      </w:pPr>
      <w:r>
        <w:rPr>
          <w:b/>
        </w:rPr>
        <w:t>AÇIKLAMALAR</w:t>
      </w:r>
    </w:p>
    <w:p>
      <w:r>
        <w:t>1. Mahkemenizin [tarih] tarihli kararıyla [ad soyad] için vasi olarak atandım. Görevimin güncel durumunu gösteren karar ve malvarlığına ilişkin belgeler ektedir.</w:t>
      </w:r>
    </w:p>
    <w:p>
      <w:r>
        <w:t>2. Vesayet altındaki kişiye ait [tapu bilgisi veya ürün veren şey/hakkın tanımı] için [karşı tarafın adı ve kimlik/yetki bilgisi] ile kira sözleşmesi yapılması talep edilmektedir. Kiralananın kullanım amacı [gerçek amaç], ürün devşirme hakkının kapsamı [ürün kirasında gerçek kapsam]dır.</w:t>
      </w:r>
    </w:p>
    <w:p>
      <w:r>
        <w:t>3. Taslakta başlangıç [tarih], bitiş [tarih], toplam süre [süre] olarak belirlenmiştir. Uzatma ve ek dönem hükümleri [gerçek sözleşme hükmü]dür. Sözleşme, TMK m.462/6 kapsamındaki [bir yıl veya daha uzun ürün kirası / üç yıl veya daha uzun taşınmaz kirası] niteliğindedir.</w:t>
      </w:r>
    </w:p>
    <w:p>
      <w:r>
        <w:t>4. Kira bedeli ve ödeme düzeni [tutar/birim, dönem, ödeme günü, hesap], teminat ve diğer yükümlülükler [gerçek koşullar]dır. Seçilen sözleşmenin korunmakta olan kişinin yararına ilişkin ekonomik gerekçesi [belgeye dayalı açıklama]dır. Bedel karşılaştırması ve gelir-gider hesabı ekte sunulmuştur.</w:t>
      </w:r>
    </w:p>
    <w:p>
      <w:r>
        <w:t>5. Sözleşmeye dahil demirbaşlar ve teslim koşulları [gerçek liste ve düzen]dir. Karşı tarafla vasi arasındaki ilişki [gerçek açıklama] olarak bildirilmiştir. TMK m.450 kapsamında alınan görüş [gerçek beyan ve tarih]tir.</w:t>
      </w:r>
    </w:p>
    <w:p>
      <w:r>
        <w:rPr>
          <w:b/>
        </w:rPr>
        <w:t>HUKUKİ NEDENLER</w:t>
      </w:r>
      <w:r>
        <w:t>:  TMK m.397, 411, 448, 450, 454, 462/6; ürün kirasında TBK m.357-360 ve ilgili hükümler.</w:t>
      </w:r>
    </w:p>
    <w:p>
      <w:r>
        <w:rPr>
          <w:b/>
        </w:rPr>
        <w:t>DELİLLER</w:t>
      </w:r>
      <w:r>
        <w:t>:  Vesayet dosyası, güncel görevlendirme kararı, mülkiyet/hak belgeleri, karşı taraf ve yetki kayıtları, tarihli sözleşme taslağı, bedel dayanakları, gelir-gider hesabı, demirbaş ve teslim belgeleri, görüş beyanı.</w:t>
      </w:r>
    </w:p>
    <w:p>
      <w:pPr>
        <w:keepNext/>
      </w:pPr>
      <w:r>
        <w:rPr>
          <w:b/>
        </w:rPr>
        <w:t>SONUÇ VE İSTEM</w:t>
      </w:r>
      <w:r>
        <w:t>:  Vesayet altındaki [ad soyad] adına, [kiralananın kimliği] hakkında [karşı taraf] ile [başlangıç-bitiş] döneminde, ekli [tarih] tarihli sözleşme taslağında gösterilen süre, bedel, ödeme, kullanım ve teslim koşullarıyla kira sözleşmesi yapılmasına TMK m.462/6 uyarınca izin verilmesini arz ederim.</w:t>
      </w:r>
    </w:p>
    <w:p>
      <w:r>
        <w:t>[Tarih] — Vasi [Ad soyad / İmza]</w:t>
      </w:r>
    </w:p>
    <w:p>
      <w:r>
        <w:rPr>
          <w:b/>
        </w:rPr>
        <w:t>EKLER</w:t>
      </w:r>
      <w:r>
        <w:t>:  [Fiilen sunulan belgelerin tarih ve numarasıyla sıralı listesi]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Düzenlenebilir dilekçe örneği   Kaynak kontrolü: 8 Ekim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